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09D42" w14:textId="3499E8A5" w:rsidR="00FB2122" w:rsidRDefault="00000000">
      <w:pPr>
        <w:jc w:val="center"/>
      </w:pPr>
      <w:r>
        <w:rPr>
          <w:i/>
          <w:sz w:val="18"/>
        </w:rPr>
        <w:br/>
        <w:t>Kontrol Faaliyetleri Standartları – KFSE 12.3.1</w:t>
      </w:r>
    </w:p>
    <w:p w14:paraId="37BDA4CD" w14:textId="77777777" w:rsidR="00FB2122" w:rsidRDefault="00000000">
      <w:r>
        <w:rPr>
          <w:b/>
        </w:rPr>
        <w:t xml:space="preserve">Amaç: </w:t>
      </w:r>
      <w:r>
        <w:t>Birimlerin bilişim sistemi, bilgi güvenliği, dijital dönüşüm ve kurumsal sistem ihtiyaçlarının sistematik olarak toplanması; kurumsal öncelik, gereklilik ve uygulanabilirlik bakımından değerlendirilerek karar kayıtlarının oluşturulmasıdır.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  <w:gridCol w:w="2394"/>
        <w:gridCol w:w="2394"/>
      </w:tblGrid>
      <w:tr w:rsidR="00FB2122" w14:paraId="7C8AA3BB" w14:textId="77777777">
        <w:trPr>
          <w:jc w:val="center"/>
        </w:trPr>
        <w:tc>
          <w:tcPr>
            <w:tcW w:w="2394" w:type="dxa"/>
          </w:tcPr>
          <w:p w14:paraId="01680C51" w14:textId="77777777" w:rsidR="00FB2122" w:rsidRDefault="00000000">
            <w:r>
              <w:rPr>
                <w:b/>
              </w:rPr>
              <w:t>Birim</w:t>
            </w:r>
          </w:p>
        </w:tc>
        <w:tc>
          <w:tcPr>
            <w:tcW w:w="2394" w:type="dxa"/>
          </w:tcPr>
          <w:p w14:paraId="0FAD299D" w14:textId="77777777" w:rsidR="00FB2122" w:rsidRDefault="00FB2122"/>
        </w:tc>
        <w:tc>
          <w:tcPr>
            <w:tcW w:w="2394" w:type="dxa"/>
          </w:tcPr>
          <w:p w14:paraId="012229A2" w14:textId="77777777" w:rsidR="00FB2122" w:rsidRDefault="00000000">
            <w:r>
              <w:rPr>
                <w:b/>
              </w:rPr>
              <w:t>Değerlendirme Yılı</w:t>
            </w:r>
          </w:p>
        </w:tc>
        <w:tc>
          <w:tcPr>
            <w:tcW w:w="2394" w:type="dxa"/>
          </w:tcPr>
          <w:p w14:paraId="16A3D04F" w14:textId="77777777" w:rsidR="00FB2122" w:rsidRDefault="00FB2122"/>
        </w:tc>
        <w:tc>
          <w:tcPr>
            <w:tcW w:w="2394" w:type="dxa"/>
          </w:tcPr>
          <w:p w14:paraId="257B151F" w14:textId="77777777" w:rsidR="00FB2122" w:rsidRDefault="00000000">
            <w:r>
              <w:rPr>
                <w:b/>
              </w:rPr>
              <w:t>Form Tarihi</w:t>
            </w:r>
          </w:p>
        </w:tc>
        <w:tc>
          <w:tcPr>
            <w:tcW w:w="2394" w:type="dxa"/>
          </w:tcPr>
          <w:p w14:paraId="7DE6063F" w14:textId="77777777" w:rsidR="00FB2122" w:rsidRDefault="00FB2122"/>
        </w:tc>
      </w:tr>
      <w:tr w:rsidR="00FB2122" w14:paraId="0ACF0F1C" w14:textId="77777777">
        <w:trPr>
          <w:jc w:val="center"/>
        </w:trPr>
        <w:tc>
          <w:tcPr>
            <w:tcW w:w="2394" w:type="dxa"/>
          </w:tcPr>
          <w:p w14:paraId="6DB83F15" w14:textId="77777777" w:rsidR="00FB2122" w:rsidRDefault="00000000">
            <w:r>
              <w:rPr>
                <w:b/>
              </w:rPr>
              <w:t>Birim Yöneticisi</w:t>
            </w:r>
          </w:p>
        </w:tc>
        <w:tc>
          <w:tcPr>
            <w:tcW w:w="2394" w:type="dxa"/>
          </w:tcPr>
          <w:p w14:paraId="5058F619" w14:textId="77777777" w:rsidR="00FB2122" w:rsidRDefault="00FB2122"/>
        </w:tc>
        <w:tc>
          <w:tcPr>
            <w:tcW w:w="2394" w:type="dxa"/>
          </w:tcPr>
          <w:p w14:paraId="7FE60574" w14:textId="77777777" w:rsidR="00FB2122" w:rsidRDefault="00000000">
            <w:r>
              <w:rPr>
                <w:b/>
              </w:rPr>
              <w:t>Hazırlayan/Değerlendiren</w:t>
            </w:r>
          </w:p>
        </w:tc>
        <w:tc>
          <w:tcPr>
            <w:tcW w:w="2394" w:type="dxa"/>
          </w:tcPr>
          <w:p w14:paraId="366C3451" w14:textId="77777777" w:rsidR="00FB2122" w:rsidRDefault="00FB2122"/>
        </w:tc>
        <w:tc>
          <w:tcPr>
            <w:tcW w:w="2394" w:type="dxa"/>
          </w:tcPr>
          <w:p w14:paraId="701FE6F5" w14:textId="77777777" w:rsidR="00FB2122" w:rsidRDefault="00000000">
            <w:r>
              <w:rPr>
                <w:b/>
              </w:rPr>
              <w:t>Görevi/Unvanı</w:t>
            </w:r>
          </w:p>
        </w:tc>
        <w:tc>
          <w:tcPr>
            <w:tcW w:w="2394" w:type="dxa"/>
          </w:tcPr>
          <w:p w14:paraId="12EC358D" w14:textId="77777777" w:rsidR="00FB2122" w:rsidRDefault="00FB2122"/>
        </w:tc>
      </w:tr>
    </w:tbl>
    <w:p w14:paraId="44835114" w14:textId="77777777" w:rsidR="00FB2122" w:rsidRDefault="00FB2122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481"/>
        <w:gridCol w:w="1457"/>
        <w:gridCol w:w="1313"/>
        <w:gridCol w:w="1530"/>
        <w:gridCol w:w="1337"/>
        <w:gridCol w:w="1313"/>
        <w:gridCol w:w="1218"/>
        <w:gridCol w:w="1434"/>
        <w:gridCol w:w="1411"/>
        <w:gridCol w:w="878"/>
        <w:gridCol w:w="2244"/>
      </w:tblGrid>
      <w:tr w:rsidR="00FB2122" w14:paraId="7C468CD4" w14:textId="77777777" w:rsidTr="005C7D0A">
        <w:trPr>
          <w:tblHeader/>
          <w:jc w:val="center"/>
        </w:trPr>
        <w:tc>
          <w:tcPr>
            <w:tcW w:w="164" w:type="pct"/>
            <w:vAlign w:val="center"/>
          </w:tcPr>
          <w:p w14:paraId="7CCA5709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Sıra No</w:t>
            </w:r>
          </w:p>
        </w:tc>
        <w:tc>
          <w:tcPr>
            <w:tcW w:w="500" w:type="pct"/>
            <w:vAlign w:val="center"/>
          </w:tcPr>
          <w:p w14:paraId="7979EE40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Talep Eden Birim</w:t>
            </w:r>
          </w:p>
        </w:tc>
        <w:tc>
          <w:tcPr>
            <w:tcW w:w="451" w:type="pct"/>
            <w:vAlign w:val="center"/>
          </w:tcPr>
          <w:p w14:paraId="55B6025D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İhtiyaç / Talep</w:t>
            </w:r>
          </w:p>
        </w:tc>
        <w:tc>
          <w:tcPr>
            <w:tcW w:w="525" w:type="pct"/>
            <w:vAlign w:val="center"/>
          </w:tcPr>
          <w:p w14:paraId="42858007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Gerekçe / Sorun</w:t>
            </w:r>
          </w:p>
        </w:tc>
        <w:tc>
          <w:tcPr>
            <w:tcW w:w="459" w:type="pct"/>
            <w:vAlign w:val="center"/>
          </w:tcPr>
          <w:p w14:paraId="168D6902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İlgili Süreç / Hizmet</w:t>
            </w:r>
          </w:p>
        </w:tc>
        <w:tc>
          <w:tcPr>
            <w:tcW w:w="451" w:type="pct"/>
            <w:vAlign w:val="center"/>
          </w:tcPr>
          <w:p w14:paraId="4A022ABF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Beklenen Fayda</w:t>
            </w:r>
          </w:p>
        </w:tc>
        <w:tc>
          <w:tcPr>
            <w:tcW w:w="418" w:type="pct"/>
            <w:vAlign w:val="center"/>
          </w:tcPr>
          <w:p w14:paraId="502EC3FE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Aciliyet / Öncelik</w:t>
            </w:r>
          </w:p>
        </w:tc>
        <w:tc>
          <w:tcPr>
            <w:tcW w:w="492" w:type="pct"/>
            <w:vAlign w:val="center"/>
          </w:tcPr>
          <w:p w14:paraId="2D21C29D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Kaynak / Teknik İhtiyaç</w:t>
            </w:r>
          </w:p>
        </w:tc>
        <w:tc>
          <w:tcPr>
            <w:tcW w:w="484" w:type="pct"/>
            <w:vAlign w:val="center"/>
          </w:tcPr>
          <w:p w14:paraId="0333C4A0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BİDB Değerlendirmesi</w:t>
            </w:r>
          </w:p>
        </w:tc>
        <w:tc>
          <w:tcPr>
            <w:tcW w:w="287" w:type="pct"/>
            <w:vAlign w:val="center"/>
          </w:tcPr>
          <w:p w14:paraId="740ADB74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Karar / Planlanan İşlem</w:t>
            </w:r>
          </w:p>
        </w:tc>
        <w:tc>
          <w:tcPr>
            <w:tcW w:w="770" w:type="pct"/>
            <w:vAlign w:val="center"/>
          </w:tcPr>
          <w:p w14:paraId="5F91ED39" w14:textId="77777777" w:rsidR="00FB2122" w:rsidRDefault="00000000">
            <w:pPr>
              <w:jc w:val="center"/>
            </w:pPr>
            <w:r>
              <w:rPr>
                <w:b/>
                <w:sz w:val="14"/>
              </w:rPr>
              <w:t>Termin / Açıklama</w:t>
            </w:r>
          </w:p>
        </w:tc>
      </w:tr>
      <w:tr w:rsidR="00FB2122" w14:paraId="529AFFDA" w14:textId="77777777" w:rsidTr="005C7D0A">
        <w:trPr>
          <w:jc w:val="center"/>
        </w:trPr>
        <w:tc>
          <w:tcPr>
            <w:tcW w:w="164" w:type="pct"/>
            <w:vAlign w:val="center"/>
          </w:tcPr>
          <w:p w14:paraId="39959B26" w14:textId="77777777" w:rsidR="00FB2122" w:rsidRDefault="00000000">
            <w:pPr>
              <w:jc w:val="center"/>
            </w:pPr>
            <w:r>
              <w:t>1</w:t>
            </w:r>
          </w:p>
        </w:tc>
        <w:tc>
          <w:tcPr>
            <w:tcW w:w="500" w:type="pct"/>
            <w:vAlign w:val="center"/>
          </w:tcPr>
          <w:p w14:paraId="3B6DDDA4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00DCB872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2E9C950D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480EF0EF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003DE4AC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617A3C33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296466B1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0BC46753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08BC9886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4633F717" w14:textId="77777777" w:rsidR="00FB2122" w:rsidRDefault="00000000">
            <w:r>
              <w:br/>
            </w:r>
          </w:p>
        </w:tc>
      </w:tr>
      <w:tr w:rsidR="00FB2122" w14:paraId="6B99BE6E" w14:textId="77777777" w:rsidTr="005C7D0A">
        <w:trPr>
          <w:jc w:val="center"/>
        </w:trPr>
        <w:tc>
          <w:tcPr>
            <w:tcW w:w="164" w:type="pct"/>
            <w:vAlign w:val="center"/>
          </w:tcPr>
          <w:p w14:paraId="1F562783" w14:textId="77777777" w:rsidR="00FB2122" w:rsidRDefault="00000000">
            <w:pPr>
              <w:jc w:val="center"/>
            </w:pPr>
            <w:r>
              <w:t>2</w:t>
            </w:r>
          </w:p>
        </w:tc>
        <w:tc>
          <w:tcPr>
            <w:tcW w:w="500" w:type="pct"/>
            <w:vAlign w:val="center"/>
          </w:tcPr>
          <w:p w14:paraId="473693D9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13D2BBB5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1677DA5C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0F00B977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29D7CCFE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56E0000B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6A6E82AE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2C984180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6815A1BE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20EAD27D" w14:textId="77777777" w:rsidR="00FB2122" w:rsidRDefault="00000000">
            <w:r>
              <w:br/>
            </w:r>
          </w:p>
        </w:tc>
      </w:tr>
      <w:tr w:rsidR="00FB2122" w14:paraId="0FA0001B" w14:textId="77777777" w:rsidTr="005C7D0A">
        <w:trPr>
          <w:jc w:val="center"/>
        </w:trPr>
        <w:tc>
          <w:tcPr>
            <w:tcW w:w="164" w:type="pct"/>
            <w:vAlign w:val="center"/>
          </w:tcPr>
          <w:p w14:paraId="042B6492" w14:textId="77777777" w:rsidR="00FB2122" w:rsidRDefault="00000000">
            <w:pPr>
              <w:jc w:val="center"/>
            </w:pPr>
            <w:r>
              <w:t>3</w:t>
            </w:r>
          </w:p>
        </w:tc>
        <w:tc>
          <w:tcPr>
            <w:tcW w:w="500" w:type="pct"/>
            <w:vAlign w:val="center"/>
          </w:tcPr>
          <w:p w14:paraId="0FBDEA04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03C75F0B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1295D655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194C2A3C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19FD11D9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1CA26157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1C7D003A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027E7EB3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49CF5365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31BF36A4" w14:textId="77777777" w:rsidR="00FB2122" w:rsidRDefault="00000000">
            <w:r>
              <w:br/>
            </w:r>
          </w:p>
        </w:tc>
      </w:tr>
      <w:tr w:rsidR="00FB2122" w14:paraId="16C6C648" w14:textId="77777777" w:rsidTr="005C7D0A">
        <w:trPr>
          <w:jc w:val="center"/>
        </w:trPr>
        <w:tc>
          <w:tcPr>
            <w:tcW w:w="164" w:type="pct"/>
            <w:vAlign w:val="center"/>
          </w:tcPr>
          <w:p w14:paraId="0830CD13" w14:textId="77777777" w:rsidR="00FB2122" w:rsidRDefault="00000000">
            <w:pPr>
              <w:jc w:val="center"/>
            </w:pPr>
            <w:r>
              <w:t>4</w:t>
            </w:r>
          </w:p>
        </w:tc>
        <w:tc>
          <w:tcPr>
            <w:tcW w:w="500" w:type="pct"/>
            <w:vAlign w:val="center"/>
          </w:tcPr>
          <w:p w14:paraId="53380D65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2866BE13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0896A557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1651A432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5514BE5F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17D822CC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59BBAF3E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103ED423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555D0ACB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6D7403E8" w14:textId="77777777" w:rsidR="00FB2122" w:rsidRDefault="00000000">
            <w:r>
              <w:br/>
            </w:r>
          </w:p>
        </w:tc>
      </w:tr>
      <w:tr w:rsidR="00FB2122" w14:paraId="41EFF3D7" w14:textId="77777777" w:rsidTr="005C7D0A">
        <w:trPr>
          <w:jc w:val="center"/>
        </w:trPr>
        <w:tc>
          <w:tcPr>
            <w:tcW w:w="164" w:type="pct"/>
            <w:vAlign w:val="center"/>
          </w:tcPr>
          <w:p w14:paraId="62B17A51" w14:textId="77777777" w:rsidR="00FB2122" w:rsidRDefault="00000000">
            <w:pPr>
              <w:jc w:val="center"/>
            </w:pPr>
            <w:r>
              <w:t>5</w:t>
            </w:r>
          </w:p>
        </w:tc>
        <w:tc>
          <w:tcPr>
            <w:tcW w:w="500" w:type="pct"/>
            <w:vAlign w:val="center"/>
          </w:tcPr>
          <w:p w14:paraId="4DAE5E2D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355FBBA4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34AE4D82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1DE04048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3F0ECBA5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35A74957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6DB5649F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62E215AE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1666A009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7A163B5A" w14:textId="77777777" w:rsidR="00FB2122" w:rsidRDefault="00000000">
            <w:r>
              <w:br/>
            </w:r>
          </w:p>
        </w:tc>
      </w:tr>
      <w:tr w:rsidR="00FB2122" w14:paraId="0E330163" w14:textId="77777777" w:rsidTr="005C7D0A">
        <w:trPr>
          <w:jc w:val="center"/>
        </w:trPr>
        <w:tc>
          <w:tcPr>
            <w:tcW w:w="164" w:type="pct"/>
            <w:vAlign w:val="center"/>
          </w:tcPr>
          <w:p w14:paraId="2D6A5A98" w14:textId="77777777" w:rsidR="00FB2122" w:rsidRDefault="00000000">
            <w:pPr>
              <w:jc w:val="center"/>
            </w:pPr>
            <w:r>
              <w:t>6</w:t>
            </w:r>
          </w:p>
        </w:tc>
        <w:tc>
          <w:tcPr>
            <w:tcW w:w="500" w:type="pct"/>
            <w:vAlign w:val="center"/>
          </w:tcPr>
          <w:p w14:paraId="64224ABD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129A267B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3EC2ECCA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5702CC63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2167C4FD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24FCDB47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13750392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0B16A42D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7EA5054C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1BC9223B" w14:textId="77777777" w:rsidR="00FB2122" w:rsidRDefault="00000000">
            <w:r>
              <w:br/>
            </w:r>
          </w:p>
        </w:tc>
      </w:tr>
      <w:tr w:rsidR="00FB2122" w14:paraId="4701C516" w14:textId="77777777" w:rsidTr="005C7D0A">
        <w:trPr>
          <w:jc w:val="center"/>
        </w:trPr>
        <w:tc>
          <w:tcPr>
            <w:tcW w:w="164" w:type="pct"/>
            <w:vAlign w:val="center"/>
          </w:tcPr>
          <w:p w14:paraId="55C8DF2C" w14:textId="77777777" w:rsidR="00FB2122" w:rsidRDefault="00000000">
            <w:pPr>
              <w:jc w:val="center"/>
            </w:pPr>
            <w:r>
              <w:t>7</w:t>
            </w:r>
          </w:p>
        </w:tc>
        <w:tc>
          <w:tcPr>
            <w:tcW w:w="500" w:type="pct"/>
            <w:vAlign w:val="center"/>
          </w:tcPr>
          <w:p w14:paraId="16267B45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5D53C933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725AA023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19BE4D29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34A2EDD8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698B4A0A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1FA441EB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7B819781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359E267A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0F36DE7B" w14:textId="77777777" w:rsidR="00FB2122" w:rsidRDefault="00000000">
            <w:r>
              <w:br/>
            </w:r>
          </w:p>
        </w:tc>
      </w:tr>
      <w:tr w:rsidR="00FB2122" w14:paraId="1321CD37" w14:textId="77777777" w:rsidTr="005C7D0A">
        <w:trPr>
          <w:jc w:val="center"/>
        </w:trPr>
        <w:tc>
          <w:tcPr>
            <w:tcW w:w="164" w:type="pct"/>
            <w:vAlign w:val="center"/>
          </w:tcPr>
          <w:p w14:paraId="29F2C3DF" w14:textId="77777777" w:rsidR="00FB2122" w:rsidRDefault="00000000">
            <w:pPr>
              <w:jc w:val="center"/>
            </w:pPr>
            <w:r>
              <w:t>8</w:t>
            </w:r>
          </w:p>
        </w:tc>
        <w:tc>
          <w:tcPr>
            <w:tcW w:w="500" w:type="pct"/>
            <w:vAlign w:val="center"/>
          </w:tcPr>
          <w:p w14:paraId="6151048C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7C285416" w14:textId="77777777" w:rsidR="00FB2122" w:rsidRDefault="00000000">
            <w:r>
              <w:br/>
            </w:r>
          </w:p>
        </w:tc>
        <w:tc>
          <w:tcPr>
            <w:tcW w:w="525" w:type="pct"/>
            <w:vAlign w:val="center"/>
          </w:tcPr>
          <w:p w14:paraId="322EB90B" w14:textId="77777777" w:rsidR="00FB2122" w:rsidRDefault="00000000">
            <w:r>
              <w:br/>
            </w:r>
          </w:p>
        </w:tc>
        <w:tc>
          <w:tcPr>
            <w:tcW w:w="459" w:type="pct"/>
            <w:vAlign w:val="center"/>
          </w:tcPr>
          <w:p w14:paraId="457DA7F3" w14:textId="77777777" w:rsidR="00FB2122" w:rsidRDefault="00000000">
            <w:r>
              <w:br/>
            </w:r>
          </w:p>
        </w:tc>
        <w:tc>
          <w:tcPr>
            <w:tcW w:w="451" w:type="pct"/>
            <w:vAlign w:val="center"/>
          </w:tcPr>
          <w:p w14:paraId="00A0DDAA" w14:textId="77777777" w:rsidR="00FB2122" w:rsidRDefault="00000000">
            <w:r>
              <w:br/>
            </w:r>
          </w:p>
        </w:tc>
        <w:tc>
          <w:tcPr>
            <w:tcW w:w="418" w:type="pct"/>
            <w:vAlign w:val="center"/>
          </w:tcPr>
          <w:p w14:paraId="366461B4" w14:textId="77777777" w:rsidR="00FB2122" w:rsidRDefault="00000000">
            <w:r>
              <w:br/>
            </w:r>
          </w:p>
        </w:tc>
        <w:tc>
          <w:tcPr>
            <w:tcW w:w="492" w:type="pct"/>
            <w:vAlign w:val="center"/>
          </w:tcPr>
          <w:p w14:paraId="440510E8" w14:textId="77777777" w:rsidR="00FB2122" w:rsidRDefault="00000000">
            <w:r>
              <w:br/>
            </w:r>
          </w:p>
        </w:tc>
        <w:tc>
          <w:tcPr>
            <w:tcW w:w="484" w:type="pct"/>
            <w:vAlign w:val="center"/>
          </w:tcPr>
          <w:p w14:paraId="11666369" w14:textId="77777777" w:rsidR="00FB2122" w:rsidRDefault="00000000">
            <w:r>
              <w:br/>
            </w:r>
          </w:p>
        </w:tc>
        <w:tc>
          <w:tcPr>
            <w:tcW w:w="287" w:type="pct"/>
            <w:vAlign w:val="center"/>
          </w:tcPr>
          <w:p w14:paraId="20005F6E" w14:textId="77777777" w:rsidR="00FB2122" w:rsidRDefault="00000000">
            <w:r>
              <w:br/>
            </w:r>
          </w:p>
        </w:tc>
        <w:tc>
          <w:tcPr>
            <w:tcW w:w="770" w:type="pct"/>
            <w:vAlign w:val="center"/>
          </w:tcPr>
          <w:p w14:paraId="4959BFD9" w14:textId="77777777" w:rsidR="00FB2122" w:rsidRDefault="00000000">
            <w:r>
              <w:br/>
            </w:r>
          </w:p>
        </w:tc>
      </w:tr>
    </w:tbl>
    <w:p w14:paraId="12CA613E" w14:textId="77777777" w:rsidR="00FB2122" w:rsidRDefault="00000000">
      <w:r>
        <w:rPr>
          <w:b/>
        </w:rPr>
        <w:t xml:space="preserve">Değerlendirme Notu: </w:t>
      </w:r>
      <w:r>
        <w:t>İhtiyaçlar; hizmet sürekliliği, bilgi güvenliği, mevzuat gereklilikleri, kullanıcı etkisi, kurumsal öncelikler ve mevcut kaynaklar dikkate alınarak değerlendirilir. Uygun görülen hususlar toplantı/karar kayıtlarına veya ilgili bilişim planına aktarılabilir.</w:t>
      </w:r>
    </w:p>
    <w:sectPr w:rsidR="00FB2122" w:rsidSect="000F11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45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7F34" w14:textId="77777777" w:rsidR="00882796" w:rsidRDefault="00882796" w:rsidP="000F1185">
      <w:pPr>
        <w:spacing w:after="0" w:line="240" w:lineRule="auto"/>
      </w:pPr>
      <w:r>
        <w:separator/>
      </w:r>
    </w:p>
  </w:endnote>
  <w:endnote w:type="continuationSeparator" w:id="0">
    <w:p w14:paraId="77E11F71" w14:textId="77777777" w:rsidR="00882796" w:rsidRDefault="00882796" w:rsidP="000F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A33EA" w14:textId="77777777" w:rsidR="005C7D0A" w:rsidRDefault="005C7D0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4871"/>
      <w:gridCol w:w="4871"/>
      <w:gridCol w:w="4874"/>
    </w:tblGrid>
    <w:tr w:rsidR="000F1185" w:rsidRPr="00151E02" w14:paraId="48CA441F" w14:textId="77777777" w:rsidTr="000F1185">
      <w:tc>
        <w:tcPr>
          <w:tcW w:w="1666" w:type="pct"/>
        </w:tcPr>
        <w:p w14:paraId="7D4A085F" w14:textId="77777777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0F1185">
            <w:rPr>
              <w:rFonts w:ascii="Times New Roman" w:hAnsi="Times New Roman"/>
              <w:sz w:val="24"/>
              <w:szCs w:val="24"/>
            </w:rPr>
            <w:t>Hazırlayan</w:t>
          </w:r>
        </w:p>
      </w:tc>
      <w:tc>
        <w:tcPr>
          <w:tcW w:w="1666" w:type="pct"/>
        </w:tcPr>
        <w:p w14:paraId="1C302F35" w14:textId="77777777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0F1185">
            <w:rPr>
              <w:rFonts w:ascii="Times New Roman" w:hAnsi="Times New Roman"/>
              <w:sz w:val="24"/>
              <w:szCs w:val="24"/>
            </w:rPr>
            <w:t>Sistem Onayı</w:t>
          </w:r>
        </w:p>
      </w:tc>
      <w:tc>
        <w:tcPr>
          <w:tcW w:w="1667" w:type="pct"/>
        </w:tcPr>
        <w:p w14:paraId="7F8FC01E" w14:textId="77777777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0F1185">
            <w:rPr>
              <w:rFonts w:ascii="Times New Roman" w:hAnsi="Times New Roman"/>
              <w:sz w:val="24"/>
              <w:szCs w:val="24"/>
            </w:rPr>
            <w:t>Yürürlük Onayı</w:t>
          </w:r>
        </w:p>
      </w:tc>
    </w:tr>
    <w:tr w:rsidR="000F1185" w14:paraId="44A0A98B" w14:textId="77777777" w:rsidTr="000F1185">
      <w:trPr>
        <w:trHeight w:val="1002"/>
      </w:trPr>
      <w:tc>
        <w:tcPr>
          <w:tcW w:w="1666" w:type="pct"/>
        </w:tcPr>
        <w:p w14:paraId="12A4319B" w14:textId="06197C2E" w:rsidR="000F1185" w:rsidRPr="000F1185" w:rsidRDefault="00087B11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Mehmet UZEL</w:t>
          </w:r>
        </w:p>
      </w:tc>
      <w:tc>
        <w:tcPr>
          <w:tcW w:w="1666" w:type="pct"/>
        </w:tcPr>
        <w:p w14:paraId="400FC0B4" w14:textId="4C38C669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0F1185">
            <w:rPr>
              <w:rFonts w:ascii="Times New Roman" w:hAnsi="Times New Roman"/>
              <w:sz w:val="24"/>
              <w:szCs w:val="24"/>
            </w:rPr>
            <w:t>Selin TOZOĞLU</w:t>
          </w:r>
        </w:p>
      </w:tc>
      <w:tc>
        <w:tcPr>
          <w:tcW w:w="1667" w:type="pct"/>
        </w:tcPr>
        <w:p w14:paraId="3760987A" w14:textId="77777777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  <w:r w:rsidRPr="000F1185">
            <w:rPr>
              <w:rFonts w:ascii="Times New Roman" w:hAnsi="Times New Roman"/>
              <w:sz w:val="24"/>
              <w:szCs w:val="24"/>
            </w:rPr>
            <w:t>Öğr. Gör. Cankat ÖZLÜ</w:t>
          </w:r>
        </w:p>
        <w:p w14:paraId="0FC6470E" w14:textId="77777777" w:rsidR="000F1185" w:rsidRPr="000F1185" w:rsidRDefault="000F1185" w:rsidP="000F1185">
          <w:pPr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2D74699F" w14:textId="77777777" w:rsidR="000F1185" w:rsidRDefault="000F118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0F54" w14:textId="77777777" w:rsidR="005C7D0A" w:rsidRDefault="005C7D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2B9C8" w14:textId="77777777" w:rsidR="00882796" w:rsidRDefault="00882796" w:rsidP="000F1185">
      <w:pPr>
        <w:spacing w:after="0" w:line="240" w:lineRule="auto"/>
      </w:pPr>
      <w:r>
        <w:separator/>
      </w:r>
    </w:p>
  </w:footnote>
  <w:footnote w:type="continuationSeparator" w:id="0">
    <w:p w14:paraId="7C62755C" w14:textId="77777777" w:rsidR="00882796" w:rsidRDefault="00882796" w:rsidP="000F1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C56C" w14:textId="77777777" w:rsidR="005C7D0A" w:rsidRDefault="005C7D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70" w:type="pct"/>
      <w:tblInd w:w="12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6"/>
      <w:gridCol w:w="6511"/>
      <w:gridCol w:w="2026"/>
      <w:gridCol w:w="2267"/>
    </w:tblGrid>
    <w:tr w:rsidR="000F1185" w:rsidRPr="00AE6D38" w14:paraId="0BFF80E4" w14:textId="77777777" w:rsidTr="005C7D0A">
      <w:trPr>
        <w:trHeight w:val="276"/>
      </w:trPr>
      <w:tc>
        <w:tcPr>
          <w:tcW w:w="568" w:type="pct"/>
          <w:vMerge w:val="restart"/>
          <w:vAlign w:val="center"/>
        </w:tcPr>
        <w:p w14:paraId="025BC298" w14:textId="77777777" w:rsidR="000F1185" w:rsidRPr="00AE6D38" w:rsidRDefault="000F1185" w:rsidP="000F1185">
          <w:pPr>
            <w:rPr>
              <w:rFonts w:cs="Arial"/>
            </w:rPr>
          </w:pPr>
          <w:r>
            <w:rPr>
              <w:rFonts w:cs="Arial"/>
              <w:noProof/>
              <w:lang w:eastAsia="tr-TR"/>
            </w:rPr>
            <w:drawing>
              <wp:inline distT="0" distB="0" distL="0" distR="0" wp14:anchorId="5BD45248" wp14:editId="7B657D94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1" w:type="pct"/>
          <w:vMerge w:val="restart"/>
          <w:vAlign w:val="center"/>
        </w:tcPr>
        <w:p w14:paraId="1545028F" w14:textId="24358772" w:rsidR="000F1185" w:rsidRPr="00343519" w:rsidRDefault="005C7D0A" w:rsidP="000F1185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b/>
              <w:sz w:val="30"/>
            </w:rPr>
            <w:t>BİLİŞİM İHTİYAÇ VE ÖNCELİK DEĞERLENDİRME FORMU</w:t>
          </w:r>
        </w:p>
      </w:tc>
      <w:tc>
        <w:tcPr>
          <w:tcW w:w="831" w:type="pct"/>
          <w:vAlign w:val="center"/>
        </w:tcPr>
        <w:p w14:paraId="137FEA6A" w14:textId="77777777" w:rsidR="000F1185" w:rsidRPr="00AE6D38" w:rsidRDefault="000F1185" w:rsidP="000F1185">
          <w:pPr>
            <w:rPr>
              <w:rFonts w:cs="Arial"/>
              <w:sz w:val="18"/>
            </w:rPr>
          </w:pPr>
          <w:r w:rsidRPr="00AE6D38">
            <w:rPr>
              <w:rFonts w:cs="Arial"/>
              <w:sz w:val="18"/>
            </w:rPr>
            <w:t>Doküman No</w:t>
          </w:r>
        </w:p>
      </w:tc>
      <w:tc>
        <w:tcPr>
          <w:tcW w:w="930" w:type="pct"/>
          <w:vAlign w:val="center"/>
        </w:tcPr>
        <w:p w14:paraId="2D50B369" w14:textId="02FFA78E" w:rsidR="000F1185" w:rsidRPr="00AE6D38" w:rsidRDefault="000F1185" w:rsidP="000F1185">
          <w:pPr>
            <w:rPr>
              <w:rFonts w:cs="Arial"/>
              <w:b/>
              <w:sz w:val="18"/>
            </w:rPr>
          </w:pPr>
          <w:r>
            <w:rPr>
              <w:rFonts w:cs="Arial"/>
              <w:b/>
              <w:sz w:val="18"/>
            </w:rPr>
            <w:t>FR-</w:t>
          </w:r>
          <w:r w:rsidR="00B80748">
            <w:rPr>
              <w:rFonts w:cs="Arial"/>
              <w:b/>
              <w:sz w:val="18"/>
            </w:rPr>
            <w:t>BİDB</w:t>
          </w:r>
          <w:r>
            <w:rPr>
              <w:rFonts w:cs="Arial"/>
              <w:b/>
              <w:sz w:val="18"/>
            </w:rPr>
            <w:t>-</w:t>
          </w:r>
          <w:r w:rsidR="00B80748">
            <w:rPr>
              <w:rFonts w:cs="Arial"/>
              <w:b/>
              <w:sz w:val="18"/>
            </w:rPr>
            <w:t>0158</w:t>
          </w:r>
        </w:p>
      </w:tc>
    </w:tr>
    <w:tr w:rsidR="000F1185" w:rsidRPr="00AE6D38" w14:paraId="51C83842" w14:textId="77777777" w:rsidTr="005C7D0A">
      <w:trPr>
        <w:trHeight w:val="276"/>
      </w:trPr>
      <w:tc>
        <w:tcPr>
          <w:tcW w:w="568" w:type="pct"/>
          <w:vMerge/>
          <w:vAlign w:val="center"/>
        </w:tcPr>
        <w:p w14:paraId="640051B7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2671" w:type="pct"/>
          <w:vMerge/>
          <w:vAlign w:val="center"/>
        </w:tcPr>
        <w:p w14:paraId="7B4BBDBB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831" w:type="pct"/>
          <w:vAlign w:val="center"/>
        </w:tcPr>
        <w:p w14:paraId="23BAB07D" w14:textId="77777777" w:rsidR="000F1185" w:rsidRPr="00AE6D38" w:rsidRDefault="000F1185" w:rsidP="000F1185">
          <w:pPr>
            <w:rPr>
              <w:rFonts w:cs="Arial"/>
              <w:sz w:val="18"/>
            </w:rPr>
          </w:pPr>
          <w:r w:rsidRPr="00AE6D38">
            <w:rPr>
              <w:rFonts w:cs="Arial"/>
              <w:sz w:val="18"/>
            </w:rPr>
            <w:t>İlk Yayın Tarihi</w:t>
          </w:r>
        </w:p>
      </w:tc>
      <w:tc>
        <w:tcPr>
          <w:tcW w:w="930" w:type="pct"/>
          <w:vAlign w:val="center"/>
        </w:tcPr>
        <w:p w14:paraId="4C116122" w14:textId="77777777" w:rsidR="000F1185" w:rsidRPr="00AE6D38" w:rsidRDefault="000F1185" w:rsidP="000F1185">
          <w:pPr>
            <w:rPr>
              <w:rFonts w:cs="Arial"/>
              <w:b/>
              <w:sz w:val="18"/>
            </w:rPr>
          </w:pPr>
          <w:r>
            <w:rPr>
              <w:rFonts w:cs="Arial"/>
              <w:b/>
              <w:sz w:val="18"/>
            </w:rPr>
            <w:t>02.12.2025</w:t>
          </w:r>
        </w:p>
      </w:tc>
    </w:tr>
    <w:tr w:rsidR="000F1185" w:rsidRPr="00AE6D38" w14:paraId="52FB410C" w14:textId="77777777" w:rsidTr="005C7D0A">
      <w:trPr>
        <w:trHeight w:val="276"/>
      </w:trPr>
      <w:tc>
        <w:tcPr>
          <w:tcW w:w="568" w:type="pct"/>
          <w:vMerge/>
          <w:vAlign w:val="center"/>
        </w:tcPr>
        <w:p w14:paraId="09230CD4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2671" w:type="pct"/>
          <w:vMerge/>
          <w:vAlign w:val="center"/>
        </w:tcPr>
        <w:p w14:paraId="20AFD41E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831" w:type="pct"/>
          <w:vAlign w:val="center"/>
        </w:tcPr>
        <w:p w14:paraId="14695818" w14:textId="77777777" w:rsidR="000F1185" w:rsidRPr="00AE6D38" w:rsidRDefault="000F1185" w:rsidP="000F1185">
          <w:pPr>
            <w:rPr>
              <w:rFonts w:cs="Arial"/>
              <w:sz w:val="18"/>
            </w:rPr>
          </w:pPr>
          <w:r w:rsidRPr="00AE6D38">
            <w:rPr>
              <w:rFonts w:cs="Arial"/>
              <w:sz w:val="18"/>
            </w:rPr>
            <w:t>Revizyon Tarihi</w:t>
          </w:r>
        </w:p>
      </w:tc>
      <w:tc>
        <w:tcPr>
          <w:tcW w:w="930" w:type="pct"/>
          <w:vAlign w:val="center"/>
        </w:tcPr>
        <w:p w14:paraId="2865585A" w14:textId="77777777" w:rsidR="000F1185" w:rsidRPr="00AE6D38" w:rsidRDefault="000F1185" w:rsidP="000F1185">
          <w:pPr>
            <w:rPr>
              <w:rFonts w:cs="Arial"/>
              <w:b/>
              <w:sz w:val="18"/>
            </w:rPr>
          </w:pPr>
        </w:p>
      </w:tc>
    </w:tr>
    <w:tr w:rsidR="000F1185" w:rsidRPr="00AE6D38" w14:paraId="7FE73AAC" w14:textId="77777777" w:rsidTr="005C7D0A">
      <w:trPr>
        <w:trHeight w:val="276"/>
      </w:trPr>
      <w:tc>
        <w:tcPr>
          <w:tcW w:w="568" w:type="pct"/>
          <w:vMerge/>
          <w:vAlign w:val="center"/>
        </w:tcPr>
        <w:p w14:paraId="0BFB46B9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2671" w:type="pct"/>
          <w:vMerge/>
          <w:vAlign w:val="center"/>
        </w:tcPr>
        <w:p w14:paraId="41D4E71F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831" w:type="pct"/>
          <w:vAlign w:val="center"/>
        </w:tcPr>
        <w:p w14:paraId="1FB367C8" w14:textId="77777777" w:rsidR="000F1185" w:rsidRPr="00AE6D38" w:rsidRDefault="000F1185" w:rsidP="000F1185">
          <w:pPr>
            <w:rPr>
              <w:rFonts w:cs="Arial"/>
              <w:sz w:val="18"/>
            </w:rPr>
          </w:pPr>
          <w:r w:rsidRPr="00AE6D38">
            <w:rPr>
              <w:rFonts w:cs="Arial"/>
              <w:sz w:val="18"/>
            </w:rPr>
            <w:t>Revizyon No</w:t>
          </w:r>
        </w:p>
      </w:tc>
      <w:tc>
        <w:tcPr>
          <w:tcW w:w="930" w:type="pct"/>
          <w:vAlign w:val="center"/>
        </w:tcPr>
        <w:p w14:paraId="40A11D20" w14:textId="77777777" w:rsidR="000F1185" w:rsidRPr="00AE6D38" w:rsidRDefault="000F1185" w:rsidP="000F1185">
          <w:pPr>
            <w:rPr>
              <w:rFonts w:cs="Arial"/>
              <w:b/>
              <w:sz w:val="18"/>
            </w:rPr>
          </w:pPr>
        </w:p>
      </w:tc>
    </w:tr>
    <w:tr w:rsidR="000F1185" w:rsidRPr="00AE6D38" w14:paraId="74CC4732" w14:textId="77777777" w:rsidTr="005C7D0A">
      <w:trPr>
        <w:trHeight w:val="276"/>
      </w:trPr>
      <w:tc>
        <w:tcPr>
          <w:tcW w:w="568" w:type="pct"/>
          <w:vMerge/>
          <w:vAlign w:val="center"/>
        </w:tcPr>
        <w:p w14:paraId="64C2E7D2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2671" w:type="pct"/>
          <w:vMerge/>
          <w:vAlign w:val="center"/>
        </w:tcPr>
        <w:p w14:paraId="24444F90" w14:textId="77777777" w:rsidR="000F1185" w:rsidRPr="00AE6D38" w:rsidRDefault="000F1185" w:rsidP="000F1185">
          <w:pPr>
            <w:jc w:val="center"/>
            <w:rPr>
              <w:rFonts w:cs="Arial"/>
            </w:rPr>
          </w:pPr>
        </w:p>
      </w:tc>
      <w:tc>
        <w:tcPr>
          <w:tcW w:w="831" w:type="pct"/>
          <w:vAlign w:val="center"/>
        </w:tcPr>
        <w:p w14:paraId="6BAD0CD8" w14:textId="77777777" w:rsidR="000F1185" w:rsidRPr="00AE6D38" w:rsidRDefault="000F1185" w:rsidP="000F1185">
          <w:pPr>
            <w:rPr>
              <w:rFonts w:cs="Arial"/>
              <w:sz w:val="18"/>
            </w:rPr>
          </w:pPr>
          <w:r w:rsidRPr="00AE6D38">
            <w:rPr>
              <w:rFonts w:cs="Arial"/>
              <w:sz w:val="18"/>
            </w:rPr>
            <w:t>Sayfa</w:t>
          </w:r>
        </w:p>
      </w:tc>
      <w:tc>
        <w:tcPr>
          <w:tcW w:w="930" w:type="pct"/>
          <w:vAlign w:val="center"/>
        </w:tcPr>
        <w:p w14:paraId="68D2A9E3" w14:textId="77777777" w:rsidR="000F1185" w:rsidRPr="00AE6D38" w:rsidRDefault="000F1185" w:rsidP="000F1185">
          <w:pPr>
            <w:rPr>
              <w:rFonts w:cs="Arial"/>
              <w:b/>
              <w:sz w:val="18"/>
            </w:rPr>
          </w:pPr>
          <w:r w:rsidRPr="00AE6D38">
            <w:rPr>
              <w:rFonts w:cs="Arial"/>
              <w:b/>
              <w:sz w:val="18"/>
            </w:rPr>
            <w:fldChar w:fldCharType="begin"/>
          </w:r>
          <w:r w:rsidRPr="00AE6D38">
            <w:rPr>
              <w:rFonts w:cs="Arial"/>
              <w:b/>
              <w:sz w:val="18"/>
            </w:rPr>
            <w:instrText xml:space="preserve"> PAGE   \* MERGEFORMAT </w:instrText>
          </w:r>
          <w:r w:rsidRPr="00AE6D38">
            <w:rPr>
              <w:rFonts w:cs="Arial"/>
              <w:b/>
              <w:sz w:val="18"/>
            </w:rPr>
            <w:fldChar w:fldCharType="separate"/>
          </w:r>
          <w:r>
            <w:rPr>
              <w:rFonts w:cs="Arial"/>
              <w:b/>
              <w:noProof/>
              <w:sz w:val="18"/>
            </w:rPr>
            <w:t>1</w:t>
          </w:r>
          <w:r w:rsidRPr="00AE6D38">
            <w:rPr>
              <w:rFonts w:cs="Arial"/>
              <w:b/>
              <w:sz w:val="18"/>
            </w:rPr>
            <w:fldChar w:fldCharType="end"/>
          </w:r>
          <w:r w:rsidRPr="00AE6D38">
            <w:rPr>
              <w:rFonts w:cs="Arial"/>
              <w:b/>
              <w:sz w:val="18"/>
            </w:rPr>
            <w:t>/</w:t>
          </w:r>
          <w:r w:rsidRPr="00AE6D38">
            <w:rPr>
              <w:rFonts w:cs="Arial"/>
              <w:b/>
              <w:sz w:val="18"/>
            </w:rPr>
            <w:fldChar w:fldCharType="begin"/>
          </w:r>
          <w:r w:rsidRPr="00AE6D38">
            <w:rPr>
              <w:rFonts w:cs="Arial"/>
              <w:b/>
              <w:sz w:val="18"/>
            </w:rPr>
            <w:instrText xml:space="preserve"> NUMPAGES   \* MERGEFORMAT </w:instrText>
          </w:r>
          <w:r w:rsidRPr="00AE6D38">
            <w:rPr>
              <w:rFonts w:cs="Arial"/>
              <w:b/>
              <w:sz w:val="18"/>
            </w:rPr>
            <w:fldChar w:fldCharType="separate"/>
          </w:r>
          <w:r>
            <w:rPr>
              <w:rFonts w:cs="Arial"/>
              <w:b/>
              <w:noProof/>
              <w:sz w:val="18"/>
            </w:rPr>
            <w:t>1</w:t>
          </w:r>
          <w:r w:rsidRPr="00AE6D38">
            <w:rPr>
              <w:rFonts w:cs="Arial"/>
              <w:b/>
              <w:sz w:val="18"/>
            </w:rPr>
            <w:fldChar w:fldCharType="end"/>
          </w:r>
        </w:p>
      </w:tc>
    </w:tr>
  </w:tbl>
  <w:p w14:paraId="74334129" w14:textId="77777777" w:rsidR="000F1185" w:rsidRDefault="000F118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138F" w14:textId="77777777" w:rsidR="005C7D0A" w:rsidRDefault="005C7D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0191413">
    <w:abstractNumId w:val="8"/>
  </w:num>
  <w:num w:numId="2" w16cid:durableId="1404256823">
    <w:abstractNumId w:val="6"/>
  </w:num>
  <w:num w:numId="3" w16cid:durableId="1387149143">
    <w:abstractNumId w:val="5"/>
  </w:num>
  <w:num w:numId="4" w16cid:durableId="1772511692">
    <w:abstractNumId w:val="4"/>
  </w:num>
  <w:num w:numId="5" w16cid:durableId="474223123">
    <w:abstractNumId w:val="7"/>
  </w:num>
  <w:num w:numId="6" w16cid:durableId="1044060419">
    <w:abstractNumId w:val="3"/>
  </w:num>
  <w:num w:numId="7" w16cid:durableId="181213616">
    <w:abstractNumId w:val="2"/>
  </w:num>
  <w:num w:numId="8" w16cid:durableId="1383597572">
    <w:abstractNumId w:val="1"/>
  </w:num>
  <w:num w:numId="9" w16cid:durableId="116994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B11"/>
    <w:rsid w:val="000F1185"/>
    <w:rsid w:val="0015074B"/>
    <w:rsid w:val="00292317"/>
    <w:rsid w:val="0029639D"/>
    <w:rsid w:val="00326F90"/>
    <w:rsid w:val="00364D5B"/>
    <w:rsid w:val="00467348"/>
    <w:rsid w:val="00516BD0"/>
    <w:rsid w:val="005C7D0A"/>
    <w:rsid w:val="007D3669"/>
    <w:rsid w:val="00882796"/>
    <w:rsid w:val="009A5FA2"/>
    <w:rsid w:val="00AA1D8D"/>
    <w:rsid w:val="00B47730"/>
    <w:rsid w:val="00B80748"/>
    <w:rsid w:val="00CB0664"/>
    <w:rsid w:val="00E6221A"/>
    <w:rsid w:val="00EF3CB8"/>
    <w:rsid w:val="00FB2122"/>
    <w:rsid w:val="00FC693F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89093"/>
  <w14:defaultImageDpi w14:val="300"/>
  <w15:docId w15:val="{0B9BC547-B241-4854-9C47-5F45C3C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Selin Tozoglu</cp:lastModifiedBy>
  <cp:revision>7</cp:revision>
  <dcterms:created xsi:type="dcterms:W3CDTF">2013-12-23T23:15:00Z</dcterms:created>
  <dcterms:modified xsi:type="dcterms:W3CDTF">2026-08-10T12:41:00Z</dcterms:modified>
  <cp:category/>
</cp:coreProperties>
</file>