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83D2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A. Birim Bilgileri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DE19C5" w:rsidRPr="001B6386" w14:paraId="6B4FE236" w14:textId="77777777">
        <w:trPr>
          <w:jc w:val="center"/>
        </w:trPr>
        <w:tc>
          <w:tcPr>
            <w:tcW w:w="4320" w:type="dxa"/>
          </w:tcPr>
          <w:p w14:paraId="56E9DA71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Birim Adı</w:t>
            </w:r>
          </w:p>
        </w:tc>
        <w:tc>
          <w:tcPr>
            <w:tcW w:w="4320" w:type="dxa"/>
          </w:tcPr>
          <w:p w14:paraId="646E0202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023FCAF9" w14:textId="77777777">
        <w:trPr>
          <w:jc w:val="center"/>
        </w:trPr>
        <w:tc>
          <w:tcPr>
            <w:tcW w:w="4320" w:type="dxa"/>
          </w:tcPr>
          <w:p w14:paraId="72A62980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Birim Sorumlusu</w:t>
            </w:r>
          </w:p>
        </w:tc>
        <w:tc>
          <w:tcPr>
            <w:tcW w:w="4320" w:type="dxa"/>
          </w:tcPr>
          <w:p w14:paraId="6B930550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49C61AE6" w14:textId="77777777">
        <w:trPr>
          <w:jc w:val="center"/>
        </w:trPr>
        <w:tc>
          <w:tcPr>
            <w:tcW w:w="4320" w:type="dxa"/>
          </w:tcPr>
          <w:p w14:paraId="645A5E23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İzleme Dönemi</w:t>
            </w:r>
          </w:p>
        </w:tc>
        <w:tc>
          <w:tcPr>
            <w:tcW w:w="4320" w:type="dxa"/>
          </w:tcPr>
          <w:p w14:paraId="79DA60F2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2A52D73F" w14:textId="77777777">
        <w:trPr>
          <w:jc w:val="center"/>
        </w:trPr>
        <w:tc>
          <w:tcPr>
            <w:tcW w:w="4320" w:type="dxa"/>
          </w:tcPr>
          <w:p w14:paraId="5002D47A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Form Tarihi</w:t>
            </w:r>
          </w:p>
        </w:tc>
        <w:tc>
          <w:tcPr>
            <w:tcW w:w="4320" w:type="dxa"/>
          </w:tcPr>
          <w:p w14:paraId="179E2DE1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</w:tbl>
    <w:p w14:paraId="471862CE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B. İç Kontrol Eylemlerinin İzlenmesi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DE19C5" w:rsidRPr="001B6386" w14:paraId="4154D176" w14:textId="77777777">
        <w:tc>
          <w:tcPr>
            <w:tcW w:w="1728" w:type="dxa"/>
          </w:tcPr>
          <w:p w14:paraId="0D93474A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Eylem Kodu</w:t>
            </w:r>
          </w:p>
        </w:tc>
        <w:tc>
          <w:tcPr>
            <w:tcW w:w="1728" w:type="dxa"/>
          </w:tcPr>
          <w:p w14:paraId="66229C2D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Yapılacak Faaliyet</w:t>
            </w:r>
          </w:p>
        </w:tc>
        <w:tc>
          <w:tcPr>
            <w:tcW w:w="1728" w:type="dxa"/>
          </w:tcPr>
          <w:p w14:paraId="58CE5053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Durum</w:t>
            </w:r>
          </w:p>
        </w:tc>
        <w:tc>
          <w:tcPr>
            <w:tcW w:w="1728" w:type="dxa"/>
          </w:tcPr>
          <w:p w14:paraId="7DEC6228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Gerçekleştirilen Çalışmalar</w:t>
            </w:r>
          </w:p>
        </w:tc>
        <w:tc>
          <w:tcPr>
            <w:tcW w:w="1728" w:type="dxa"/>
          </w:tcPr>
          <w:p w14:paraId="707E88D9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Kanıt</w:t>
            </w:r>
          </w:p>
        </w:tc>
      </w:tr>
      <w:tr w:rsidR="00DE19C5" w:rsidRPr="001B6386" w14:paraId="39F48831" w14:textId="77777777">
        <w:tc>
          <w:tcPr>
            <w:tcW w:w="1728" w:type="dxa"/>
          </w:tcPr>
          <w:p w14:paraId="6DF4739B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5603F60C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103040C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☐ Tamamlandı</w:t>
            </w:r>
            <w:r w:rsidRPr="001B6386">
              <w:rPr>
                <w:color w:val="000000" w:themeColor="text1"/>
              </w:rPr>
              <w:br/>
              <w:t>☐ Devam Ediyor</w:t>
            </w:r>
            <w:r w:rsidRPr="001B6386">
              <w:rPr>
                <w:color w:val="000000" w:themeColor="text1"/>
              </w:rPr>
              <w:br/>
              <w:t>☐ Başlanmadı</w:t>
            </w:r>
          </w:p>
        </w:tc>
        <w:tc>
          <w:tcPr>
            <w:tcW w:w="1728" w:type="dxa"/>
          </w:tcPr>
          <w:p w14:paraId="1BBF2A76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0FCCAC24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7D157A84" w14:textId="77777777">
        <w:tc>
          <w:tcPr>
            <w:tcW w:w="1728" w:type="dxa"/>
          </w:tcPr>
          <w:p w14:paraId="75199298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119C667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04DD60EC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☐ Tamamlandı</w:t>
            </w:r>
            <w:r w:rsidRPr="001B6386">
              <w:rPr>
                <w:color w:val="000000" w:themeColor="text1"/>
              </w:rPr>
              <w:br/>
              <w:t>☐ Devam Ediyor</w:t>
            </w:r>
            <w:r w:rsidRPr="001B6386">
              <w:rPr>
                <w:color w:val="000000" w:themeColor="text1"/>
              </w:rPr>
              <w:br/>
              <w:t>☐ Başlanmadı</w:t>
            </w:r>
          </w:p>
        </w:tc>
        <w:tc>
          <w:tcPr>
            <w:tcW w:w="1728" w:type="dxa"/>
          </w:tcPr>
          <w:p w14:paraId="3BDBE8D2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E7F84C5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330B984E" w14:textId="77777777">
        <w:tc>
          <w:tcPr>
            <w:tcW w:w="1728" w:type="dxa"/>
          </w:tcPr>
          <w:p w14:paraId="3C0A0B05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8559C66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375DF03D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☐ Tamamlandı</w:t>
            </w:r>
            <w:r w:rsidRPr="001B6386">
              <w:rPr>
                <w:color w:val="000000" w:themeColor="text1"/>
              </w:rPr>
              <w:br/>
              <w:t>☐ Devam Ediyor</w:t>
            </w:r>
            <w:r w:rsidRPr="001B6386">
              <w:rPr>
                <w:color w:val="000000" w:themeColor="text1"/>
              </w:rPr>
              <w:br/>
              <w:t>☐ Başlanmadı</w:t>
            </w:r>
          </w:p>
        </w:tc>
        <w:tc>
          <w:tcPr>
            <w:tcW w:w="1728" w:type="dxa"/>
          </w:tcPr>
          <w:p w14:paraId="29D61F51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67C2106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4B6DC20D" w14:textId="77777777">
        <w:tc>
          <w:tcPr>
            <w:tcW w:w="1728" w:type="dxa"/>
          </w:tcPr>
          <w:p w14:paraId="5EDEB9DB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18CF860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38215158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☐ Tamamlandı</w:t>
            </w:r>
            <w:r w:rsidRPr="001B6386">
              <w:rPr>
                <w:color w:val="000000" w:themeColor="text1"/>
              </w:rPr>
              <w:br/>
              <w:t>☐ Devam Ediyor</w:t>
            </w:r>
            <w:r w:rsidRPr="001B6386">
              <w:rPr>
                <w:color w:val="000000" w:themeColor="text1"/>
              </w:rPr>
              <w:br/>
              <w:t>☐ Başlanmadı</w:t>
            </w:r>
          </w:p>
        </w:tc>
        <w:tc>
          <w:tcPr>
            <w:tcW w:w="1728" w:type="dxa"/>
          </w:tcPr>
          <w:p w14:paraId="713A67F8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68B38E7A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  <w:tr w:rsidR="00DE19C5" w:rsidRPr="001B6386" w14:paraId="7F2E4881" w14:textId="77777777">
        <w:tc>
          <w:tcPr>
            <w:tcW w:w="1728" w:type="dxa"/>
          </w:tcPr>
          <w:p w14:paraId="4CBA3D7F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1FD603A3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7056372A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☐ Tamamlandı</w:t>
            </w:r>
            <w:r w:rsidRPr="001B6386">
              <w:rPr>
                <w:color w:val="000000" w:themeColor="text1"/>
              </w:rPr>
              <w:br/>
              <w:t>☐ Devam Ediyor</w:t>
            </w:r>
            <w:r w:rsidRPr="001B6386">
              <w:rPr>
                <w:color w:val="000000" w:themeColor="text1"/>
              </w:rPr>
              <w:br/>
              <w:t>☐ Başlanmadı</w:t>
            </w:r>
          </w:p>
        </w:tc>
        <w:tc>
          <w:tcPr>
            <w:tcW w:w="1728" w:type="dxa"/>
          </w:tcPr>
          <w:p w14:paraId="368F33E1" w14:textId="77777777" w:rsidR="00DE19C5" w:rsidRPr="001B6386" w:rsidRDefault="00DE19C5">
            <w:pPr>
              <w:rPr>
                <w:color w:val="000000" w:themeColor="text1"/>
              </w:rPr>
            </w:pPr>
          </w:p>
        </w:tc>
        <w:tc>
          <w:tcPr>
            <w:tcW w:w="1728" w:type="dxa"/>
          </w:tcPr>
          <w:p w14:paraId="2EC60EB0" w14:textId="77777777" w:rsidR="00DE19C5" w:rsidRPr="001B6386" w:rsidRDefault="00DE19C5">
            <w:pPr>
              <w:rPr>
                <w:color w:val="000000" w:themeColor="text1"/>
              </w:rPr>
            </w:pPr>
          </w:p>
        </w:tc>
      </w:tr>
    </w:tbl>
    <w:p w14:paraId="2DA08383" w14:textId="77777777" w:rsidR="00DE19C5" w:rsidRPr="001B6386" w:rsidRDefault="00000000">
      <w:pPr>
        <w:rPr>
          <w:color w:val="000000" w:themeColor="text1"/>
        </w:rPr>
      </w:pPr>
      <w:r w:rsidRPr="001B6386">
        <w:rPr>
          <w:b/>
          <w:color w:val="000000" w:themeColor="text1"/>
        </w:rPr>
        <w:t xml:space="preserve">Not: </w:t>
      </w:r>
      <w:r w:rsidRPr="001B6386">
        <w:rPr>
          <w:color w:val="000000" w:themeColor="text1"/>
        </w:rPr>
        <w:t>Birimler, kendi sorumluluk alanlarına giren iç kontrol eylemlerini bu tabloya ekleyerek izleme yapacaktır. Gerekli görülen durumlarda satır sayısı artırılabilir.</w:t>
      </w:r>
    </w:p>
    <w:p w14:paraId="01E1FBCE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C. Karşılaşılan Sorunlar / Riskler</w:t>
      </w:r>
    </w:p>
    <w:p w14:paraId="5585BEB0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06F15044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72A10183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25C4035D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lastRenderedPageBreak/>
        <w:t>........................................................................................................</w:t>
      </w:r>
    </w:p>
    <w:p w14:paraId="6BC1DB87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070FB498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008FE9F0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D. İyileştirme Önerileri</w:t>
      </w:r>
    </w:p>
    <w:p w14:paraId="2C0E50F0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3C43DC3C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1264AEFF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3B9A298E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2438F9EA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38D84ADE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5CBCFDB7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E. Genel Değerlendirme</w:t>
      </w:r>
    </w:p>
    <w:p w14:paraId="595E31DE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☐ İç kontrol eylemleri planlandığı şekilde yürütülmektedir.</w:t>
      </w:r>
    </w:p>
    <w:p w14:paraId="0DABEA11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☐ Bazı eylemler için ilave çalışma gerekmektedir.</w:t>
      </w:r>
    </w:p>
    <w:p w14:paraId="173F4E8B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☐ Üst yönetime iletilmesi gereken hususlar bulunmaktadır.</w:t>
      </w:r>
    </w:p>
    <w:p w14:paraId="72B4DF18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Açıklama:</w:t>
      </w:r>
    </w:p>
    <w:p w14:paraId="1FDF8931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5D9EDED0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32D6AC60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709FBE68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........................................................................................................</w:t>
      </w:r>
    </w:p>
    <w:p w14:paraId="3B588C53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t>F. Onay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E19C5" w:rsidRPr="001B6386" w14:paraId="682BAD24" w14:textId="77777777">
        <w:tc>
          <w:tcPr>
            <w:tcW w:w="4320" w:type="dxa"/>
          </w:tcPr>
          <w:p w14:paraId="4F0C1F3F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Hazırlayan</w:t>
            </w:r>
          </w:p>
        </w:tc>
        <w:tc>
          <w:tcPr>
            <w:tcW w:w="4320" w:type="dxa"/>
          </w:tcPr>
          <w:p w14:paraId="1F179E96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Birim Yöneticisi</w:t>
            </w:r>
          </w:p>
        </w:tc>
      </w:tr>
      <w:tr w:rsidR="00DE19C5" w:rsidRPr="001B6386" w14:paraId="543223A6" w14:textId="77777777">
        <w:tc>
          <w:tcPr>
            <w:tcW w:w="4320" w:type="dxa"/>
          </w:tcPr>
          <w:p w14:paraId="6E9E374F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Ad Soyad</w:t>
            </w:r>
          </w:p>
        </w:tc>
        <w:tc>
          <w:tcPr>
            <w:tcW w:w="4320" w:type="dxa"/>
          </w:tcPr>
          <w:p w14:paraId="46BCCDDB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Ad Soyad</w:t>
            </w:r>
          </w:p>
        </w:tc>
      </w:tr>
      <w:tr w:rsidR="00DE19C5" w:rsidRPr="001B6386" w14:paraId="4EAE7F90" w14:textId="77777777">
        <w:tc>
          <w:tcPr>
            <w:tcW w:w="4320" w:type="dxa"/>
          </w:tcPr>
          <w:p w14:paraId="228E7006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İmza / Tarih</w:t>
            </w:r>
          </w:p>
        </w:tc>
        <w:tc>
          <w:tcPr>
            <w:tcW w:w="4320" w:type="dxa"/>
          </w:tcPr>
          <w:p w14:paraId="4D6C4C0D" w14:textId="77777777" w:rsidR="00DE19C5" w:rsidRPr="001B6386" w:rsidRDefault="00000000">
            <w:pPr>
              <w:rPr>
                <w:color w:val="000000" w:themeColor="text1"/>
              </w:rPr>
            </w:pPr>
            <w:r w:rsidRPr="001B6386">
              <w:rPr>
                <w:color w:val="000000" w:themeColor="text1"/>
              </w:rPr>
              <w:t>İmza / Tarih</w:t>
            </w:r>
          </w:p>
        </w:tc>
      </w:tr>
    </w:tbl>
    <w:p w14:paraId="1760A649" w14:textId="77777777" w:rsidR="00DE19C5" w:rsidRPr="001B6386" w:rsidRDefault="00000000">
      <w:pPr>
        <w:pStyle w:val="Balk2"/>
        <w:rPr>
          <w:color w:val="000000" w:themeColor="text1"/>
        </w:rPr>
      </w:pPr>
      <w:r w:rsidRPr="001B6386">
        <w:rPr>
          <w:color w:val="000000" w:themeColor="text1"/>
        </w:rPr>
        <w:lastRenderedPageBreak/>
        <w:t>Formun Kullanımı</w:t>
      </w:r>
    </w:p>
    <w:p w14:paraId="71D7F25E" w14:textId="77777777" w:rsidR="00DE19C5" w:rsidRPr="001B6386" w:rsidRDefault="00000000">
      <w:pPr>
        <w:rPr>
          <w:color w:val="000000" w:themeColor="text1"/>
        </w:rPr>
      </w:pPr>
      <w:r w:rsidRPr="001B6386">
        <w:rPr>
          <w:color w:val="000000" w:themeColor="text1"/>
        </w:rPr>
        <w:t>Bu form, birimlerin sorumluluğunda bulunan iç kontrol eylemlerinin uygulanma durumunun izlenmesi amacıyla hazırlanmıştır. Birimler, kendi görev alanlarına ilişkin eylemleri tabloya ekleyebilir, gerekli görülen satırları artırabilir veya azaltabilir ve ilgili kanıtları formda belirtir.</w:t>
      </w:r>
    </w:p>
    <w:sectPr w:rsidR="00DE19C5" w:rsidRPr="001B6386" w:rsidSect="00F76C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39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A1951" w14:textId="77777777" w:rsidR="00542CF3" w:rsidRDefault="00542CF3" w:rsidP="00447799">
      <w:pPr>
        <w:spacing w:after="0" w:line="240" w:lineRule="auto"/>
      </w:pPr>
      <w:r>
        <w:separator/>
      </w:r>
    </w:p>
  </w:endnote>
  <w:endnote w:type="continuationSeparator" w:id="0">
    <w:p w14:paraId="5AA55F0F" w14:textId="77777777" w:rsidR="00542CF3" w:rsidRDefault="00542CF3" w:rsidP="0044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57A9" w14:textId="77777777" w:rsidR="00F76CBF" w:rsidRDefault="00F76CB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10"/>
      <w:gridCol w:w="2941"/>
      <w:gridCol w:w="2905"/>
    </w:tblGrid>
    <w:tr w:rsidR="00447799" w:rsidRPr="00151E02" w14:paraId="424B8F12" w14:textId="77777777" w:rsidTr="004F37FD">
      <w:tc>
        <w:tcPr>
          <w:tcW w:w="3259" w:type="dxa"/>
        </w:tcPr>
        <w:p w14:paraId="653CFB64" w14:textId="77777777" w:rsidR="00447799" w:rsidRPr="005E1C4C" w:rsidRDefault="00447799" w:rsidP="0044779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6F85064A" w14:textId="77777777" w:rsidR="00447799" w:rsidRPr="005E1C4C" w:rsidRDefault="00447799" w:rsidP="0044779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5D4F325A" w14:textId="77777777" w:rsidR="00447799" w:rsidRPr="005E1C4C" w:rsidRDefault="00447799" w:rsidP="00447799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447799" w14:paraId="334343C3" w14:textId="77777777" w:rsidTr="004F37FD">
      <w:trPr>
        <w:trHeight w:val="1002"/>
      </w:trPr>
      <w:tc>
        <w:tcPr>
          <w:tcW w:w="3259" w:type="dxa"/>
        </w:tcPr>
        <w:p w14:paraId="67BC805A" w14:textId="77777777" w:rsidR="00447799" w:rsidRPr="0009471F" w:rsidRDefault="00447799" w:rsidP="00447799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lang w:val="tr-TR"/>
            </w:rPr>
            <w:t>Kalite Koordinatörlüğü</w:t>
          </w:r>
        </w:p>
      </w:tc>
      <w:tc>
        <w:tcPr>
          <w:tcW w:w="3259" w:type="dxa"/>
        </w:tcPr>
        <w:p w14:paraId="4594DC3B" w14:textId="77777777" w:rsidR="00447799" w:rsidRPr="005E1C4C" w:rsidRDefault="00447799" w:rsidP="00447799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7AD18D9C" w14:textId="77777777" w:rsidR="00447799" w:rsidRPr="00AA2513" w:rsidRDefault="00447799" w:rsidP="00447799">
          <w:pPr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54329321" w14:textId="77777777" w:rsidR="00447799" w:rsidRPr="005E1C4C" w:rsidRDefault="00447799" w:rsidP="00447799">
          <w:pPr>
            <w:jc w:val="center"/>
            <w:rPr>
              <w:rFonts w:ascii="Times New Roman" w:hAnsi="Times New Roman"/>
            </w:rPr>
          </w:pPr>
        </w:p>
      </w:tc>
    </w:tr>
  </w:tbl>
  <w:p w14:paraId="61C94E72" w14:textId="77777777" w:rsidR="00447799" w:rsidRDefault="0044779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EF21" w14:textId="77777777" w:rsidR="00F76CBF" w:rsidRDefault="00F76CB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0B9AF" w14:textId="77777777" w:rsidR="00542CF3" w:rsidRDefault="00542CF3" w:rsidP="00447799">
      <w:pPr>
        <w:spacing w:after="0" w:line="240" w:lineRule="auto"/>
      </w:pPr>
      <w:r>
        <w:separator/>
      </w:r>
    </w:p>
  </w:footnote>
  <w:footnote w:type="continuationSeparator" w:id="0">
    <w:p w14:paraId="6C1E42B7" w14:textId="77777777" w:rsidR="00542CF3" w:rsidRDefault="00542CF3" w:rsidP="0044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1154" w14:textId="77777777" w:rsidR="00F76CBF" w:rsidRDefault="00F76CB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6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97"/>
      <w:gridCol w:w="4595"/>
      <w:gridCol w:w="1439"/>
      <w:gridCol w:w="1934"/>
    </w:tblGrid>
    <w:tr w:rsidR="00447799" w:rsidRPr="00AE6D38" w14:paraId="1324A6C0" w14:textId="77777777" w:rsidTr="00F76CBF">
      <w:trPr>
        <w:trHeight w:val="276"/>
      </w:trPr>
      <w:tc>
        <w:tcPr>
          <w:tcW w:w="2097" w:type="dxa"/>
          <w:vMerge w:val="restart"/>
          <w:vAlign w:val="center"/>
        </w:tcPr>
        <w:p w14:paraId="13227DEA" w14:textId="77777777" w:rsidR="00447799" w:rsidRPr="00AE6D38" w:rsidRDefault="00447799" w:rsidP="00447799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4353F867" wp14:editId="076D6AD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5" w:type="dxa"/>
          <w:vMerge w:val="restart"/>
          <w:vAlign w:val="center"/>
        </w:tcPr>
        <w:p w14:paraId="2D453640" w14:textId="3D03D056" w:rsidR="00447799" w:rsidRPr="00343519" w:rsidRDefault="00447799" w:rsidP="00447799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  <w:lang w:val="tr-TR"/>
            </w:rPr>
            <w:t>BİRİM İÇ KONTROL EYLEM İZLEME FORMU</w:t>
          </w: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 </w:t>
          </w:r>
        </w:p>
      </w:tc>
      <w:tc>
        <w:tcPr>
          <w:tcW w:w="1439" w:type="dxa"/>
          <w:vAlign w:val="center"/>
        </w:tcPr>
        <w:p w14:paraId="533F1096" w14:textId="77777777" w:rsidR="00447799" w:rsidRPr="00AE6D38" w:rsidRDefault="00447799" w:rsidP="0044779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934" w:type="dxa"/>
          <w:vAlign w:val="center"/>
        </w:tcPr>
        <w:p w14:paraId="356C3471" w14:textId="53E7663E" w:rsidR="00447799" w:rsidRPr="00AE6D38" w:rsidRDefault="001608EA" w:rsidP="00447799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</w:t>
          </w:r>
          <w:r w:rsidR="00447799">
            <w:rPr>
              <w:rFonts w:ascii="Arial" w:hAnsi="Arial" w:cs="Arial"/>
              <w:b/>
              <w:sz w:val="18"/>
            </w:rPr>
            <w:t>-</w:t>
          </w:r>
          <w:r w:rsidR="00447799">
            <w:rPr>
              <w:rFonts w:ascii="Arial" w:hAnsi="Arial" w:cs="Arial"/>
              <w:b/>
              <w:sz w:val="18"/>
              <w:lang w:val="tr-TR"/>
            </w:rPr>
            <w:t>KBK</w:t>
          </w:r>
          <w:r w:rsidR="00447799">
            <w:rPr>
              <w:rFonts w:ascii="Arial" w:hAnsi="Arial" w:cs="Arial"/>
              <w:b/>
              <w:sz w:val="18"/>
            </w:rPr>
            <w:t>-00</w:t>
          </w:r>
          <w:r w:rsidR="00341C16">
            <w:rPr>
              <w:rFonts w:ascii="Arial" w:hAnsi="Arial" w:cs="Arial"/>
              <w:b/>
              <w:sz w:val="18"/>
            </w:rPr>
            <w:t>10</w:t>
          </w:r>
        </w:p>
      </w:tc>
    </w:tr>
    <w:tr w:rsidR="00447799" w:rsidRPr="00AE6D38" w14:paraId="3DA534FA" w14:textId="77777777" w:rsidTr="00F76CBF">
      <w:trPr>
        <w:trHeight w:val="276"/>
      </w:trPr>
      <w:tc>
        <w:tcPr>
          <w:tcW w:w="2097" w:type="dxa"/>
          <w:vMerge/>
          <w:vAlign w:val="center"/>
        </w:tcPr>
        <w:p w14:paraId="001DC31C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10D2B4DC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7E710B6D" w14:textId="77777777" w:rsidR="00447799" w:rsidRPr="00AE6D38" w:rsidRDefault="00447799" w:rsidP="0044779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934" w:type="dxa"/>
          <w:vAlign w:val="center"/>
        </w:tcPr>
        <w:p w14:paraId="51D042F3" w14:textId="77777777" w:rsidR="00447799" w:rsidRPr="00AE6D38" w:rsidRDefault="00447799" w:rsidP="00447799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447799" w:rsidRPr="00AE6D38" w14:paraId="1E9C9C32" w14:textId="77777777" w:rsidTr="00F76CBF">
      <w:trPr>
        <w:trHeight w:val="276"/>
      </w:trPr>
      <w:tc>
        <w:tcPr>
          <w:tcW w:w="2097" w:type="dxa"/>
          <w:vMerge/>
          <w:vAlign w:val="center"/>
        </w:tcPr>
        <w:p w14:paraId="05EE265A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1C4201C5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2B4AA973" w14:textId="77777777" w:rsidR="00447799" w:rsidRPr="00AE6D38" w:rsidRDefault="00447799" w:rsidP="0044779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934" w:type="dxa"/>
          <w:vAlign w:val="center"/>
        </w:tcPr>
        <w:p w14:paraId="6A53742C" w14:textId="77777777" w:rsidR="00447799" w:rsidRPr="00AE6D38" w:rsidRDefault="00447799" w:rsidP="00447799">
          <w:pPr>
            <w:rPr>
              <w:rFonts w:ascii="Arial" w:hAnsi="Arial" w:cs="Arial"/>
              <w:b/>
              <w:sz w:val="18"/>
            </w:rPr>
          </w:pPr>
        </w:p>
      </w:tc>
    </w:tr>
    <w:tr w:rsidR="00447799" w:rsidRPr="00AE6D38" w14:paraId="0147880C" w14:textId="77777777" w:rsidTr="00F76CBF">
      <w:trPr>
        <w:trHeight w:val="276"/>
      </w:trPr>
      <w:tc>
        <w:tcPr>
          <w:tcW w:w="2097" w:type="dxa"/>
          <w:vMerge/>
          <w:vAlign w:val="center"/>
        </w:tcPr>
        <w:p w14:paraId="7920E654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7E311F3F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3D88A21B" w14:textId="77777777" w:rsidR="00447799" w:rsidRPr="00AE6D38" w:rsidRDefault="00447799" w:rsidP="0044779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934" w:type="dxa"/>
          <w:vAlign w:val="center"/>
        </w:tcPr>
        <w:p w14:paraId="3DBFC724" w14:textId="77777777" w:rsidR="00447799" w:rsidRPr="00AE6D38" w:rsidRDefault="00447799" w:rsidP="00447799">
          <w:pPr>
            <w:rPr>
              <w:rFonts w:ascii="Arial" w:hAnsi="Arial" w:cs="Arial"/>
              <w:b/>
              <w:sz w:val="18"/>
            </w:rPr>
          </w:pPr>
        </w:p>
      </w:tc>
    </w:tr>
    <w:tr w:rsidR="00447799" w:rsidRPr="00AE6D38" w14:paraId="0BD69D0F" w14:textId="77777777" w:rsidTr="00F76CBF">
      <w:trPr>
        <w:trHeight w:val="276"/>
      </w:trPr>
      <w:tc>
        <w:tcPr>
          <w:tcW w:w="2097" w:type="dxa"/>
          <w:vMerge/>
          <w:vAlign w:val="center"/>
        </w:tcPr>
        <w:p w14:paraId="303AF147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4595" w:type="dxa"/>
          <w:vMerge/>
          <w:vAlign w:val="center"/>
        </w:tcPr>
        <w:p w14:paraId="6046FE1E" w14:textId="77777777" w:rsidR="00447799" w:rsidRPr="00AE6D38" w:rsidRDefault="00447799" w:rsidP="00447799">
          <w:pPr>
            <w:jc w:val="center"/>
            <w:rPr>
              <w:rFonts w:ascii="Arial" w:hAnsi="Arial" w:cs="Arial"/>
            </w:rPr>
          </w:pPr>
        </w:p>
      </w:tc>
      <w:tc>
        <w:tcPr>
          <w:tcW w:w="1439" w:type="dxa"/>
          <w:vAlign w:val="center"/>
        </w:tcPr>
        <w:p w14:paraId="1E8FBBA0" w14:textId="77777777" w:rsidR="00447799" w:rsidRPr="00AE6D38" w:rsidRDefault="00447799" w:rsidP="00447799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934" w:type="dxa"/>
          <w:vAlign w:val="center"/>
        </w:tcPr>
        <w:p w14:paraId="0B1DA885" w14:textId="77777777" w:rsidR="00447799" w:rsidRPr="00AE6D38" w:rsidRDefault="00447799" w:rsidP="00447799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392E3033" w14:textId="77777777" w:rsidR="00447799" w:rsidRDefault="004477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5842" w14:textId="77777777" w:rsidR="00F76CBF" w:rsidRDefault="00F76C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19430179">
    <w:abstractNumId w:val="8"/>
  </w:num>
  <w:num w:numId="2" w16cid:durableId="1961690125">
    <w:abstractNumId w:val="6"/>
  </w:num>
  <w:num w:numId="3" w16cid:durableId="731124439">
    <w:abstractNumId w:val="5"/>
  </w:num>
  <w:num w:numId="4" w16cid:durableId="918557253">
    <w:abstractNumId w:val="4"/>
  </w:num>
  <w:num w:numId="5" w16cid:durableId="968245757">
    <w:abstractNumId w:val="7"/>
  </w:num>
  <w:num w:numId="6" w16cid:durableId="882060546">
    <w:abstractNumId w:val="3"/>
  </w:num>
  <w:num w:numId="7" w16cid:durableId="131405846">
    <w:abstractNumId w:val="2"/>
  </w:num>
  <w:num w:numId="8" w16cid:durableId="380330396">
    <w:abstractNumId w:val="1"/>
  </w:num>
  <w:num w:numId="9" w16cid:durableId="864708486">
    <w:abstractNumId w:val="0"/>
  </w:num>
  <w:num w:numId="10" w16cid:durableId="1394811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8EA"/>
    <w:rsid w:val="001B6386"/>
    <w:rsid w:val="0029639D"/>
    <w:rsid w:val="00326F90"/>
    <w:rsid w:val="00341C16"/>
    <w:rsid w:val="00447799"/>
    <w:rsid w:val="00542CF3"/>
    <w:rsid w:val="005C6442"/>
    <w:rsid w:val="00AA1D8D"/>
    <w:rsid w:val="00AE0609"/>
    <w:rsid w:val="00B47730"/>
    <w:rsid w:val="00CB0664"/>
    <w:rsid w:val="00D71AF6"/>
    <w:rsid w:val="00DE19C5"/>
    <w:rsid w:val="00E21EC0"/>
    <w:rsid w:val="00EE7723"/>
    <w:rsid w:val="00F76C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9179E"/>
  <w14:defaultImageDpi w14:val="300"/>
  <w15:docId w15:val="{429110AE-C779-224E-AE0A-02065FA1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ltbilgiChar0">
    <w:name w:val="Altbilgi Char"/>
    <w:basedOn w:val="VarsaylanParagrafYazTipi"/>
    <w:uiPriority w:val="99"/>
    <w:rsid w:val="00447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6</cp:revision>
  <dcterms:created xsi:type="dcterms:W3CDTF">2013-12-23T23:15:00Z</dcterms:created>
  <dcterms:modified xsi:type="dcterms:W3CDTF">2026-07-29T13:37:00Z</dcterms:modified>
  <cp:category/>
</cp:coreProperties>
</file>