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3C516" w14:textId="77777777" w:rsidR="00D10CEF" w:rsidRPr="00A90205" w:rsidRDefault="00000000">
      <w:pPr>
        <w:pStyle w:val="Balk2"/>
        <w:rPr>
          <w:color w:val="auto"/>
        </w:rPr>
      </w:pPr>
      <w:r w:rsidRPr="00A90205">
        <w:rPr>
          <w:color w:val="auto"/>
        </w:rPr>
        <w:t>A. Birim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10CEF" w14:paraId="10012205" w14:textId="77777777">
        <w:tc>
          <w:tcPr>
            <w:tcW w:w="4320" w:type="dxa"/>
          </w:tcPr>
          <w:p w14:paraId="4D0CCEE2" w14:textId="77777777" w:rsidR="00D10CEF" w:rsidRDefault="00000000">
            <w:r>
              <w:t>Birim Adı</w:t>
            </w:r>
          </w:p>
        </w:tc>
        <w:tc>
          <w:tcPr>
            <w:tcW w:w="4320" w:type="dxa"/>
          </w:tcPr>
          <w:p w14:paraId="7F699189" w14:textId="77777777" w:rsidR="00D10CEF" w:rsidRDefault="00D10CEF"/>
        </w:tc>
      </w:tr>
      <w:tr w:rsidR="00D10CEF" w14:paraId="06F25CF3" w14:textId="77777777">
        <w:tc>
          <w:tcPr>
            <w:tcW w:w="4320" w:type="dxa"/>
          </w:tcPr>
          <w:p w14:paraId="1682C700" w14:textId="77777777" w:rsidR="00D10CEF" w:rsidRDefault="00000000">
            <w:r>
              <w:t>Birim Yöneticisi</w:t>
            </w:r>
          </w:p>
        </w:tc>
        <w:tc>
          <w:tcPr>
            <w:tcW w:w="4320" w:type="dxa"/>
          </w:tcPr>
          <w:p w14:paraId="321912C8" w14:textId="77777777" w:rsidR="00D10CEF" w:rsidRDefault="00D10CEF"/>
        </w:tc>
      </w:tr>
      <w:tr w:rsidR="00D10CEF" w14:paraId="15A3234D" w14:textId="77777777">
        <w:tc>
          <w:tcPr>
            <w:tcW w:w="4320" w:type="dxa"/>
          </w:tcPr>
          <w:p w14:paraId="1AE48509" w14:textId="77777777" w:rsidR="00D10CEF" w:rsidRDefault="00000000">
            <w:r>
              <w:t>Formu Hazırlayan</w:t>
            </w:r>
          </w:p>
        </w:tc>
        <w:tc>
          <w:tcPr>
            <w:tcW w:w="4320" w:type="dxa"/>
          </w:tcPr>
          <w:p w14:paraId="4BD06AEF" w14:textId="77777777" w:rsidR="00D10CEF" w:rsidRDefault="00D10CEF"/>
        </w:tc>
      </w:tr>
      <w:tr w:rsidR="00D10CEF" w14:paraId="691CC193" w14:textId="77777777">
        <w:tc>
          <w:tcPr>
            <w:tcW w:w="4320" w:type="dxa"/>
          </w:tcPr>
          <w:p w14:paraId="2E8DF799" w14:textId="77777777" w:rsidR="00D10CEF" w:rsidRDefault="00000000">
            <w:r>
              <w:t>Tarih</w:t>
            </w:r>
          </w:p>
        </w:tc>
        <w:tc>
          <w:tcPr>
            <w:tcW w:w="4320" w:type="dxa"/>
          </w:tcPr>
          <w:p w14:paraId="17606C05" w14:textId="77777777" w:rsidR="00D10CEF" w:rsidRDefault="00D10CEF"/>
        </w:tc>
      </w:tr>
    </w:tbl>
    <w:p w14:paraId="0F3B025E" w14:textId="77777777" w:rsidR="00D10CEF" w:rsidRPr="00A90205" w:rsidRDefault="00000000">
      <w:pPr>
        <w:pStyle w:val="Balk2"/>
        <w:rPr>
          <w:color w:val="auto"/>
        </w:rPr>
      </w:pPr>
      <w:r w:rsidRPr="00A90205">
        <w:rPr>
          <w:color w:val="auto"/>
        </w:rPr>
        <w:t>B. Hassas Görevlerin Belirlenmesi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89"/>
        <w:gridCol w:w="1163"/>
        <w:gridCol w:w="1412"/>
        <w:gridCol w:w="1282"/>
        <w:gridCol w:w="1209"/>
        <w:gridCol w:w="1193"/>
        <w:gridCol w:w="1508"/>
      </w:tblGrid>
      <w:tr w:rsidR="00D10CEF" w14:paraId="4D5A0399" w14:textId="77777777">
        <w:tc>
          <w:tcPr>
            <w:tcW w:w="1234" w:type="dxa"/>
          </w:tcPr>
          <w:p w14:paraId="65D67B15" w14:textId="77777777" w:rsidR="00D10CEF" w:rsidRDefault="00000000">
            <w:r>
              <w:t>No</w:t>
            </w:r>
          </w:p>
        </w:tc>
        <w:tc>
          <w:tcPr>
            <w:tcW w:w="1234" w:type="dxa"/>
          </w:tcPr>
          <w:p w14:paraId="703CB18A" w14:textId="77777777" w:rsidR="00D10CEF" w:rsidRDefault="00000000">
            <w:r>
              <w:t>Hassas Görev</w:t>
            </w:r>
          </w:p>
        </w:tc>
        <w:tc>
          <w:tcPr>
            <w:tcW w:w="1234" w:type="dxa"/>
          </w:tcPr>
          <w:p w14:paraId="6373DDF6" w14:textId="77777777" w:rsidR="00D10CEF" w:rsidRDefault="00000000">
            <w:r>
              <w:t>Oluşabilecek Risk</w:t>
            </w:r>
          </w:p>
        </w:tc>
        <w:tc>
          <w:tcPr>
            <w:tcW w:w="1234" w:type="dxa"/>
          </w:tcPr>
          <w:p w14:paraId="6F1716AF" w14:textId="77777777" w:rsidR="00D10CEF" w:rsidRDefault="00000000">
            <w:r>
              <w:t>Mevcut Kontrol Faaliyetleri</w:t>
            </w:r>
          </w:p>
        </w:tc>
        <w:tc>
          <w:tcPr>
            <w:tcW w:w="1234" w:type="dxa"/>
          </w:tcPr>
          <w:p w14:paraId="63CE1C20" w14:textId="77777777" w:rsidR="00D10CEF" w:rsidRDefault="00000000">
            <w:r>
              <w:t>İlave Alınması Gereken Tedbirler</w:t>
            </w:r>
          </w:p>
        </w:tc>
        <w:tc>
          <w:tcPr>
            <w:tcW w:w="1234" w:type="dxa"/>
          </w:tcPr>
          <w:p w14:paraId="7519EED5" w14:textId="77777777" w:rsidR="00D10CEF" w:rsidRDefault="00000000">
            <w:r>
              <w:t>Sorumlu</w:t>
            </w:r>
          </w:p>
        </w:tc>
        <w:tc>
          <w:tcPr>
            <w:tcW w:w="1234" w:type="dxa"/>
          </w:tcPr>
          <w:p w14:paraId="7EEC6134" w14:textId="77777777" w:rsidR="00D10CEF" w:rsidRDefault="00000000">
            <w:r>
              <w:t>Tamamlanma Tarihi</w:t>
            </w:r>
          </w:p>
        </w:tc>
      </w:tr>
      <w:tr w:rsidR="00D10CEF" w14:paraId="581FEC92" w14:textId="77777777">
        <w:tc>
          <w:tcPr>
            <w:tcW w:w="1234" w:type="dxa"/>
          </w:tcPr>
          <w:p w14:paraId="1148DA3A" w14:textId="77777777" w:rsidR="00D10CEF" w:rsidRDefault="00000000">
            <w:r>
              <w:t>1</w:t>
            </w:r>
          </w:p>
        </w:tc>
        <w:tc>
          <w:tcPr>
            <w:tcW w:w="1234" w:type="dxa"/>
          </w:tcPr>
          <w:p w14:paraId="32E8AE26" w14:textId="77777777" w:rsidR="00D10CEF" w:rsidRDefault="00D10CEF"/>
        </w:tc>
        <w:tc>
          <w:tcPr>
            <w:tcW w:w="1234" w:type="dxa"/>
          </w:tcPr>
          <w:p w14:paraId="236DC1CC" w14:textId="77777777" w:rsidR="00D10CEF" w:rsidRDefault="00D10CEF"/>
        </w:tc>
        <w:tc>
          <w:tcPr>
            <w:tcW w:w="1234" w:type="dxa"/>
          </w:tcPr>
          <w:p w14:paraId="44B0685B" w14:textId="77777777" w:rsidR="00D10CEF" w:rsidRDefault="00D10CEF"/>
        </w:tc>
        <w:tc>
          <w:tcPr>
            <w:tcW w:w="1234" w:type="dxa"/>
          </w:tcPr>
          <w:p w14:paraId="3EA03C35" w14:textId="77777777" w:rsidR="00D10CEF" w:rsidRDefault="00D10CEF"/>
        </w:tc>
        <w:tc>
          <w:tcPr>
            <w:tcW w:w="1234" w:type="dxa"/>
          </w:tcPr>
          <w:p w14:paraId="24328C3B" w14:textId="77777777" w:rsidR="00D10CEF" w:rsidRDefault="00D10CEF"/>
        </w:tc>
        <w:tc>
          <w:tcPr>
            <w:tcW w:w="1234" w:type="dxa"/>
          </w:tcPr>
          <w:p w14:paraId="423A7825" w14:textId="77777777" w:rsidR="00D10CEF" w:rsidRDefault="00D10CEF"/>
        </w:tc>
      </w:tr>
      <w:tr w:rsidR="00D10CEF" w14:paraId="6B9A794E" w14:textId="77777777">
        <w:tc>
          <w:tcPr>
            <w:tcW w:w="1234" w:type="dxa"/>
          </w:tcPr>
          <w:p w14:paraId="5BC381AB" w14:textId="77777777" w:rsidR="00D10CEF" w:rsidRDefault="00000000">
            <w:r>
              <w:t>2</w:t>
            </w:r>
          </w:p>
        </w:tc>
        <w:tc>
          <w:tcPr>
            <w:tcW w:w="1234" w:type="dxa"/>
          </w:tcPr>
          <w:p w14:paraId="765254C9" w14:textId="77777777" w:rsidR="00D10CEF" w:rsidRDefault="00D10CEF"/>
        </w:tc>
        <w:tc>
          <w:tcPr>
            <w:tcW w:w="1234" w:type="dxa"/>
          </w:tcPr>
          <w:p w14:paraId="4F8B90CA" w14:textId="77777777" w:rsidR="00D10CEF" w:rsidRDefault="00D10CEF"/>
        </w:tc>
        <w:tc>
          <w:tcPr>
            <w:tcW w:w="1234" w:type="dxa"/>
          </w:tcPr>
          <w:p w14:paraId="383E7345" w14:textId="77777777" w:rsidR="00D10CEF" w:rsidRDefault="00D10CEF"/>
        </w:tc>
        <w:tc>
          <w:tcPr>
            <w:tcW w:w="1234" w:type="dxa"/>
          </w:tcPr>
          <w:p w14:paraId="4ED8E865" w14:textId="77777777" w:rsidR="00D10CEF" w:rsidRDefault="00D10CEF"/>
        </w:tc>
        <w:tc>
          <w:tcPr>
            <w:tcW w:w="1234" w:type="dxa"/>
          </w:tcPr>
          <w:p w14:paraId="72584BB9" w14:textId="77777777" w:rsidR="00D10CEF" w:rsidRDefault="00D10CEF"/>
        </w:tc>
        <w:tc>
          <w:tcPr>
            <w:tcW w:w="1234" w:type="dxa"/>
          </w:tcPr>
          <w:p w14:paraId="405DDAAA" w14:textId="77777777" w:rsidR="00D10CEF" w:rsidRDefault="00D10CEF"/>
        </w:tc>
      </w:tr>
      <w:tr w:rsidR="00D10CEF" w14:paraId="5C0AD9D9" w14:textId="77777777">
        <w:tc>
          <w:tcPr>
            <w:tcW w:w="1234" w:type="dxa"/>
          </w:tcPr>
          <w:p w14:paraId="202CA577" w14:textId="77777777" w:rsidR="00D10CEF" w:rsidRDefault="00000000">
            <w:r>
              <w:t>3</w:t>
            </w:r>
          </w:p>
        </w:tc>
        <w:tc>
          <w:tcPr>
            <w:tcW w:w="1234" w:type="dxa"/>
          </w:tcPr>
          <w:p w14:paraId="6BD49115" w14:textId="77777777" w:rsidR="00D10CEF" w:rsidRDefault="00D10CEF"/>
        </w:tc>
        <w:tc>
          <w:tcPr>
            <w:tcW w:w="1234" w:type="dxa"/>
          </w:tcPr>
          <w:p w14:paraId="54CEBE13" w14:textId="77777777" w:rsidR="00D10CEF" w:rsidRDefault="00D10CEF"/>
        </w:tc>
        <w:tc>
          <w:tcPr>
            <w:tcW w:w="1234" w:type="dxa"/>
          </w:tcPr>
          <w:p w14:paraId="1A5ECB07" w14:textId="77777777" w:rsidR="00D10CEF" w:rsidRDefault="00D10CEF"/>
        </w:tc>
        <w:tc>
          <w:tcPr>
            <w:tcW w:w="1234" w:type="dxa"/>
          </w:tcPr>
          <w:p w14:paraId="419F8324" w14:textId="77777777" w:rsidR="00D10CEF" w:rsidRDefault="00D10CEF"/>
        </w:tc>
        <w:tc>
          <w:tcPr>
            <w:tcW w:w="1234" w:type="dxa"/>
          </w:tcPr>
          <w:p w14:paraId="1F76CD61" w14:textId="77777777" w:rsidR="00D10CEF" w:rsidRDefault="00D10CEF"/>
        </w:tc>
        <w:tc>
          <w:tcPr>
            <w:tcW w:w="1234" w:type="dxa"/>
          </w:tcPr>
          <w:p w14:paraId="2BB1B8CA" w14:textId="77777777" w:rsidR="00D10CEF" w:rsidRDefault="00D10CEF"/>
        </w:tc>
      </w:tr>
      <w:tr w:rsidR="00D10CEF" w14:paraId="1D197687" w14:textId="77777777">
        <w:tc>
          <w:tcPr>
            <w:tcW w:w="1234" w:type="dxa"/>
          </w:tcPr>
          <w:p w14:paraId="27544A14" w14:textId="77777777" w:rsidR="00D10CEF" w:rsidRDefault="00000000">
            <w:r>
              <w:t>4</w:t>
            </w:r>
          </w:p>
        </w:tc>
        <w:tc>
          <w:tcPr>
            <w:tcW w:w="1234" w:type="dxa"/>
          </w:tcPr>
          <w:p w14:paraId="67AA987C" w14:textId="77777777" w:rsidR="00D10CEF" w:rsidRDefault="00D10CEF"/>
        </w:tc>
        <w:tc>
          <w:tcPr>
            <w:tcW w:w="1234" w:type="dxa"/>
          </w:tcPr>
          <w:p w14:paraId="16A8C83B" w14:textId="77777777" w:rsidR="00D10CEF" w:rsidRDefault="00D10CEF"/>
        </w:tc>
        <w:tc>
          <w:tcPr>
            <w:tcW w:w="1234" w:type="dxa"/>
          </w:tcPr>
          <w:p w14:paraId="64164A96" w14:textId="77777777" w:rsidR="00D10CEF" w:rsidRDefault="00D10CEF"/>
        </w:tc>
        <w:tc>
          <w:tcPr>
            <w:tcW w:w="1234" w:type="dxa"/>
          </w:tcPr>
          <w:p w14:paraId="46383D73" w14:textId="77777777" w:rsidR="00D10CEF" w:rsidRDefault="00D10CEF"/>
        </w:tc>
        <w:tc>
          <w:tcPr>
            <w:tcW w:w="1234" w:type="dxa"/>
          </w:tcPr>
          <w:p w14:paraId="769A4043" w14:textId="77777777" w:rsidR="00D10CEF" w:rsidRDefault="00D10CEF"/>
        </w:tc>
        <w:tc>
          <w:tcPr>
            <w:tcW w:w="1234" w:type="dxa"/>
          </w:tcPr>
          <w:p w14:paraId="16A0423A" w14:textId="77777777" w:rsidR="00D10CEF" w:rsidRDefault="00D10CEF"/>
        </w:tc>
      </w:tr>
      <w:tr w:rsidR="00D10CEF" w14:paraId="31F6DCAF" w14:textId="77777777">
        <w:tc>
          <w:tcPr>
            <w:tcW w:w="1234" w:type="dxa"/>
          </w:tcPr>
          <w:p w14:paraId="74E4C925" w14:textId="77777777" w:rsidR="00D10CEF" w:rsidRDefault="00000000">
            <w:r>
              <w:t>5</w:t>
            </w:r>
          </w:p>
        </w:tc>
        <w:tc>
          <w:tcPr>
            <w:tcW w:w="1234" w:type="dxa"/>
          </w:tcPr>
          <w:p w14:paraId="080581D0" w14:textId="77777777" w:rsidR="00D10CEF" w:rsidRDefault="00D10CEF"/>
        </w:tc>
        <w:tc>
          <w:tcPr>
            <w:tcW w:w="1234" w:type="dxa"/>
          </w:tcPr>
          <w:p w14:paraId="5651B54B" w14:textId="77777777" w:rsidR="00D10CEF" w:rsidRDefault="00D10CEF"/>
        </w:tc>
        <w:tc>
          <w:tcPr>
            <w:tcW w:w="1234" w:type="dxa"/>
          </w:tcPr>
          <w:p w14:paraId="17A4E8F2" w14:textId="77777777" w:rsidR="00D10CEF" w:rsidRDefault="00D10CEF"/>
        </w:tc>
        <w:tc>
          <w:tcPr>
            <w:tcW w:w="1234" w:type="dxa"/>
          </w:tcPr>
          <w:p w14:paraId="2C895891" w14:textId="77777777" w:rsidR="00D10CEF" w:rsidRDefault="00D10CEF"/>
        </w:tc>
        <w:tc>
          <w:tcPr>
            <w:tcW w:w="1234" w:type="dxa"/>
          </w:tcPr>
          <w:p w14:paraId="2C17858C" w14:textId="77777777" w:rsidR="00D10CEF" w:rsidRDefault="00D10CEF"/>
        </w:tc>
        <w:tc>
          <w:tcPr>
            <w:tcW w:w="1234" w:type="dxa"/>
          </w:tcPr>
          <w:p w14:paraId="1D6B21A8" w14:textId="77777777" w:rsidR="00D10CEF" w:rsidRDefault="00D10CEF"/>
        </w:tc>
      </w:tr>
      <w:tr w:rsidR="00D10CEF" w14:paraId="5965E368" w14:textId="77777777">
        <w:tc>
          <w:tcPr>
            <w:tcW w:w="1234" w:type="dxa"/>
          </w:tcPr>
          <w:p w14:paraId="667CF752" w14:textId="77777777" w:rsidR="00D10CEF" w:rsidRDefault="00000000">
            <w:r>
              <w:t>6</w:t>
            </w:r>
          </w:p>
        </w:tc>
        <w:tc>
          <w:tcPr>
            <w:tcW w:w="1234" w:type="dxa"/>
          </w:tcPr>
          <w:p w14:paraId="6328E525" w14:textId="77777777" w:rsidR="00D10CEF" w:rsidRDefault="00D10CEF"/>
        </w:tc>
        <w:tc>
          <w:tcPr>
            <w:tcW w:w="1234" w:type="dxa"/>
          </w:tcPr>
          <w:p w14:paraId="32EBACE9" w14:textId="77777777" w:rsidR="00D10CEF" w:rsidRDefault="00D10CEF"/>
        </w:tc>
        <w:tc>
          <w:tcPr>
            <w:tcW w:w="1234" w:type="dxa"/>
          </w:tcPr>
          <w:p w14:paraId="165532C6" w14:textId="77777777" w:rsidR="00D10CEF" w:rsidRDefault="00D10CEF"/>
        </w:tc>
        <w:tc>
          <w:tcPr>
            <w:tcW w:w="1234" w:type="dxa"/>
          </w:tcPr>
          <w:p w14:paraId="5D899E62" w14:textId="77777777" w:rsidR="00D10CEF" w:rsidRDefault="00D10CEF"/>
        </w:tc>
        <w:tc>
          <w:tcPr>
            <w:tcW w:w="1234" w:type="dxa"/>
          </w:tcPr>
          <w:p w14:paraId="038E083F" w14:textId="77777777" w:rsidR="00D10CEF" w:rsidRDefault="00D10CEF"/>
        </w:tc>
        <w:tc>
          <w:tcPr>
            <w:tcW w:w="1234" w:type="dxa"/>
          </w:tcPr>
          <w:p w14:paraId="7ADF08EA" w14:textId="77777777" w:rsidR="00D10CEF" w:rsidRDefault="00D10CEF"/>
        </w:tc>
      </w:tr>
    </w:tbl>
    <w:p w14:paraId="34D1E3ED" w14:textId="77777777" w:rsidR="00D10CEF" w:rsidRPr="00A90205" w:rsidRDefault="00000000">
      <w:pPr>
        <w:pStyle w:val="Balk2"/>
        <w:rPr>
          <w:color w:val="auto"/>
        </w:rPr>
      </w:pPr>
      <w:r w:rsidRPr="00A90205">
        <w:rPr>
          <w:color w:val="auto"/>
        </w:rPr>
        <w:t>C. Genel Değerlendirme</w:t>
      </w:r>
    </w:p>
    <w:p w14:paraId="7321B816" w14:textId="77777777" w:rsidR="00D10CEF" w:rsidRDefault="00000000">
      <w:r>
        <w:t>Bu form kapsamında birimde yürütülen faaliyetler gözden geçirilmiş, hassas görevler belirlenmiş ve gerekli kontrol faaliyetleri değerlendirilmiştir.</w:t>
      </w:r>
    </w:p>
    <w:p w14:paraId="6FA01EA6" w14:textId="77777777" w:rsidR="00D10CEF" w:rsidRDefault="00000000">
      <w:r>
        <w:t>..............................................................................................................</w:t>
      </w:r>
    </w:p>
    <w:p w14:paraId="6CC4AD7B" w14:textId="77777777" w:rsidR="00D10CEF" w:rsidRDefault="00000000">
      <w:r>
        <w:t>..............................................................................................................</w:t>
      </w:r>
    </w:p>
    <w:p w14:paraId="5040262B" w14:textId="77777777" w:rsidR="00D10CEF" w:rsidRDefault="00000000">
      <w:r>
        <w:t>..............................................................................................................</w:t>
      </w:r>
    </w:p>
    <w:p w14:paraId="48051B68" w14:textId="77777777" w:rsidR="00D10CEF" w:rsidRDefault="00000000">
      <w:r>
        <w:t>..............................................................................................................</w:t>
      </w:r>
    </w:p>
    <w:p w14:paraId="06F9522E" w14:textId="77777777" w:rsidR="00D10CEF" w:rsidRPr="00A90205" w:rsidRDefault="00000000">
      <w:pPr>
        <w:pStyle w:val="Balk2"/>
        <w:rPr>
          <w:color w:val="auto"/>
        </w:rPr>
      </w:pPr>
      <w:r w:rsidRPr="00A90205">
        <w:rPr>
          <w:color w:val="auto"/>
        </w:rPr>
        <w:t>D. Gözden Geçirme</w:t>
      </w:r>
    </w:p>
    <w:p w14:paraId="25D269AE" w14:textId="77777777" w:rsidR="00D10CEF" w:rsidRDefault="00000000">
      <w:r>
        <w:t>☐ İlk tespit</w:t>
      </w:r>
    </w:p>
    <w:p w14:paraId="142D102E" w14:textId="77777777" w:rsidR="00D10CEF" w:rsidRDefault="00000000">
      <w:r>
        <w:t>☐ Periyodik gözden geçirme</w:t>
      </w:r>
    </w:p>
    <w:p w14:paraId="1FD271A1" w14:textId="77777777" w:rsidR="00D10CEF" w:rsidRDefault="00000000">
      <w:r>
        <w:t>☐ Organizasyon değişikliği nedeniyle güncelleme</w:t>
      </w:r>
    </w:p>
    <w:p w14:paraId="675DFAD0" w14:textId="77777777" w:rsidR="00D10CEF" w:rsidRDefault="00000000">
      <w:r>
        <w:t>☐ Mevzuat değişikliği nedeniyle güncelleme</w:t>
      </w:r>
    </w:p>
    <w:p w14:paraId="1B6BE8CA" w14:textId="77777777" w:rsidR="00D10CEF" w:rsidRDefault="00000000">
      <w:r>
        <w:t>☐ Diğer: __________________________</w:t>
      </w:r>
    </w:p>
    <w:p w14:paraId="15CE3E17" w14:textId="77777777" w:rsidR="00D10CEF" w:rsidRPr="00A90205" w:rsidRDefault="00000000">
      <w:pPr>
        <w:pStyle w:val="Balk2"/>
        <w:rPr>
          <w:color w:val="auto"/>
        </w:rPr>
      </w:pPr>
      <w:r w:rsidRPr="00A90205">
        <w:rPr>
          <w:color w:val="auto"/>
        </w:rPr>
        <w:lastRenderedPageBreak/>
        <w:t>E. Onay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D10CEF" w14:paraId="312CC865" w14:textId="77777777">
        <w:tc>
          <w:tcPr>
            <w:tcW w:w="4320" w:type="dxa"/>
          </w:tcPr>
          <w:p w14:paraId="2430AE61" w14:textId="77777777" w:rsidR="00D10CEF" w:rsidRDefault="00000000">
            <w:r>
              <w:t>Hazırlayan</w:t>
            </w:r>
          </w:p>
        </w:tc>
        <w:tc>
          <w:tcPr>
            <w:tcW w:w="4320" w:type="dxa"/>
          </w:tcPr>
          <w:p w14:paraId="7A9E97A7" w14:textId="77777777" w:rsidR="00D10CEF" w:rsidRDefault="00000000">
            <w:r>
              <w:t>Birim Yöneticisi</w:t>
            </w:r>
          </w:p>
        </w:tc>
      </w:tr>
      <w:tr w:rsidR="00D10CEF" w14:paraId="083CC1E9" w14:textId="77777777">
        <w:tc>
          <w:tcPr>
            <w:tcW w:w="4320" w:type="dxa"/>
          </w:tcPr>
          <w:p w14:paraId="1E10A5BB" w14:textId="77777777" w:rsidR="00D10CEF" w:rsidRDefault="00000000">
            <w:r>
              <w:t>Ad Soyad</w:t>
            </w:r>
          </w:p>
        </w:tc>
        <w:tc>
          <w:tcPr>
            <w:tcW w:w="4320" w:type="dxa"/>
          </w:tcPr>
          <w:p w14:paraId="7FB2C501" w14:textId="77777777" w:rsidR="00D10CEF" w:rsidRDefault="00000000">
            <w:r>
              <w:t>Ad Soyad</w:t>
            </w:r>
          </w:p>
        </w:tc>
      </w:tr>
      <w:tr w:rsidR="00D10CEF" w14:paraId="3CB2BF4E" w14:textId="77777777">
        <w:tc>
          <w:tcPr>
            <w:tcW w:w="4320" w:type="dxa"/>
          </w:tcPr>
          <w:p w14:paraId="1DE7B594" w14:textId="77777777" w:rsidR="00D10CEF" w:rsidRDefault="00000000">
            <w:r>
              <w:t>İmza / Tarih</w:t>
            </w:r>
          </w:p>
        </w:tc>
        <w:tc>
          <w:tcPr>
            <w:tcW w:w="4320" w:type="dxa"/>
          </w:tcPr>
          <w:p w14:paraId="5D2DAF81" w14:textId="77777777" w:rsidR="00D10CEF" w:rsidRDefault="00000000">
            <w:r>
              <w:t>İmza / Tarih</w:t>
            </w:r>
          </w:p>
        </w:tc>
      </w:tr>
    </w:tbl>
    <w:p w14:paraId="3061EC34" w14:textId="77777777" w:rsidR="00D10CEF" w:rsidRPr="00A90205" w:rsidRDefault="00000000">
      <w:pPr>
        <w:pStyle w:val="Balk2"/>
        <w:rPr>
          <w:color w:val="auto"/>
        </w:rPr>
      </w:pPr>
      <w:r w:rsidRPr="00A90205">
        <w:rPr>
          <w:color w:val="auto"/>
        </w:rPr>
        <w:t>Formun Kullanımı</w:t>
      </w:r>
    </w:p>
    <w:p w14:paraId="37AF4AB4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Birimde yürütülen tüm süreçler gözden geçirilir.</w:t>
      </w:r>
    </w:p>
    <w:p w14:paraId="5AD19DA0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Risk oluşturabilecek faaliyetler belirlenir.</w:t>
      </w:r>
    </w:p>
    <w:p w14:paraId="3698F2D8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Hassas görevler tabloya yazılır.</w:t>
      </w:r>
    </w:p>
    <w:p w14:paraId="24A91BA4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Her hassas görev için oluşabilecek riskler değerlendirilir.</w:t>
      </w:r>
    </w:p>
    <w:p w14:paraId="06962DE3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Mevcut kontrol faaliyetleri belirtilir.</w:t>
      </w:r>
    </w:p>
    <w:p w14:paraId="4A6AFFA2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Gerekli görülmesi halinde ilave kontrol tedbirleri planlanır.</w:t>
      </w:r>
    </w:p>
    <w:p w14:paraId="05DDBD1A" w14:textId="77777777" w:rsidR="00D10CEF" w:rsidRDefault="00000000" w:rsidP="00A90205">
      <w:pPr>
        <w:pStyle w:val="ListeNumaras"/>
        <w:numPr>
          <w:ilvl w:val="0"/>
          <w:numId w:val="10"/>
        </w:numPr>
      </w:pPr>
      <w:r>
        <w:t>Form yılda en az bir kez veya ihtiyaç duyulduğunda güncellenir.</w:t>
      </w:r>
    </w:p>
    <w:sectPr w:rsidR="00D10CEF" w:rsidSect="006126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097CC" w14:textId="77777777" w:rsidR="001F45CC" w:rsidRDefault="001F45CC" w:rsidP="00A90205">
      <w:pPr>
        <w:spacing w:after="0" w:line="240" w:lineRule="auto"/>
      </w:pPr>
      <w:r>
        <w:separator/>
      </w:r>
    </w:p>
  </w:endnote>
  <w:endnote w:type="continuationSeparator" w:id="0">
    <w:p w14:paraId="7A91B977" w14:textId="77777777" w:rsidR="001F45CC" w:rsidRDefault="001F45CC" w:rsidP="00A90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DF51" w14:textId="77777777" w:rsidR="00EB3545" w:rsidRDefault="00EB35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010"/>
      <w:gridCol w:w="2941"/>
      <w:gridCol w:w="2905"/>
    </w:tblGrid>
    <w:tr w:rsidR="00612667" w:rsidRPr="00151E02" w14:paraId="57E222FE" w14:textId="77777777" w:rsidTr="00D11104">
      <w:tc>
        <w:tcPr>
          <w:tcW w:w="3259" w:type="dxa"/>
        </w:tcPr>
        <w:p w14:paraId="639E847B" w14:textId="77777777" w:rsidR="00612667" w:rsidRPr="005E1C4C" w:rsidRDefault="00612667" w:rsidP="00612667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534D3D45" w14:textId="77777777" w:rsidR="00612667" w:rsidRPr="005E1C4C" w:rsidRDefault="00612667" w:rsidP="00612667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5534710F" w14:textId="77777777" w:rsidR="00612667" w:rsidRPr="005E1C4C" w:rsidRDefault="00612667" w:rsidP="00612667">
          <w:pPr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612667" w14:paraId="2C903FA1" w14:textId="77777777" w:rsidTr="00D11104">
      <w:trPr>
        <w:trHeight w:val="1002"/>
      </w:trPr>
      <w:tc>
        <w:tcPr>
          <w:tcW w:w="3259" w:type="dxa"/>
        </w:tcPr>
        <w:p w14:paraId="19653C3F" w14:textId="77777777" w:rsidR="00612667" w:rsidRPr="0009471F" w:rsidRDefault="00612667" w:rsidP="00612667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  <w:lang w:val="tr-TR"/>
            </w:rPr>
            <w:t>Kalite Koordinatörlüğü</w:t>
          </w:r>
        </w:p>
      </w:tc>
      <w:tc>
        <w:tcPr>
          <w:tcW w:w="3259" w:type="dxa"/>
        </w:tcPr>
        <w:p w14:paraId="5BC50BC9" w14:textId="77777777" w:rsidR="00612667" w:rsidRPr="005E1C4C" w:rsidRDefault="00612667" w:rsidP="00612667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31620220" w14:textId="77777777" w:rsidR="00612667" w:rsidRPr="00AA2513" w:rsidRDefault="00612667" w:rsidP="00612667">
          <w:pPr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17F852E1" w14:textId="77777777" w:rsidR="00612667" w:rsidRPr="005E1C4C" w:rsidRDefault="00612667" w:rsidP="00612667">
          <w:pPr>
            <w:jc w:val="center"/>
            <w:rPr>
              <w:rFonts w:ascii="Times New Roman" w:hAnsi="Times New Roman"/>
            </w:rPr>
          </w:pPr>
        </w:p>
      </w:tc>
    </w:tr>
  </w:tbl>
  <w:p w14:paraId="359A9529" w14:textId="77777777" w:rsidR="00A90205" w:rsidRDefault="00A9020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146B" w14:textId="77777777" w:rsidR="00EB3545" w:rsidRDefault="00EB35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6D297" w14:textId="77777777" w:rsidR="001F45CC" w:rsidRDefault="001F45CC" w:rsidP="00A90205">
      <w:pPr>
        <w:spacing w:after="0" w:line="240" w:lineRule="auto"/>
      </w:pPr>
      <w:r>
        <w:separator/>
      </w:r>
    </w:p>
  </w:footnote>
  <w:footnote w:type="continuationSeparator" w:id="0">
    <w:p w14:paraId="5B9710B6" w14:textId="77777777" w:rsidR="001F45CC" w:rsidRDefault="001F45CC" w:rsidP="00A90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2C1D6" w14:textId="77777777" w:rsidR="00EB3545" w:rsidRDefault="00EB35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74"/>
      <w:gridCol w:w="4581"/>
      <w:gridCol w:w="1684"/>
      <w:gridCol w:w="1417"/>
    </w:tblGrid>
    <w:tr w:rsidR="00A90205" w:rsidRPr="00AE6D38" w14:paraId="2212820C" w14:textId="77777777" w:rsidTr="00A90205">
      <w:trPr>
        <w:trHeight w:val="170"/>
      </w:trPr>
      <w:tc>
        <w:tcPr>
          <w:tcW w:w="1674" w:type="dxa"/>
          <w:vMerge w:val="restart"/>
          <w:vAlign w:val="center"/>
        </w:tcPr>
        <w:p w14:paraId="1958FCBF" w14:textId="77777777" w:rsidR="00A90205" w:rsidRPr="00AE6D38" w:rsidRDefault="00A90205" w:rsidP="00A90205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0AD12D34" wp14:editId="15BFC7B6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1" w:type="dxa"/>
          <w:vMerge w:val="restart"/>
          <w:vAlign w:val="center"/>
        </w:tcPr>
        <w:p w14:paraId="05E4F80B" w14:textId="55446CD3" w:rsidR="00A90205" w:rsidRPr="00343519" w:rsidRDefault="00A90205" w:rsidP="00A90205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 xml:space="preserve">HASSAS GÖREV TESPİT FORMU </w:t>
          </w:r>
        </w:p>
      </w:tc>
      <w:tc>
        <w:tcPr>
          <w:tcW w:w="1684" w:type="dxa"/>
          <w:vAlign w:val="center"/>
        </w:tcPr>
        <w:p w14:paraId="3C0C6A81" w14:textId="77777777" w:rsidR="00A90205" w:rsidRPr="00AE6D38" w:rsidRDefault="00A90205" w:rsidP="00A9020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417" w:type="dxa"/>
          <w:vAlign w:val="center"/>
        </w:tcPr>
        <w:p w14:paraId="435EACA8" w14:textId="79E80704" w:rsidR="00A90205" w:rsidRPr="00AE6D38" w:rsidRDefault="00A90205" w:rsidP="00A9020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>
            <w:rPr>
              <w:rFonts w:ascii="Arial" w:hAnsi="Arial" w:cs="Arial"/>
              <w:b/>
              <w:sz w:val="18"/>
              <w:lang w:val="tr-TR"/>
            </w:rPr>
            <w:t>KBK</w:t>
          </w:r>
          <w:r>
            <w:rPr>
              <w:rFonts w:ascii="Arial" w:hAnsi="Arial" w:cs="Arial"/>
              <w:b/>
              <w:sz w:val="18"/>
            </w:rPr>
            <w:t>-00</w:t>
          </w:r>
          <w:r w:rsidR="00EB3545">
            <w:rPr>
              <w:rFonts w:ascii="Arial" w:hAnsi="Arial" w:cs="Arial"/>
              <w:b/>
              <w:sz w:val="18"/>
            </w:rPr>
            <w:t>14</w:t>
          </w:r>
        </w:p>
      </w:tc>
    </w:tr>
    <w:tr w:rsidR="00A90205" w:rsidRPr="00AE6D38" w14:paraId="76C8017B" w14:textId="77777777" w:rsidTr="00A90205">
      <w:trPr>
        <w:trHeight w:val="276"/>
      </w:trPr>
      <w:tc>
        <w:tcPr>
          <w:tcW w:w="1674" w:type="dxa"/>
          <w:vMerge/>
          <w:vAlign w:val="center"/>
        </w:tcPr>
        <w:p w14:paraId="3B13D81B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0356642C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244D8FBA" w14:textId="77777777" w:rsidR="00A90205" w:rsidRPr="00AE6D38" w:rsidRDefault="00A90205" w:rsidP="00A9020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417" w:type="dxa"/>
          <w:vAlign w:val="center"/>
        </w:tcPr>
        <w:p w14:paraId="4E8F9EB2" w14:textId="77777777" w:rsidR="00A90205" w:rsidRPr="00AE6D38" w:rsidRDefault="00A90205" w:rsidP="00A90205">
          <w:pPr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A90205" w:rsidRPr="00AE6D38" w14:paraId="4B86DCAE" w14:textId="77777777" w:rsidTr="00A90205">
      <w:trPr>
        <w:trHeight w:val="276"/>
      </w:trPr>
      <w:tc>
        <w:tcPr>
          <w:tcW w:w="1674" w:type="dxa"/>
          <w:vMerge/>
          <w:vAlign w:val="center"/>
        </w:tcPr>
        <w:p w14:paraId="71EDBE52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48AB4CB2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6EAA1AB5" w14:textId="77777777" w:rsidR="00A90205" w:rsidRPr="00AE6D38" w:rsidRDefault="00A90205" w:rsidP="00A9020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417" w:type="dxa"/>
          <w:vAlign w:val="center"/>
        </w:tcPr>
        <w:p w14:paraId="0ECF8DFD" w14:textId="77777777" w:rsidR="00A90205" w:rsidRPr="00AE6D38" w:rsidRDefault="00A90205" w:rsidP="00A90205">
          <w:pPr>
            <w:rPr>
              <w:rFonts w:ascii="Arial" w:hAnsi="Arial" w:cs="Arial"/>
              <w:b/>
              <w:sz w:val="18"/>
            </w:rPr>
          </w:pPr>
        </w:p>
      </w:tc>
    </w:tr>
    <w:tr w:rsidR="00A90205" w:rsidRPr="00AE6D38" w14:paraId="6A7916CC" w14:textId="77777777" w:rsidTr="00A90205">
      <w:trPr>
        <w:trHeight w:val="276"/>
      </w:trPr>
      <w:tc>
        <w:tcPr>
          <w:tcW w:w="1674" w:type="dxa"/>
          <w:vMerge/>
          <w:vAlign w:val="center"/>
        </w:tcPr>
        <w:p w14:paraId="0FCCDAC7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40F1B66C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13F01492" w14:textId="77777777" w:rsidR="00A90205" w:rsidRPr="00AE6D38" w:rsidRDefault="00A90205" w:rsidP="00A9020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417" w:type="dxa"/>
          <w:vAlign w:val="center"/>
        </w:tcPr>
        <w:p w14:paraId="7C51D584" w14:textId="77777777" w:rsidR="00A90205" w:rsidRPr="00AE6D38" w:rsidRDefault="00A90205" w:rsidP="00A90205">
          <w:pPr>
            <w:rPr>
              <w:rFonts w:ascii="Arial" w:hAnsi="Arial" w:cs="Arial"/>
              <w:b/>
              <w:sz w:val="18"/>
            </w:rPr>
          </w:pPr>
        </w:p>
      </w:tc>
    </w:tr>
    <w:tr w:rsidR="00A90205" w:rsidRPr="00AE6D38" w14:paraId="4E5415B2" w14:textId="77777777" w:rsidTr="00A90205">
      <w:trPr>
        <w:trHeight w:val="276"/>
      </w:trPr>
      <w:tc>
        <w:tcPr>
          <w:tcW w:w="1674" w:type="dxa"/>
          <w:vMerge/>
          <w:vAlign w:val="center"/>
        </w:tcPr>
        <w:p w14:paraId="426C750A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4581" w:type="dxa"/>
          <w:vMerge/>
          <w:vAlign w:val="center"/>
        </w:tcPr>
        <w:p w14:paraId="55D2CDCF" w14:textId="77777777" w:rsidR="00A90205" w:rsidRPr="00AE6D38" w:rsidRDefault="00A90205" w:rsidP="00A90205">
          <w:pPr>
            <w:jc w:val="center"/>
            <w:rPr>
              <w:rFonts w:ascii="Arial" w:hAnsi="Arial" w:cs="Arial"/>
            </w:rPr>
          </w:pPr>
        </w:p>
      </w:tc>
      <w:tc>
        <w:tcPr>
          <w:tcW w:w="1684" w:type="dxa"/>
          <w:vAlign w:val="center"/>
        </w:tcPr>
        <w:p w14:paraId="132E5B7D" w14:textId="77777777" w:rsidR="00A90205" w:rsidRPr="00AE6D38" w:rsidRDefault="00A90205" w:rsidP="00A90205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417" w:type="dxa"/>
          <w:vAlign w:val="center"/>
        </w:tcPr>
        <w:p w14:paraId="7478835A" w14:textId="77777777" w:rsidR="00A90205" w:rsidRPr="00AE6D38" w:rsidRDefault="00A90205" w:rsidP="00A90205">
          <w:pPr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1799E679" w14:textId="77777777" w:rsidR="00A90205" w:rsidRDefault="00A902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7018B" w14:textId="77777777" w:rsidR="00EB3545" w:rsidRDefault="00EB35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7DED34EE"/>
    <w:multiLevelType w:val="hybridMultilevel"/>
    <w:tmpl w:val="927C2B7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0293422">
    <w:abstractNumId w:val="8"/>
  </w:num>
  <w:num w:numId="2" w16cid:durableId="1753812415">
    <w:abstractNumId w:val="6"/>
  </w:num>
  <w:num w:numId="3" w16cid:durableId="1149133973">
    <w:abstractNumId w:val="5"/>
  </w:num>
  <w:num w:numId="4" w16cid:durableId="435754229">
    <w:abstractNumId w:val="4"/>
  </w:num>
  <w:num w:numId="5" w16cid:durableId="763651034">
    <w:abstractNumId w:val="7"/>
  </w:num>
  <w:num w:numId="6" w16cid:durableId="1248886221">
    <w:abstractNumId w:val="3"/>
  </w:num>
  <w:num w:numId="7" w16cid:durableId="1230070905">
    <w:abstractNumId w:val="2"/>
  </w:num>
  <w:num w:numId="8" w16cid:durableId="1772891536">
    <w:abstractNumId w:val="1"/>
  </w:num>
  <w:num w:numId="9" w16cid:durableId="696010444">
    <w:abstractNumId w:val="0"/>
  </w:num>
  <w:num w:numId="10" w16cid:durableId="1770202090">
    <w:abstractNumId w:val="10"/>
  </w:num>
  <w:num w:numId="11" w16cid:durableId="13948117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45CC"/>
    <w:rsid w:val="0029639D"/>
    <w:rsid w:val="00326F90"/>
    <w:rsid w:val="005C6442"/>
    <w:rsid w:val="00612667"/>
    <w:rsid w:val="00916430"/>
    <w:rsid w:val="00A90205"/>
    <w:rsid w:val="00AA1D8D"/>
    <w:rsid w:val="00B47730"/>
    <w:rsid w:val="00CB0664"/>
    <w:rsid w:val="00D10CEF"/>
    <w:rsid w:val="00E72758"/>
    <w:rsid w:val="00EB35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7340BB"/>
  <w14:defaultImageDpi w14:val="300"/>
  <w15:docId w15:val="{76042F52-B776-432F-BCF9-9A521547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ltbilgiChar0">
    <w:name w:val="Altbilgi Char"/>
    <w:basedOn w:val="VarsaylanParagrafYazTipi"/>
    <w:uiPriority w:val="99"/>
    <w:rsid w:val="00612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4</cp:revision>
  <dcterms:created xsi:type="dcterms:W3CDTF">2013-12-23T23:15:00Z</dcterms:created>
  <dcterms:modified xsi:type="dcterms:W3CDTF">2026-07-29T13:40:00Z</dcterms:modified>
  <cp:category/>
</cp:coreProperties>
</file>