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D05F8" w14:textId="77777777" w:rsidR="00374DE7" w:rsidRDefault="00000000">
      <w:pPr>
        <w:spacing w:after="120"/>
      </w:pPr>
      <w:r w:rsidRPr="00E629F4">
        <w:rPr>
          <w:sz w:val="16"/>
          <w:szCs w:val="16"/>
        </w:rPr>
        <w:t>Amaç: Bu form, Üniversite birimlerinin yıllık hedeflerinin KGTÜ Stratejik Planında yer alan amaç ve hedeflerle ilişkilendirilmesi, hedeflere yönelik performans göstergelerinin belirlenmesi ve gerçekleşmelerin izlenmesi amacıyla hazırlanmıştır. Birim hedeflerinin SMART (spesifik, ölçülebilir, ulaşılabilir, ilgili ve zaman sınırlı) nitelikte oluşturulması esastır</w:t>
      </w:r>
      <w:r>
        <w:t>.</w:t>
      </w:r>
    </w:p>
    <w:tbl>
      <w:tblPr>
        <w:tblStyle w:val="TabloKlavuzu"/>
        <w:tblW w:w="0" w:type="auto"/>
        <w:jc w:val="center"/>
        <w:tblLook w:val="04A0" w:firstRow="1" w:lastRow="0" w:firstColumn="1" w:lastColumn="0" w:noHBand="0" w:noVBand="1"/>
      </w:tblPr>
      <w:tblGrid>
        <w:gridCol w:w="3535"/>
        <w:gridCol w:w="3535"/>
        <w:gridCol w:w="3535"/>
        <w:gridCol w:w="3535"/>
      </w:tblGrid>
      <w:tr w:rsidR="00374DE7" w14:paraId="027CF0C8" w14:textId="77777777">
        <w:trPr>
          <w:jc w:val="center"/>
        </w:trPr>
        <w:tc>
          <w:tcPr>
            <w:tcW w:w="3535" w:type="dxa"/>
          </w:tcPr>
          <w:p w14:paraId="2A1ADE3A" w14:textId="77777777" w:rsidR="00374DE7" w:rsidRDefault="00000000">
            <w:r>
              <w:rPr>
                <w:b/>
              </w:rPr>
              <w:t>Birim Adı</w:t>
            </w:r>
          </w:p>
        </w:tc>
        <w:tc>
          <w:tcPr>
            <w:tcW w:w="3535" w:type="dxa"/>
          </w:tcPr>
          <w:p w14:paraId="63CC1688" w14:textId="77777777" w:rsidR="00374DE7" w:rsidRDefault="00374DE7"/>
        </w:tc>
        <w:tc>
          <w:tcPr>
            <w:tcW w:w="3535" w:type="dxa"/>
          </w:tcPr>
          <w:p w14:paraId="278959D7" w14:textId="77777777" w:rsidR="00374DE7" w:rsidRDefault="00000000">
            <w:r>
              <w:rPr>
                <w:b/>
              </w:rPr>
              <w:t>İzleme Yılı</w:t>
            </w:r>
          </w:p>
        </w:tc>
        <w:tc>
          <w:tcPr>
            <w:tcW w:w="3535" w:type="dxa"/>
          </w:tcPr>
          <w:p w14:paraId="5B485F4D" w14:textId="77777777" w:rsidR="00374DE7" w:rsidRDefault="00374DE7"/>
        </w:tc>
      </w:tr>
      <w:tr w:rsidR="00374DE7" w14:paraId="7170228E" w14:textId="77777777">
        <w:trPr>
          <w:jc w:val="center"/>
        </w:trPr>
        <w:tc>
          <w:tcPr>
            <w:tcW w:w="3535" w:type="dxa"/>
          </w:tcPr>
          <w:p w14:paraId="0E2DDA0A" w14:textId="77777777" w:rsidR="00374DE7" w:rsidRDefault="00000000">
            <w:r>
              <w:rPr>
                <w:b/>
              </w:rPr>
              <w:t>Birim Yöneticisi</w:t>
            </w:r>
          </w:p>
        </w:tc>
        <w:tc>
          <w:tcPr>
            <w:tcW w:w="3535" w:type="dxa"/>
          </w:tcPr>
          <w:p w14:paraId="101259A6" w14:textId="77777777" w:rsidR="00374DE7" w:rsidRDefault="00374DE7"/>
        </w:tc>
        <w:tc>
          <w:tcPr>
            <w:tcW w:w="3535" w:type="dxa"/>
          </w:tcPr>
          <w:p w14:paraId="2B05FFA3" w14:textId="77777777" w:rsidR="00374DE7" w:rsidRDefault="00000000">
            <w:r>
              <w:rPr>
                <w:b/>
              </w:rPr>
              <w:t>Hazırlama Tarihi</w:t>
            </w:r>
          </w:p>
        </w:tc>
        <w:tc>
          <w:tcPr>
            <w:tcW w:w="3535" w:type="dxa"/>
          </w:tcPr>
          <w:p w14:paraId="202CCAE3" w14:textId="77777777" w:rsidR="00374DE7" w:rsidRDefault="00374DE7"/>
        </w:tc>
      </w:tr>
    </w:tbl>
    <w:p w14:paraId="75EA9559" w14:textId="77777777" w:rsidR="00374DE7" w:rsidRDefault="00374DE7"/>
    <w:tbl>
      <w:tblPr>
        <w:tblStyle w:val="TabloKlavuzu"/>
        <w:tblW w:w="14456" w:type="dxa"/>
        <w:jc w:val="center"/>
        <w:tblLayout w:type="fixed"/>
        <w:tblLook w:val="04A0" w:firstRow="1" w:lastRow="0" w:firstColumn="1" w:lastColumn="0" w:noHBand="0" w:noVBand="1"/>
      </w:tblPr>
      <w:tblGrid>
        <w:gridCol w:w="1701"/>
        <w:gridCol w:w="1814"/>
        <w:gridCol w:w="2381"/>
        <w:gridCol w:w="2154"/>
        <w:gridCol w:w="1247"/>
        <w:gridCol w:w="1134"/>
        <w:gridCol w:w="1304"/>
        <w:gridCol w:w="1474"/>
        <w:gridCol w:w="1247"/>
      </w:tblGrid>
      <w:tr w:rsidR="00374DE7" w14:paraId="45910EAE" w14:textId="77777777" w:rsidTr="00E629F4">
        <w:trPr>
          <w:tblHeader/>
          <w:jc w:val="center"/>
        </w:trPr>
        <w:tc>
          <w:tcPr>
            <w:tcW w:w="1701" w:type="dxa"/>
            <w:vAlign w:val="center"/>
          </w:tcPr>
          <w:p w14:paraId="43706999" w14:textId="77777777" w:rsidR="00374DE7" w:rsidRDefault="00000000">
            <w:pPr>
              <w:jc w:val="center"/>
            </w:pPr>
            <w:r>
              <w:rPr>
                <w:b/>
                <w:sz w:val="16"/>
              </w:rPr>
              <w:t>Stratejik Amaç</w:t>
            </w:r>
          </w:p>
        </w:tc>
        <w:tc>
          <w:tcPr>
            <w:tcW w:w="1814" w:type="dxa"/>
            <w:vAlign w:val="center"/>
          </w:tcPr>
          <w:p w14:paraId="4A8FEC92" w14:textId="77777777" w:rsidR="00374DE7" w:rsidRDefault="00000000">
            <w:pPr>
              <w:jc w:val="center"/>
            </w:pPr>
            <w:r>
              <w:rPr>
                <w:b/>
                <w:sz w:val="16"/>
              </w:rPr>
              <w:t>Stratejik Hedef</w:t>
            </w:r>
          </w:p>
        </w:tc>
        <w:tc>
          <w:tcPr>
            <w:tcW w:w="2381" w:type="dxa"/>
            <w:vAlign w:val="center"/>
          </w:tcPr>
          <w:p w14:paraId="0E737CA7" w14:textId="77777777" w:rsidR="00374DE7" w:rsidRDefault="00000000">
            <w:pPr>
              <w:jc w:val="center"/>
            </w:pPr>
            <w:r>
              <w:rPr>
                <w:b/>
                <w:sz w:val="16"/>
              </w:rPr>
              <w:t>Birim Hedefi (SMART)</w:t>
            </w:r>
          </w:p>
        </w:tc>
        <w:tc>
          <w:tcPr>
            <w:tcW w:w="2154" w:type="dxa"/>
            <w:vAlign w:val="center"/>
          </w:tcPr>
          <w:p w14:paraId="7F81BD73" w14:textId="77777777" w:rsidR="00374DE7" w:rsidRDefault="00000000">
            <w:pPr>
              <w:jc w:val="center"/>
            </w:pPr>
            <w:r>
              <w:rPr>
                <w:b/>
                <w:sz w:val="16"/>
              </w:rPr>
              <w:t>Performans Göstergesi</w:t>
            </w:r>
          </w:p>
        </w:tc>
        <w:tc>
          <w:tcPr>
            <w:tcW w:w="1247" w:type="dxa"/>
            <w:vAlign w:val="center"/>
          </w:tcPr>
          <w:p w14:paraId="2F4DDA1E" w14:textId="77777777" w:rsidR="00374DE7" w:rsidRDefault="00000000">
            <w:pPr>
              <w:jc w:val="center"/>
            </w:pPr>
            <w:r>
              <w:rPr>
                <w:b/>
                <w:sz w:val="16"/>
              </w:rPr>
              <w:t>Başlangıç Değeri</w:t>
            </w:r>
          </w:p>
        </w:tc>
        <w:tc>
          <w:tcPr>
            <w:tcW w:w="1134" w:type="dxa"/>
            <w:vAlign w:val="center"/>
          </w:tcPr>
          <w:p w14:paraId="58B575C2" w14:textId="77777777" w:rsidR="00374DE7" w:rsidRDefault="00000000">
            <w:pPr>
              <w:jc w:val="center"/>
            </w:pPr>
            <w:r>
              <w:rPr>
                <w:b/>
                <w:sz w:val="16"/>
              </w:rPr>
              <w:t>Hedef Değer</w:t>
            </w:r>
          </w:p>
        </w:tc>
        <w:tc>
          <w:tcPr>
            <w:tcW w:w="1304" w:type="dxa"/>
            <w:vAlign w:val="center"/>
          </w:tcPr>
          <w:p w14:paraId="44736A8B" w14:textId="77777777" w:rsidR="00374DE7" w:rsidRDefault="00000000">
            <w:pPr>
              <w:jc w:val="center"/>
            </w:pPr>
            <w:r>
              <w:rPr>
                <w:b/>
                <w:sz w:val="16"/>
              </w:rPr>
              <w:t>Gerçekleşme Değeri</w:t>
            </w:r>
          </w:p>
        </w:tc>
        <w:tc>
          <w:tcPr>
            <w:tcW w:w="1474" w:type="dxa"/>
            <w:vAlign w:val="center"/>
          </w:tcPr>
          <w:p w14:paraId="1ACB32E3" w14:textId="77777777" w:rsidR="00374DE7" w:rsidRDefault="00000000">
            <w:pPr>
              <w:jc w:val="center"/>
            </w:pPr>
            <w:r>
              <w:rPr>
                <w:b/>
                <w:sz w:val="16"/>
              </w:rPr>
              <w:t>Sorumlu</w:t>
            </w:r>
          </w:p>
        </w:tc>
        <w:tc>
          <w:tcPr>
            <w:tcW w:w="1247" w:type="dxa"/>
            <w:vAlign w:val="center"/>
          </w:tcPr>
          <w:p w14:paraId="006BE085" w14:textId="77777777" w:rsidR="00374DE7" w:rsidRDefault="00000000">
            <w:pPr>
              <w:jc w:val="center"/>
            </w:pPr>
            <w:r>
              <w:rPr>
                <w:b/>
                <w:sz w:val="16"/>
              </w:rPr>
              <w:t>Termin</w:t>
            </w:r>
          </w:p>
        </w:tc>
      </w:tr>
      <w:tr w:rsidR="00374DE7" w14:paraId="1D5DDC3A" w14:textId="77777777" w:rsidTr="00E629F4">
        <w:trPr>
          <w:jc w:val="center"/>
        </w:trPr>
        <w:tc>
          <w:tcPr>
            <w:tcW w:w="1701" w:type="dxa"/>
            <w:vAlign w:val="center"/>
          </w:tcPr>
          <w:p w14:paraId="68ED042C" w14:textId="77777777" w:rsidR="00374DE7" w:rsidRDefault="00000000">
            <w:r>
              <w:br/>
            </w:r>
            <w:r>
              <w:br/>
            </w:r>
          </w:p>
        </w:tc>
        <w:tc>
          <w:tcPr>
            <w:tcW w:w="1814" w:type="dxa"/>
            <w:vAlign w:val="center"/>
          </w:tcPr>
          <w:p w14:paraId="67C604EB" w14:textId="77777777" w:rsidR="00374DE7" w:rsidRDefault="00000000">
            <w:r>
              <w:br/>
            </w:r>
            <w:r>
              <w:br/>
            </w:r>
          </w:p>
        </w:tc>
        <w:tc>
          <w:tcPr>
            <w:tcW w:w="2381" w:type="dxa"/>
            <w:vAlign w:val="center"/>
          </w:tcPr>
          <w:p w14:paraId="32B78BA8" w14:textId="77777777" w:rsidR="00374DE7" w:rsidRDefault="00000000">
            <w:r>
              <w:br/>
            </w:r>
            <w:r>
              <w:br/>
            </w:r>
          </w:p>
        </w:tc>
        <w:tc>
          <w:tcPr>
            <w:tcW w:w="2154" w:type="dxa"/>
            <w:vAlign w:val="center"/>
          </w:tcPr>
          <w:p w14:paraId="46756F2B" w14:textId="77777777" w:rsidR="00374DE7" w:rsidRDefault="00000000">
            <w:r>
              <w:br/>
            </w:r>
            <w:r>
              <w:br/>
            </w:r>
          </w:p>
        </w:tc>
        <w:tc>
          <w:tcPr>
            <w:tcW w:w="1247" w:type="dxa"/>
            <w:vAlign w:val="center"/>
          </w:tcPr>
          <w:p w14:paraId="223694DF" w14:textId="77777777" w:rsidR="00374DE7" w:rsidRDefault="00000000">
            <w:r>
              <w:br/>
            </w:r>
            <w:r>
              <w:br/>
            </w:r>
          </w:p>
        </w:tc>
        <w:tc>
          <w:tcPr>
            <w:tcW w:w="1134" w:type="dxa"/>
            <w:vAlign w:val="center"/>
          </w:tcPr>
          <w:p w14:paraId="22F9F718" w14:textId="77777777" w:rsidR="00374DE7" w:rsidRDefault="00000000">
            <w:r>
              <w:br/>
            </w:r>
            <w:r>
              <w:br/>
            </w:r>
          </w:p>
        </w:tc>
        <w:tc>
          <w:tcPr>
            <w:tcW w:w="1304" w:type="dxa"/>
            <w:vAlign w:val="center"/>
          </w:tcPr>
          <w:p w14:paraId="6A892384" w14:textId="77777777" w:rsidR="00374DE7" w:rsidRDefault="00000000">
            <w:r>
              <w:br/>
            </w:r>
            <w:r>
              <w:br/>
            </w:r>
          </w:p>
        </w:tc>
        <w:tc>
          <w:tcPr>
            <w:tcW w:w="1474" w:type="dxa"/>
            <w:vAlign w:val="center"/>
          </w:tcPr>
          <w:p w14:paraId="2A2469F4" w14:textId="77777777" w:rsidR="00374DE7" w:rsidRDefault="00000000">
            <w:r>
              <w:br/>
            </w:r>
            <w:r>
              <w:br/>
            </w:r>
          </w:p>
        </w:tc>
        <w:tc>
          <w:tcPr>
            <w:tcW w:w="1247" w:type="dxa"/>
            <w:vAlign w:val="center"/>
          </w:tcPr>
          <w:p w14:paraId="520177CD" w14:textId="77777777" w:rsidR="00374DE7" w:rsidRDefault="00000000">
            <w:r>
              <w:br/>
            </w:r>
            <w:r>
              <w:br/>
            </w:r>
          </w:p>
        </w:tc>
      </w:tr>
      <w:tr w:rsidR="00374DE7" w14:paraId="0269A0E0" w14:textId="77777777" w:rsidTr="00E629F4">
        <w:trPr>
          <w:jc w:val="center"/>
        </w:trPr>
        <w:tc>
          <w:tcPr>
            <w:tcW w:w="1701" w:type="dxa"/>
            <w:vAlign w:val="center"/>
          </w:tcPr>
          <w:p w14:paraId="34D64E00" w14:textId="77777777" w:rsidR="00374DE7" w:rsidRDefault="00000000">
            <w:r>
              <w:br/>
            </w:r>
            <w:r>
              <w:br/>
            </w:r>
          </w:p>
        </w:tc>
        <w:tc>
          <w:tcPr>
            <w:tcW w:w="1814" w:type="dxa"/>
            <w:vAlign w:val="center"/>
          </w:tcPr>
          <w:p w14:paraId="1C7B20EE" w14:textId="77777777" w:rsidR="00374DE7" w:rsidRDefault="00000000">
            <w:r>
              <w:br/>
            </w:r>
            <w:r>
              <w:br/>
            </w:r>
          </w:p>
        </w:tc>
        <w:tc>
          <w:tcPr>
            <w:tcW w:w="2381" w:type="dxa"/>
            <w:vAlign w:val="center"/>
          </w:tcPr>
          <w:p w14:paraId="3AAB1684" w14:textId="77777777" w:rsidR="00374DE7" w:rsidRDefault="00000000">
            <w:r>
              <w:br/>
            </w:r>
            <w:r>
              <w:br/>
            </w:r>
          </w:p>
        </w:tc>
        <w:tc>
          <w:tcPr>
            <w:tcW w:w="2154" w:type="dxa"/>
            <w:vAlign w:val="center"/>
          </w:tcPr>
          <w:p w14:paraId="508B8771" w14:textId="77777777" w:rsidR="00374DE7" w:rsidRDefault="00000000">
            <w:r>
              <w:br/>
            </w:r>
            <w:r>
              <w:br/>
            </w:r>
          </w:p>
        </w:tc>
        <w:tc>
          <w:tcPr>
            <w:tcW w:w="1247" w:type="dxa"/>
            <w:vAlign w:val="center"/>
          </w:tcPr>
          <w:p w14:paraId="13D7CA74" w14:textId="77777777" w:rsidR="00374DE7" w:rsidRDefault="00000000">
            <w:r>
              <w:br/>
            </w:r>
            <w:r>
              <w:br/>
            </w:r>
          </w:p>
        </w:tc>
        <w:tc>
          <w:tcPr>
            <w:tcW w:w="1134" w:type="dxa"/>
            <w:vAlign w:val="center"/>
          </w:tcPr>
          <w:p w14:paraId="587E73CB" w14:textId="77777777" w:rsidR="00374DE7" w:rsidRDefault="00000000">
            <w:r>
              <w:br/>
            </w:r>
            <w:r>
              <w:br/>
            </w:r>
          </w:p>
        </w:tc>
        <w:tc>
          <w:tcPr>
            <w:tcW w:w="1304" w:type="dxa"/>
            <w:vAlign w:val="center"/>
          </w:tcPr>
          <w:p w14:paraId="062D20AB" w14:textId="77777777" w:rsidR="00374DE7" w:rsidRDefault="00000000">
            <w:r>
              <w:br/>
            </w:r>
            <w:r>
              <w:br/>
            </w:r>
          </w:p>
        </w:tc>
        <w:tc>
          <w:tcPr>
            <w:tcW w:w="1474" w:type="dxa"/>
            <w:vAlign w:val="center"/>
          </w:tcPr>
          <w:p w14:paraId="0C4B0582" w14:textId="77777777" w:rsidR="00374DE7" w:rsidRDefault="00000000">
            <w:r>
              <w:br/>
            </w:r>
            <w:r>
              <w:br/>
            </w:r>
          </w:p>
        </w:tc>
        <w:tc>
          <w:tcPr>
            <w:tcW w:w="1247" w:type="dxa"/>
            <w:vAlign w:val="center"/>
          </w:tcPr>
          <w:p w14:paraId="351F0759" w14:textId="77777777" w:rsidR="00374DE7" w:rsidRDefault="00000000">
            <w:r>
              <w:br/>
            </w:r>
            <w:r>
              <w:br/>
            </w:r>
          </w:p>
        </w:tc>
      </w:tr>
      <w:tr w:rsidR="00374DE7" w14:paraId="11312A46" w14:textId="77777777" w:rsidTr="00E629F4">
        <w:trPr>
          <w:jc w:val="center"/>
        </w:trPr>
        <w:tc>
          <w:tcPr>
            <w:tcW w:w="1701" w:type="dxa"/>
            <w:vAlign w:val="center"/>
          </w:tcPr>
          <w:p w14:paraId="294D660D" w14:textId="77777777" w:rsidR="00374DE7" w:rsidRDefault="00000000">
            <w:r>
              <w:br/>
            </w:r>
            <w:r>
              <w:br/>
            </w:r>
          </w:p>
        </w:tc>
        <w:tc>
          <w:tcPr>
            <w:tcW w:w="1814" w:type="dxa"/>
            <w:vAlign w:val="center"/>
          </w:tcPr>
          <w:p w14:paraId="1950CECE" w14:textId="77777777" w:rsidR="00374DE7" w:rsidRDefault="00000000">
            <w:r>
              <w:br/>
            </w:r>
            <w:r>
              <w:br/>
            </w:r>
          </w:p>
        </w:tc>
        <w:tc>
          <w:tcPr>
            <w:tcW w:w="2381" w:type="dxa"/>
            <w:vAlign w:val="center"/>
          </w:tcPr>
          <w:p w14:paraId="4C1A634B" w14:textId="77777777" w:rsidR="00374DE7" w:rsidRDefault="00000000">
            <w:r>
              <w:br/>
            </w:r>
            <w:r>
              <w:br/>
            </w:r>
          </w:p>
        </w:tc>
        <w:tc>
          <w:tcPr>
            <w:tcW w:w="2154" w:type="dxa"/>
            <w:vAlign w:val="center"/>
          </w:tcPr>
          <w:p w14:paraId="2B5FFF67" w14:textId="77777777" w:rsidR="00374DE7" w:rsidRDefault="00000000">
            <w:r>
              <w:br/>
            </w:r>
            <w:r>
              <w:br/>
            </w:r>
          </w:p>
        </w:tc>
        <w:tc>
          <w:tcPr>
            <w:tcW w:w="1247" w:type="dxa"/>
            <w:vAlign w:val="center"/>
          </w:tcPr>
          <w:p w14:paraId="1CD5CD04" w14:textId="77777777" w:rsidR="00374DE7" w:rsidRDefault="00000000">
            <w:r>
              <w:br/>
            </w:r>
            <w:r>
              <w:br/>
            </w:r>
          </w:p>
        </w:tc>
        <w:tc>
          <w:tcPr>
            <w:tcW w:w="1134" w:type="dxa"/>
            <w:vAlign w:val="center"/>
          </w:tcPr>
          <w:p w14:paraId="5126C794" w14:textId="77777777" w:rsidR="00374DE7" w:rsidRDefault="00000000">
            <w:r>
              <w:br/>
            </w:r>
            <w:r>
              <w:br/>
            </w:r>
          </w:p>
        </w:tc>
        <w:tc>
          <w:tcPr>
            <w:tcW w:w="1304" w:type="dxa"/>
            <w:vAlign w:val="center"/>
          </w:tcPr>
          <w:p w14:paraId="57C34A49" w14:textId="77777777" w:rsidR="00374DE7" w:rsidRDefault="00000000">
            <w:r>
              <w:br/>
            </w:r>
            <w:r>
              <w:br/>
            </w:r>
          </w:p>
        </w:tc>
        <w:tc>
          <w:tcPr>
            <w:tcW w:w="1474" w:type="dxa"/>
            <w:vAlign w:val="center"/>
          </w:tcPr>
          <w:p w14:paraId="7A05C455" w14:textId="77777777" w:rsidR="00374DE7" w:rsidRDefault="00000000">
            <w:r>
              <w:br/>
            </w:r>
            <w:r>
              <w:br/>
            </w:r>
          </w:p>
        </w:tc>
        <w:tc>
          <w:tcPr>
            <w:tcW w:w="1247" w:type="dxa"/>
            <w:vAlign w:val="center"/>
          </w:tcPr>
          <w:p w14:paraId="4A49EDB6" w14:textId="77777777" w:rsidR="00374DE7" w:rsidRDefault="00000000">
            <w:r>
              <w:br/>
            </w:r>
            <w:r>
              <w:br/>
            </w:r>
          </w:p>
        </w:tc>
      </w:tr>
      <w:tr w:rsidR="00374DE7" w14:paraId="12E07A1B" w14:textId="77777777" w:rsidTr="00E629F4">
        <w:trPr>
          <w:jc w:val="center"/>
        </w:trPr>
        <w:tc>
          <w:tcPr>
            <w:tcW w:w="1701" w:type="dxa"/>
            <w:vAlign w:val="center"/>
          </w:tcPr>
          <w:p w14:paraId="262F7A07" w14:textId="77777777" w:rsidR="00374DE7" w:rsidRDefault="00000000">
            <w:r>
              <w:br/>
            </w:r>
            <w:r>
              <w:br/>
            </w:r>
          </w:p>
        </w:tc>
        <w:tc>
          <w:tcPr>
            <w:tcW w:w="1814" w:type="dxa"/>
            <w:vAlign w:val="center"/>
          </w:tcPr>
          <w:p w14:paraId="066913AC" w14:textId="77777777" w:rsidR="00374DE7" w:rsidRDefault="00000000">
            <w:r>
              <w:br/>
            </w:r>
            <w:r>
              <w:br/>
            </w:r>
          </w:p>
        </w:tc>
        <w:tc>
          <w:tcPr>
            <w:tcW w:w="2381" w:type="dxa"/>
            <w:vAlign w:val="center"/>
          </w:tcPr>
          <w:p w14:paraId="082458A6" w14:textId="77777777" w:rsidR="00374DE7" w:rsidRDefault="00000000">
            <w:r>
              <w:br/>
            </w:r>
            <w:r>
              <w:br/>
            </w:r>
          </w:p>
        </w:tc>
        <w:tc>
          <w:tcPr>
            <w:tcW w:w="2154" w:type="dxa"/>
            <w:vAlign w:val="center"/>
          </w:tcPr>
          <w:p w14:paraId="75697D64" w14:textId="77777777" w:rsidR="00374DE7" w:rsidRDefault="00000000">
            <w:r>
              <w:br/>
            </w:r>
            <w:r>
              <w:br/>
            </w:r>
          </w:p>
        </w:tc>
        <w:tc>
          <w:tcPr>
            <w:tcW w:w="1247" w:type="dxa"/>
            <w:vAlign w:val="center"/>
          </w:tcPr>
          <w:p w14:paraId="6AFC6228" w14:textId="77777777" w:rsidR="00374DE7" w:rsidRDefault="00000000">
            <w:r>
              <w:br/>
            </w:r>
            <w:r>
              <w:br/>
            </w:r>
          </w:p>
        </w:tc>
        <w:tc>
          <w:tcPr>
            <w:tcW w:w="1134" w:type="dxa"/>
            <w:vAlign w:val="center"/>
          </w:tcPr>
          <w:p w14:paraId="6F4E8A0C" w14:textId="77777777" w:rsidR="00374DE7" w:rsidRDefault="00000000">
            <w:r>
              <w:br/>
            </w:r>
            <w:r>
              <w:br/>
            </w:r>
          </w:p>
        </w:tc>
        <w:tc>
          <w:tcPr>
            <w:tcW w:w="1304" w:type="dxa"/>
            <w:vAlign w:val="center"/>
          </w:tcPr>
          <w:p w14:paraId="3312CF65" w14:textId="77777777" w:rsidR="00374DE7" w:rsidRDefault="00000000">
            <w:r>
              <w:br/>
            </w:r>
            <w:r>
              <w:br/>
            </w:r>
          </w:p>
        </w:tc>
        <w:tc>
          <w:tcPr>
            <w:tcW w:w="1474" w:type="dxa"/>
            <w:vAlign w:val="center"/>
          </w:tcPr>
          <w:p w14:paraId="73AB11DB" w14:textId="77777777" w:rsidR="00374DE7" w:rsidRDefault="00000000">
            <w:r>
              <w:br/>
            </w:r>
            <w:r>
              <w:br/>
            </w:r>
          </w:p>
        </w:tc>
        <w:tc>
          <w:tcPr>
            <w:tcW w:w="1247" w:type="dxa"/>
            <w:vAlign w:val="center"/>
          </w:tcPr>
          <w:p w14:paraId="04D8F94C" w14:textId="77777777" w:rsidR="00374DE7" w:rsidRDefault="00000000">
            <w:r>
              <w:br/>
            </w:r>
            <w:r>
              <w:br/>
            </w:r>
          </w:p>
        </w:tc>
      </w:tr>
      <w:tr w:rsidR="00374DE7" w14:paraId="66A23062" w14:textId="77777777" w:rsidTr="00E629F4">
        <w:trPr>
          <w:jc w:val="center"/>
        </w:trPr>
        <w:tc>
          <w:tcPr>
            <w:tcW w:w="1701" w:type="dxa"/>
            <w:vAlign w:val="center"/>
          </w:tcPr>
          <w:p w14:paraId="48B918B4" w14:textId="77777777" w:rsidR="00374DE7" w:rsidRDefault="00000000">
            <w:r>
              <w:br/>
            </w:r>
            <w:r>
              <w:br/>
            </w:r>
          </w:p>
        </w:tc>
        <w:tc>
          <w:tcPr>
            <w:tcW w:w="1814" w:type="dxa"/>
            <w:vAlign w:val="center"/>
          </w:tcPr>
          <w:p w14:paraId="7FF58262" w14:textId="77777777" w:rsidR="00374DE7" w:rsidRDefault="00000000">
            <w:r>
              <w:br/>
            </w:r>
            <w:r>
              <w:br/>
            </w:r>
          </w:p>
        </w:tc>
        <w:tc>
          <w:tcPr>
            <w:tcW w:w="2381" w:type="dxa"/>
            <w:vAlign w:val="center"/>
          </w:tcPr>
          <w:p w14:paraId="0897F75F" w14:textId="77777777" w:rsidR="00374DE7" w:rsidRDefault="00000000">
            <w:r>
              <w:br/>
            </w:r>
            <w:r>
              <w:br/>
            </w:r>
          </w:p>
        </w:tc>
        <w:tc>
          <w:tcPr>
            <w:tcW w:w="2154" w:type="dxa"/>
            <w:vAlign w:val="center"/>
          </w:tcPr>
          <w:p w14:paraId="48F99E19" w14:textId="77777777" w:rsidR="00374DE7" w:rsidRDefault="00000000">
            <w:r>
              <w:br/>
            </w:r>
            <w:r>
              <w:br/>
            </w:r>
          </w:p>
        </w:tc>
        <w:tc>
          <w:tcPr>
            <w:tcW w:w="1247" w:type="dxa"/>
            <w:vAlign w:val="center"/>
          </w:tcPr>
          <w:p w14:paraId="2B3313D4" w14:textId="77777777" w:rsidR="00374DE7" w:rsidRDefault="00000000">
            <w:r>
              <w:br/>
            </w:r>
            <w:r>
              <w:br/>
            </w:r>
          </w:p>
        </w:tc>
        <w:tc>
          <w:tcPr>
            <w:tcW w:w="1134" w:type="dxa"/>
            <w:vAlign w:val="center"/>
          </w:tcPr>
          <w:p w14:paraId="618C7153" w14:textId="77777777" w:rsidR="00374DE7" w:rsidRDefault="00000000">
            <w:r>
              <w:br/>
            </w:r>
            <w:r>
              <w:br/>
            </w:r>
          </w:p>
        </w:tc>
        <w:tc>
          <w:tcPr>
            <w:tcW w:w="1304" w:type="dxa"/>
            <w:vAlign w:val="center"/>
          </w:tcPr>
          <w:p w14:paraId="63E457AA" w14:textId="77777777" w:rsidR="00374DE7" w:rsidRDefault="00000000">
            <w:r>
              <w:br/>
            </w:r>
            <w:r>
              <w:br/>
            </w:r>
          </w:p>
        </w:tc>
        <w:tc>
          <w:tcPr>
            <w:tcW w:w="1474" w:type="dxa"/>
            <w:vAlign w:val="center"/>
          </w:tcPr>
          <w:p w14:paraId="4A03FEC8" w14:textId="77777777" w:rsidR="00374DE7" w:rsidRDefault="00000000">
            <w:r>
              <w:br/>
            </w:r>
            <w:r>
              <w:br/>
            </w:r>
          </w:p>
        </w:tc>
        <w:tc>
          <w:tcPr>
            <w:tcW w:w="1247" w:type="dxa"/>
            <w:vAlign w:val="center"/>
          </w:tcPr>
          <w:p w14:paraId="16521953" w14:textId="77777777" w:rsidR="00374DE7" w:rsidRDefault="00000000">
            <w:r>
              <w:br/>
            </w:r>
            <w:r>
              <w:br/>
            </w:r>
          </w:p>
        </w:tc>
      </w:tr>
    </w:tbl>
    <w:p w14:paraId="72B15A84" w14:textId="77777777" w:rsidR="00374DE7" w:rsidRDefault="00374DE7"/>
    <w:p w14:paraId="18EA7031" w14:textId="77777777" w:rsidR="00374DE7" w:rsidRDefault="00000000">
      <w:r>
        <w:rPr>
          <w:b/>
        </w:rPr>
        <w:t>DEĞERLENDİRME / İYİLEŞTİRME AÇIKLAMASI</w:t>
      </w:r>
    </w:p>
    <w:tbl>
      <w:tblPr>
        <w:tblStyle w:val="TabloKlavuzu"/>
        <w:tblW w:w="0" w:type="auto"/>
        <w:tblLook w:val="04A0" w:firstRow="1" w:lastRow="0" w:firstColumn="1" w:lastColumn="0" w:noHBand="0" w:noVBand="1"/>
      </w:tblPr>
      <w:tblGrid>
        <w:gridCol w:w="14140"/>
      </w:tblGrid>
      <w:tr w:rsidR="00374DE7" w14:paraId="2366BA91" w14:textId="77777777">
        <w:tc>
          <w:tcPr>
            <w:tcW w:w="14140" w:type="dxa"/>
          </w:tcPr>
          <w:p w14:paraId="74DED38D" w14:textId="77777777" w:rsidR="00374DE7" w:rsidRDefault="00000000">
            <w:r>
              <w:br/>
            </w:r>
            <w:r>
              <w:br/>
            </w:r>
            <w:r>
              <w:br/>
            </w:r>
          </w:p>
        </w:tc>
      </w:tr>
    </w:tbl>
    <w:p w14:paraId="37100758" w14:textId="77777777" w:rsidR="00374DE7" w:rsidRDefault="00374DE7"/>
    <w:p w14:paraId="7CF69D6C" w14:textId="77777777" w:rsidR="00374DE7" w:rsidRDefault="00000000">
      <w:r w:rsidRPr="00E629F4">
        <w:rPr>
          <w:b/>
          <w:sz w:val="16"/>
          <w:szCs w:val="16"/>
        </w:rPr>
        <w:t xml:space="preserve">SMART Hedef Kontrolü: </w:t>
      </w:r>
      <w:r w:rsidRPr="00E629F4">
        <w:rPr>
          <w:sz w:val="16"/>
          <w:szCs w:val="16"/>
        </w:rPr>
        <w:t>Birim hedefi spesifik, ölçülebilir, ulaşılabilir, ilgili ve zaman sınırlı olacak şekilde tanımlanmalı; mümkün olan durumlarda sayısal veya doğrulanabilir bir hedef değer içermelidir</w:t>
      </w:r>
      <w:r>
        <w:t>.</w:t>
      </w:r>
    </w:p>
    <w:sectPr w:rsidR="00374DE7" w:rsidSect="00E629F4">
      <w:headerReference w:type="even" r:id="rId8"/>
      <w:headerReference w:type="default" r:id="rId9"/>
      <w:footerReference w:type="even" r:id="rId10"/>
      <w:footerReference w:type="default" r:id="rId11"/>
      <w:headerReference w:type="first" r:id="rId12"/>
      <w:footerReference w:type="first" r:id="rId13"/>
      <w:pgSz w:w="15840" w:h="12240" w:orient="landscape"/>
      <w:pgMar w:top="850" w:right="850" w:bottom="850" w:left="850"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363B2" w14:textId="77777777" w:rsidR="009A1226" w:rsidRDefault="009A1226" w:rsidP="00E629F4">
      <w:pPr>
        <w:spacing w:after="0" w:line="240" w:lineRule="auto"/>
      </w:pPr>
      <w:r>
        <w:separator/>
      </w:r>
    </w:p>
  </w:endnote>
  <w:endnote w:type="continuationSeparator" w:id="0">
    <w:p w14:paraId="36E53A79" w14:textId="77777777" w:rsidR="009A1226" w:rsidRDefault="009A1226" w:rsidP="00E62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865E" w14:textId="77777777" w:rsidR="00E629F4" w:rsidRDefault="00E629F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85"/>
      <w:gridCol w:w="4784"/>
      <w:gridCol w:w="4787"/>
    </w:tblGrid>
    <w:tr w:rsidR="00E629F4" w:rsidRPr="00E629F4" w14:paraId="726F9F71" w14:textId="77777777" w:rsidTr="00E629F4">
      <w:tc>
        <w:tcPr>
          <w:tcW w:w="1666" w:type="pct"/>
        </w:tcPr>
        <w:p w14:paraId="0D2F4208" w14:textId="77777777" w:rsidR="00E629F4" w:rsidRPr="00E629F4" w:rsidRDefault="00E629F4" w:rsidP="00E629F4">
          <w:pPr>
            <w:jc w:val="center"/>
            <w:rPr>
              <w:rFonts w:ascii="Times New Roman" w:hAnsi="Times New Roman"/>
              <w:sz w:val="24"/>
              <w:szCs w:val="24"/>
            </w:rPr>
          </w:pPr>
          <w:r w:rsidRPr="00E629F4">
            <w:rPr>
              <w:rFonts w:ascii="Times New Roman" w:hAnsi="Times New Roman"/>
              <w:sz w:val="24"/>
              <w:szCs w:val="24"/>
            </w:rPr>
            <w:t>Hazırlayan</w:t>
          </w:r>
        </w:p>
      </w:tc>
      <w:tc>
        <w:tcPr>
          <w:tcW w:w="1666" w:type="pct"/>
        </w:tcPr>
        <w:p w14:paraId="6904E360" w14:textId="77777777" w:rsidR="00E629F4" w:rsidRPr="00E629F4" w:rsidRDefault="00E629F4" w:rsidP="00E629F4">
          <w:pPr>
            <w:jc w:val="center"/>
            <w:rPr>
              <w:rFonts w:ascii="Times New Roman" w:hAnsi="Times New Roman"/>
              <w:sz w:val="24"/>
              <w:szCs w:val="24"/>
            </w:rPr>
          </w:pPr>
          <w:r w:rsidRPr="00E629F4">
            <w:rPr>
              <w:rFonts w:ascii="Times New Roman" w:hAnsi="Times New Roman"/>
              <w:sz w:val="24"/>
              <w:szCs w:val="24"/>
            </w:rPr>
            <w:t>Sistem Onayı</w:t>
          </w:r>
        </w:p>
      </w:tc>
      <w:tc>
        <w:tcPr>
          <w:tcW w:w="1667" w:type="pct"/>
        </w:tcPr>
        <w:p w14:paraId="7B93DC19" w14:textId="77777777" w:rsidR="00E629F4" w:rsidRPr="00E629F4" w:rsidRDefault="00E629F4" w:rsidP="00E629F4">
          <w:pPr>
            <w:jc w:val="center"/>
            <w:rPr>
              <w:rFonts w:ascii="Times New Roman" w:hAnsi="Times New Roman"/>
              <w:sz w:val="24"/>
              <w:szCs w:val="24"/>
            </w:rPr>
          </w:pPr>
          <w:r w:rsidRPr="00E629F4">
            <w:rPr>
              <w:rFonts w:ascii="Times New Roman" w:hAnsi="Times New Roman"/>
              <w:sz w:val="24"/>
              <w:szCs w:val="24"/>
            </w:rPr>
            <w:t>Yürürlük Onayı</w:t>
          </w:r>
        </w:p>
      </w:tc>
    </w:tr>
    <w:tr w:rsidR="00E629F4" w:rsidRPr="00E629F4" w14:paraId="1FF4FFF1" w14:textId="77777777" w:rsidTr="00E629F4">
      <w:trPr>
        <w:trHeight w:val="1002"/>
      </w:trPr>
      <w:tc>
        <w:tcPr>
          <w:tcW w:w="1666" w:type="pct"/>
        </w:tcPr>
        <w:p w14:paraId="3F44B5B3" w14:textId="77777777" w:rsidR="00E629F4" w:rsidRPr="00E629F4" w:rsidRDefault="00E629F4" w:rsidP="00E629F4">
          <w:pPr>
            <w:jc w:val="center"/>
            <w:rPr>
              <w:rFonts w:ascii="Times New Roman" w:hAnsi="Times New Roman"/>
              <w:sz w:val="24"/>
              <w:szCs w:val="24"/>
            </w:rPr>
          </w:pPr>
          <w:r w:rsidRPr="00E629F4">
            <w:rPr>
              <w:rFonts w:ascii="Times New Roman" w:hAnsi="Times New Roman"/>
              <w:sz w:val="24"/>
              <w:szCs w:val="24"/>
            </w:rPr>
            <w:t>Kalite Koordinatörlüğü</w:t>
          </w:r>
        </w:p>
      </w:tc>
      <w:tc>
        <w:tcPr>
          <w:tcW w:w="1666" w:type="pct"/>
        </w:tcPr>
        <w:p w14:paraId="49FB7369" w14:textId="5B96B76D" w:rsidR="00E629F4" w:rsidRPr="00E629F4" w:rsidRDefault="00E629F4" w:rsidP="00E629F4">
          <w:pPr>
            <w:jc w:val="center"/>
            <w:rPr>
              <w:rFonts w:ascii="Times New Roman" w:hAnsi="Times New Roman"/>
              <w:sz w:val="24"/>
              <w:szCs w:val="24"/>
            </w:rPr>
          </w:pPr>
          <w:r w:rsidRPr="00E629F4">
            <w:rPr>
              <w:rFonts w:ascii="Times New Roman" w:hAnsi="Times New Roman"/>
              <w:sz w:val="24"/>
              <w:szCs w:val="24"/>
            </w:rPr>
            <w:t>Selin TOZOĞLU</w:t>
          </w:r>
        </w:p>
      </w:tc>
      <w:tc>
        <w:tcPr>
          <w:tcW w:w="1667" w:type="pct"/>
        </w:tcPr>
        <w:p w14:paraId="4E8765C0" w14:textId="77777777" w:rsidR="00E629F4" w:rsidRPr="00E629F4" w:rsidRDefault="00E629F4" w:rsidP="00E629F4">
          <w:pPr>
            <w:jc w:val="center"/>
            <w:rPr>
              <w:rFonts w:ascii="Times New Roman" w:hAnsi="Times New Roman"/>
              <w:sz w:val="24"/>
              <w:szCs w:val="24"/>
            </w:rPr>
          </w:pPr>
          <w:r w:rsidRPr="00E629F4">
            <w:rPr>
              <w:rFonts w:ascii="Times New Roman" w:hAnsi="Times New Roman"/>
              <w:sz w:val="24"/>
              <w:szCs w:val="24"/>
            </w:rPr>
            <w:t>Öğr. Gör. Cankat ÖZLÜ</w:t>
          </w:r>
        </w:p>
        <w:p w14:paraId="3B575217" w14:textId="77777777" w:rsidR="00E629F4" w:rsidRPr="00E629F4" w:rsidRDefault="00E629F4" w:rsidP="00E629F4">
          <w:pPr>
            <w:jc w:val="center"/>
            <w:rPr>
              <w:rFonts w:ascii="Times New Roman" w:hAnsi="Times New Roman"/>
              <w:sz w:val="24"/>
              <w:szCs w:val="24"/>
            </w:rPr>
          </w:pPr>
        </w:p>
      </w:tc>
    </w:tr>
  </w:tbl>
  <w:p w14:paraId="46DF86D7" w14:textId="77777777" w:rsidR="00E629F4" w:rsidRDefault="00E629F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3F2F" w14:textId="77777777" w:rsidR="00E629F4" w:rsidRDefault="00E629F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525A6" w14:textId="77777777" w:rsidR="009A1226" w:rsidRDefault="009A1226" w:rsidP="00E629F4">
      <w:pPr>
        <w:spacing w:after="0" w:line="240" w:lineRule="auto"/>
      </w:pPr>
      <w:r>
        <w:separator/>
      </w:r>
    </w:p>
  </w:footnote>
  <w:footnote w:type="continuationSeparator" w:id="0">
    <w:p w14:paraId="01493963" w14:textId="77777777" w:rsidR="009A1226" w:rsidRDefault="009A1226" w:rsidP="00E62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E519" w14:textId="77777777" w:rsidR="00E629F4" w:rsidRDefault="00E629F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170"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6387"/>
      <w:gridCol w:w="1981"/>
      <w:gridCol w:w="2219"/>
    </w:tblGrid>
    <w:tr w:rsidR="00E629F4" w14:paraId="3CF19D86" w14:textId="77777777">
      <w:trPr>
        <w:trHeight w:val="276"/>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14:paraId="070F3086" w14:textId="001212F2" w:rsidR="00E629F4" w:rsidRDefault="00E629F4" w:rsidP="00E629F4">
          <w:pPr>
            <w:rPr>
              <w:rFonts w:cs="Arial"/>
              <w:sz w:val="17"/>
            </w:rPr>
          </w:pPr>
          <w:r>
            <w:rPr>
              <w:rFonts w:cs="Arial"/>
              <w:noProof/>
              <w:lang w:eastAsia="tr-TR"/>
            </w:rPr>
            <w:drawing>
              <wp:inline distT="0" distB="0" distL="0" distR="0" wp14:anchorId="388FFDFA" wp14:editId="3A2A33CD">
                <wp:extent cx="739140" cy="1059180"/>
                <wp:effectExtent l="0" t="0" r="3810" b="7620"/>
                <wp:docPr id="1550634188"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2671" w:type="pct"/>
          <w:vMerge w:val="restart"/>
          <w:tcBorders>
            <w:top w:val="single" w:sz="4" w:space="0" w:color="auto"/>
            <w:left w:val="single" w:sz="4" w:space="0" w:color="auto"/>
            <w:bottom w:val="single" w:sz="4" w:space="0" w:color="auto"/>
            <w:right w:val="single" w:sz="4" w:space="0" w:color="auto"/>
          </w:tcBorders>
          <w:vAlign w:val="center"/>
          <w:hideMark/>
        </w:tcPr>
        <w:p w14:paraId="72EAF4A6" w14:textId="77777777" w:rsidR="00E629F4" w:rsidRDefault="00E629F4" w:rsidP="00E629F4">
          <w:pPr>
            <w:jc w:val="center"/>
          </w:pPr>
          <w:r>
            <w:rPr>
              <w:b/>
              <w:sz w:val="28"/>
            </w:rPr>
            <w:br/>
            <w:t>BİRİM HEDEF KARTI</w:t>
          </w:r>
        </w:p>
        <w:p w14:paraId="6CC529D7" w14:textId="506D8EBA" w:rsidR="00E629F4" w:rsidRDefault="00E629F4" w:rsidP="00E629F4">
          <w:pPr>
            <w:jc w:val="center"/>
            <w:rPr>
              <w:rFonts w:ascii="Times New Roman" w:hAnsi="Times New Roman"/>
              <w:b/>
              <w:iCs/>
              <w:sz w:val="28"/>
              <w:szCs w:val="28"/>
            </w:rPr>
          </w:pPr>
        </w:p>
      </w:tc>
      <w:tc>
        <w:tcPr>
          <w:tcW w:w="831" w:type="pct"/>
          <w:tcBorders>
            <w:top w:val="single" w:sz="4" w:space="0" w:color="auto"/>
            <w:left w:val="single" w:sz="4" w:space="0" w:color="auto"/>
            <w:bottom w:val="single" w:sz="4" w:space="0" w:color="auto"/>
            <w:right w:val="single" w:sz="4" w:space="0" w:color="auto"/>
          </w:tcBorders>
          <w:vAlign w:val="center"/>
          <w:hideMark/>
        </w:tcPr>
        <w:p w14:paraId="62E320E7" w14:textId="77777777" w:rsidR="00E629F4" w:rsidRDefault="00E629F4" w:rsidP="00E629F4">
          <w:pPr>
            <w:rPr>
              <w:rFonts w:cs="Arial"/>
            </w:rPr>
          </w:pPr>
          <w:r>
            <w:rPr>
              <w:rFonts w:cs="Arial"/>
            </w:rPr>
            <w:t>Doküman No</w:t>
          </w:r>
        </w:p>
      </w:tc>
      <w:tc>
        <w:tcPr>
          <w:tcW w:w="930" w:type="pct"/>
          <w:tcBorders>
            <w:top w:val="single" w:sz="4" w:space="0" w:color="auto"/>
            <w:left w:val="single" w:sz="4" w:space="0" w:color="auto"/>
            <w:bottom w:val="single" w:sz="4" w:space="0" w:color="auto"/>
            <w:right w:val="single" w:sz="4" w:space="0" w:color="auto"/>
          </w:tcBorders>
          <w:vAlign w:val="center"/>
          <w:hideMark/>
        </w:tcPr>
        <w:p w14:paraId="3E722B3D" w14:textId="118E72C3" w:rsidR="00E629F4" w:rsidRDefault="00E629F4" w:rsidP="00E629F4">
          <w:pPr>
            <w:rPr>
              <w:rFonts w:cs="Arial"/>
              <w:b/>
            </w:rPr>
          </w:pPr>
          <w:r>
            <w:rPr>
              <w:rFonts w:cs="Arial"/>
              <w:b/>
            </w:rPr>
            <w:t>FR-KBK-0</w:t>
          </w:r>
          <w:r w:rsidR="00F17E0A">
            <w:rPr>
              <w:rFonts w:cs="Arial"/>
              <w:b/>
            </w:rPr>
            <w:t>145</w:t>
          </w:r>
        </w:p>
      </w:tc>
    </w:tr>
    <w:tr w:rsidR="00E629F4" w14:paraId="69222259" w14:textId="7777777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34F9C5" w14:textId="77777777" w:rsidR="00E629F4" w:rsidRDefault="00E629F4" w:rsidP="00E629F4">
          <w:pPr>
            <w:spacing w:after="0"/>
            <w:rPr>
              <w:rFonts w:cs="Arial"/>
              <w:sz w:val="17"/>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5EB71C" w14:textId="77777777" w:rsidR="00E629F4" w:rsidRDefault="00E629F4" w:rsidP="00E629F4">
          <w:pPr>
            <w:spacing w:after="0"/>
            <w:rPr>
              <w:rFonts w:ascii="Times New Roman" w:hAnsi="Times New Roman"/>
              <w:b/>
              <w:iCs/>
              <w:sz w:val="28"/>
              <w:szCs w:val="28"/>
            </w:rPr>
          </w:pPr>
        </w:p>
      </w:tc>
      <w:tc>
        <w:tcPr>
          <w:tcW w:w="831" w:type="pct"/>
          <w:tcBorders>
            <w:top w:val="single" w:sz="4" w:space="0" w:color="auto"/>
            <w:left w:val="single" w:sz="4" w:space="0" w:color="auto"/>
            <w:bottom w:val="single" w:sz="4" w:space="0" w:color="auto"/>
            <w:right w:val="single" w:sz="4" w:space="0" w:color="auto"/>
          </w:tcBorders>
          <w:vAlign w:val="center"/>
          <w:hideMark/>
        </w:tcPr>
        <w:p w14:paraId="47A37E05" w14:textId="77777777" w:rsidR="00E629F4" w:rsidRDefault="00E629F4" w:rsidP="00E629F4">
          <w:pPr>
            <w:rPr>
              <w:rFonts w:cs="Arial"/>
            </w:rPr>
          </w:pPr>
          <w:r>
            <w:rPr>
              <w:rFonts w:cs="Arial"/>
            </w:rPr>
            <w:t>İlk Yayın Tarihi</w:t>
          </w:r>
        </w:p>
      </w:tc>
      <w:tc>
        <w:tcPr>
          <w:tcW w:w="930" w:type="pct"/>
          <w:tcBorders>
            <w:top w:val="single" w:sz="4" w:space="0" w:color="auto"/>
            <w:left w:val="single" w:sz="4" w:space="0" w:color="auto"/>
            <w:bottom w:val="single" w:sz="4" w:space="0" w:color="auto"/>
            <w:right w:val="single" w:sz="4" w:space="0" w:color="auto"/>
          </w:tcBorders>
          <w:vAlign w:val="center"/>
          <w:hideMark/>
        </w:tcPr>
        <w:p w14:paraId="66265F47" w14:textId="77777777" w:rsidR="00E629F4" w:rsidRDefault="00E629F4" w:rsidP="00E629F4">
          <w:pPr>
            <w:rPr>
              <w:rFonts w:cs="Arial"/>
              <w:b/>
            </w:rPr>
          </w:pPr>
          <w:r>
            <w:rPr>
              <w:rFonts w:cs="Arial"/>
              <w:b/>
            </w:rPr>
            <w:t>02.12.2025</w:t>
          </w:r>
        </w:p>
      </w:tc>
    </w:tr>
    <w:tr w:rsidR="00E629F4" w14:paraId="7E30DE9E" w14:textId="7777777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8C9E53" w14:textId="77777777" w:rsidR="00E629F4" w:rsidRDefault="00E629F4" w:rsidP="00E629F4">
          <w:pPr>
            <w:spacing w:after="0"/>
            <w:rPr>
              <w:rFonts w:cs="Arial"/>
              <w:sz w:val="17"/>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A2C8DD" w14:textId="77777777" w:rsidR="00E629F4" w:rsidRDefault="00E629F4" w:rsidP="00E629F4">
          <w:pPr>
            <w:spacing w:after="0"/>
            <w:rPr>
              <w:rFonts w:ascii="Times New Roman" w:hAnsi="Times New Roman"/>
              <w:b/>
              <w:iCs/>
              <w:sz w:val="28"/>
              <w:szCs w:val="28"/>
            </w:rPr>
          </w:pPr>
        </w:p>
      </w:tc>
      <w:tc>
        <w:tcPr>
          <w:tcW w:w="831" w:type="pct"/>
          <w:tcBorders>
            <w:top w:val="single" w:sz="4" w:space="0" w:color="auto"/>
            <w:left w:val="single" w:sz="4" w:space="0" w:color="auto"/>
            <w:bottom w:val="single" w:sz="4" w:space="0" w:color="auto"/>
            <w:right w:val="single" w:sz="4" w:space="0" w:color="auto"/>
          </w:tcBorders>
          <w:vAlign w:val="center"/>
          <w:hideMark/>
        </w:tcPr>
        <w:p w14:paraId="5E00CA02" w14:textId="77777777" w:rsidR="00E629F4" w:rsidRDefault="00E629F4" w:rsidP="00E629F4">
          <w:pPr>
            <w:rPr>
              <w:rFonts w:cs="Arial"/>
            </w:rPr>
          </w:pPr>
          <w:r>
            <w:rPr>
              <w:rFonts w:cs="Arial"/>
            </w:rPr>
            <w:t>Revizyon Tarihi</w:t>
          </w:r>
        </w:p>
      </w:tc>
      <w:tc>
        <w:tcPr>
          <w:tcW w:w="930" w:type="pct"/>
          <w:tcBorders>
            <w:top w:val="single" w:sz="4" w:space="0" w:color="auto"/>
            <w:left w:val="single" w:sz="4" w:space="0" w:color="auto"/>
            <w:bottom w:val="single" w:sz="4" w:space="0" w:color="auto"/>
            <w:right w:val="single" w:sz="4" w:space="0" w:color="auto"/>
          </w:tcBorders>
          <w:vAlign w:val="center"/>
        </w:tcPr>
        <w:p w14:paraId="5F529527" w14:textId="77777777" w:rsidR="00E629F4" w:rsidRDefault="00E629F4" w:rsidP="00E629F4">
          <w:pPr>
            <w:rPr>
              <w:rFonts w:cs="Arial"/>
              <w:b/>
            </w:rPr>
          </w:pPr>
        </w:p>
      </w:tc>
    </w:tr>
    <w:tr w:rsidR="00E629F4" w14:paraId="521798A2" w14:textId="7777777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9515B" w14:textId="77777777" w:rsidR="00E629F4" w:rsidRDefault="00E629F4" w:rsidP="00E629F4">
          <w:pPr>
            <w:spacing w:after="0"/>
            <w:rPr>
              <w:rFonts w:cs="Arial"/>
              <w:sz w:val="17"/>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12D093" w14:textId="77777777" w:rsidR="00E629F4" w:rsidRDefault="00E629F4" w:rsidP="00E629F4">
          <w:pPr>
            <w:spacing w:after="0"/>
            <w:rPr>
              <w:rFonts w:ascii="Times New Roman" w:hAnsi="Times New Roman"/>
              <w:b/>
              <w:iCs/>
              <w:sz w:val="28"/>
              <w:szCs w:val="28"/>
            </w:rPr>
          </w:pPr>
        </w:p>
      </w:tc>
      <w:tc>
        <w:tcPr>
          <w:tcW w:w="831" w:type="pct"/>
          <w:tcBorders>
            <w:top w:val="single" w:sz="4" w:space="0" w:color="auto"/>
            <w:left w:val="single" w:sz="4" w:space="0" w:color="auto"/>
            <w:bottom w:val="single" w:sz="4" w:space="0" w:color="auto"/>
            <w:right w:val="single" w:sz="4" w:space="0" w:color="auto"/>
          </w:tcBorders>
          <w:vAlign w:val="center"/>
          <w:hideMark/>
        </w:tcPr>
        <w:p w14:paraId="73D859F0" w14:textId="77777777" w:rsidR="00E629F4" w:rsidRDefault="00E629F4" w:rsidP="00E629F4">
          <w:pPr>
            <w:rPr>
              <w:rFonts w:cs="Arial"/>
            </w:rPr>
          </w:pPr>
          <w:r>
            <w:rPr>
              <w:rFonts w:cs="Arial"/>
            </w:rPr>
            <w:t>Revizyon No</w:t>
          </w:r>
        </w:p>
      </w:tc>
      <w:tc>
        <w:tcPr>
          <w:tcW w:w="930" w:type="pct"/>
          <w:tcBorders>
            <w:top w:val="single" w:sz="4" w:space="0" w:color="auto"/>
            <w:left w:val="single" w:sz="4" w:space="0" w:color="auto"/>
            <w:bottom w:val="single" w:sz="4" w:space="0" w:color="auto"/>
            <w:right w:val="single" w:sz="4" w:space="0" w:color="auto"/>
          </w:tcBorders>
          <w:vAlign w:val="center"/>
        </w:tcPr>
        <w:p w14:paraId="4DFF316A" w14:textId="77777777" w:rsidR="00E629F4" w:rsidRDefault="00E629F4" w:rsidP="00E629F4">
          <w:pPr>
            <w:rPr>
              <w:rFonts w:cs="Arial"/>
              <w:b/>
            </w:rPr>
          </w:pPr>
        </w:p>
      </w:tc>
    </w:tr>
    <w:tr w:rsidR="00E629F4" w14:paraId="39453334" w14:textId="7777777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47529E" w14:textId="77777777" w:rsidR="00E629F4" w:rsidRDefault="00E629F4" w:rsidP="00E629F4">
          <w:pPr>
            <w:spacing w:after="0"/>
            <w:rPr>
              <w:rFonts w:cs="Arial"/>
              <w:sz w:val="17"/>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97A73" w14:textId="77777777" w:rsidR="00E629F4" w:rsidRDefault="00E629F4" w:rsidP="00E629F4">
          <w:pPr>
            <w:spacing w:after="0"/>
            <w:rPr>
              <w:rFonts w:ascii="Times New Roman" w:hAnsi="Times New Roman"/>
              <w:b/>
              <w:iCs/>
              <w:sz w:val="28"/>
              <w:szCs w:val="28"/>
            </w:rPr>
          </w:pPr>
        </w:p>
      </w:tc>
      <w:tc>
        <w:tcPr>
          <w:tcW w:w="831" w:type="pct"/>
          <w:tcBorders>
            <w:top w:val="single" w:sz="4" w:space="0" w:color="auto"/>
            <w:left w:val="single" w:sz="4" w:space="0" w:color="auto"/>
            <w:bottom w:val="single" w:sz="4" w:space="0" w:color="auto"/>
            <w:right w:val="single" w:sz="4" w:space="0" w:color="auto"/>
          </w:tcBorders>
          <w:vAlign w:val="center"/>
          <w:hideMark/>
        </w:tcPr>
        <w:p w14:paraId="551B5BC7" w14:textId="77777777" w:rsidR="00E629F4" w:rsidRDefault="00E629F4" w:rsidP="00E629F4">
          <w:pPr>
            <w:rPr>
              <w:rFonts w:cs="Arial"/>
            </w:rPr>
          </w:pPr>
          <w:r>
            <w:rPr>
              <w:rFonts w:cs="Arial"/>
            </w:rPr>
            <w:t>Sayfa</w:t>
          </w:r>
        </w:p>
      </w:tc>
      <w:tc>
        <w:tcPr>
          <w:tcW w:w="930" w:type="pct"/>
          <w:tcBorders>
            <w:top w:val="single" w:sz="4" w:space="0" w:color="auto"/>
            <w:left w:val="single" w:sz="4" w:space="0" w:color="auto"/>
            <w:bottom w:val="single" w:sz="4" w:space="0" w:color="auto"/>
            <w:right w:val="single" w:sz="4" w:space="0" w:color="auto"/>
          </w:tcBorders>
          <w:vAlign w:val="center"/>
          <w:hideMark/>
        </w:tcPr>
        <w:p w14:paraId="159CBE82" w14:textId="77777777" w:rsidR="00E629F4" w:rsidRDefault="00E629F4" w:rsidP="00E629F4">
          <w:pPr>
            <w:rPr>
              <w:rFonts w:cs="Arial"/>
              <w:b/>
            </w:rPr>
          </w:pPr>
          <w:r>
            <w:rPr>
              <w:rFonts w:cs="Arial"/>
              <w:b/>
              <w:noProof/>
            </w:rPr>
            <w:t>1</w:t>
          </w:r>
          <w:r>
            <w:rPr>
              <w:rFonts w:cs="Arial"/>
              <w:b/>
            </w:rPr>
            <w:t>/</w:t>
          </w:r>
          <w:r>
            <w:rPr>
              <w:rFonts w:cs="Arial"/>
              <w:b/>
              <w:noProof/>
            </w:rPr>
            <w:t>1</w:t>
          </w:r>
        </w:p>
      </w:tc>
    </w:tr>
  </w:tbl>
  <w:p w14:paraId="2E49F6C1" w14:textId="77777777" w:rsidR="00E629F4" w:rsidRDefault="00E629F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1565" w14:textId="77777777" w:rsidR="00E629F4" w:rsidRDefault="00E629F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97680770">
    <w:abstractNumId w:val="8"/>
  </w:num>
  <w:num w:numId="2" w16cid:durableId="891695597">
    <w:abstractNumId w:val="6"/>
  </w:num>
  <w:num w:numId="3" w16cid:durableId="531959995">
    <w:abstractNumId w:val="5"/>
  </w:num>
  <w:num w:numId="4" w16cid:durableId="1770084136">
    <w:abstractNumId w:val="4"/>
  </w:num>
  <w:num w:numId="5" w16cid:durableId="1076830048">
    <w:abstractNumId w:val="7"/>
  </w:num>
  <w:num w:numId="6" w16cid:durableId="1419978164">
    <w:abstractNumId w:val="3"/>
  </w:num>
  <w:num w:numId="7" w16cid:durableId="2054575956">
    <w:abstractNumId w:val="2"/>
  </w:num>
  <w:num w:numId="8" w16cid:durableId="1977877113">
    <w:abstractNumId w:val="1"/>
  </w:num>
  <w:num w:numId="9" w16cid:durableId="1472750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769"/>
    <w:rsid w:val="0006063C"/>
    <w:rsid w:val="0015074B"/>
    <w:rsid w:val="0029639D"/>
    <w:rsid w:val="00326F90"/>
    <w:rsid w:val="00374DE7"/>
    <w:rsid w:val="00516BD0"/>
    <w:rsid w:val="005173C8"/>
    <w:rsid w:val="009A1226"/>
    <w:rsid w:val="00AA1D8D"/>
    <w:rsid w:val="00B47730"/>
    <w:rsid w:val="00CB0664"/>
    <w:rsid w:val="00E629F4"/>
    <w:rsid w:val="00F17E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6A3E05"/>
  <w14:defaultImageDpi w14:val="300"/>
  <w15:docId w15:val="{DD799896-B40B-40EB-AE6B-32BCDFE6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Selin Tozoglu</cp:lastModifiedBy>
  <cp:revision>3</cp:revision>
  <dcterms:created xsi:type="dcterms:W3CDTF">2013-12-23T23:15:00Z</dcterms:created>
  <dcterms:modified xsi:type="dcterms:W3CDTF">2026-08-07T13:34:00Z</dcterms:modified>
  <cp:category/>
</cp:coreProperties>
</file>