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04CF" w14:textId="5F8CBACA" w:rsidR="00434B3F" w:rsidRDefault="00000000">
      <w:pPr>
        <w:jc w:val="center"/>
      </w:pPr>
      <w:r>
        <w:rPr>
          <w:i/>
        </w:rPr>
        <w:br/>
        <w:t>İzleme Standartları – İSE 18.2.1</w:t>
      </w:r>
    </w:p>
    <w:p w14:paraId="32654EEB" w14:textId="77777777" w:rsidR="00434B3F" w:rsidRDefault="00000000">
      <w:r>
        <w:rPr>
          <w:b/>
        </w:rPr>
        <w:t xml:space="preserve">Amaç: </w:t>
      </w:r>
      <w:r>
        <w:t>İç denetim, bağımsız denetim veya eşdeğer güvence/değerlendirme süreçlerinde ortaya çıkan bulgular için düzeltici/iyileştirici eylemlerin, sorumluların, çıktıların ve terminlerin belirlenmesi ve gerçekleşmenin periyodik olarak izlenmesidir.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5"/>
        <w:gridCol w:w="2375"/>
        <w:gridCol w:w="2375"/>
        <w:gridCol w:w="2375"/>
        <w:gridCol w:w="2375"/>
        <w:gridCol w:w="2375"/>
      </w:tblGrid>
      <w:tr w:rsidR="00434B3F" w14:paraId="4CC67B10" w14:textId="77777777">
        <w:tc>
          <w:tcPr>
            <w:tcW w:w="2375" w:type="dxa"/>
            <w:shd w:val="clear" w:color="auto" w:fill="D9EAF7"/>
          </w:tcPr>
          <w:p w14:paraId="73915F6A" w14:textId="77777777" w:rsidR="00434B3F" w:rsidRDefault="00000000">
            <w:r>
              <w:rPr>
                <w:b/>
                <w:sz w:val="16"/>
              </w:rPr>
              <w:t>Birim</w:t>
            </w:r>
          </w:p>
        </w:tc>
        <w:tc>
          <w:tcPr>
            <w:tcW w:w="2375" w:type="dxa"/>
          </w:tcPr>
          <w:p w14:paraId="2B0661BE" w14:textId="77777777" w:rsidR="00434B3F" w:rsidRDefault="00434B3F"/>
        </w:tc>
        <w:tc>
          <w:tcPr>
            <w:tcW w:w="2375" w:type="dxa"/>
            <w:shd w:val="clear" w:color="auto" w:fill="D9EAF7"/>
          </w:tcPr>
          <w:p w14:paraId="2EE06FCB" w14:textId="77777777" w:rsidR="00434B3F" w:rsidRDefault="00000000">
            <w:r>
              <w:rPr>
                <w:b/>
                <w:sz w:val="16"/>
              </w:rPr>
              <w:t>Değerlendirme Yılı</w:t>
            </w:r>
          </w:p>
        </w:tc>
        <w:tc>
          <w:tcPr>
            <w:tcW w:w="2375" w:type="dxa"/>
          </w:tcPr>
          <w:p w14:paraId="732D9A4E" w14:textId="77777777" w:rsidR="00434B3F" w:rsidRDefault="00434B3F"/>
        </w:tc>
        <w:tc>
          <w:tcPr>
            <w:tcW w:w="2375" w:type="dxa"/>
            <w:shd w:val="clear" w:color="auto" w:fill="D9EAF7"/>
          </w:tcPr>
          <w:p w14:paraId="3785A131" w14:textId="77777777" w:rsidR="00434B3F" w:rsidRDefault="00000000">
            <w:r>
              <w:rPr>
                <w:b/>
                <w:sz w:val="16"/>
              </w:rPr>
              <w:t>Tarih</w:t>
            </w:r>
          </w:p>
        </w:tc>
        <w:tc>
          <w:tcPr>
            <w:tcW w:w="2375" w:type="dxa"/>
          </w:tcPr>
          <w:p w14:paraId="1C859C36" w14:textId="77777777" w:rsidR="00434B3F" w:rsidRDefault="00434B3F"/>
        </w:tc>
      </w:tr>
      <w:tr w:rsidR="00434B3F" w14:paraId="6078D609" w14:textId="77777777">
        <w:tc>
          <w:tcPr>
            <w:tcW w:w="2375" w:type="dxa"/>
            <w:shd w:val="clear" w:color="auto" w:fill="D9EAF7"/>
          </w:tcPr>
          <w:p w14:paraId="756BFE89" w14:textId="77777777" w:rsidR="00434B3F" w:rsidRDefault="00000000">
            <w:r>
              <w:rPr>
                <w:b/>
                <w:sz w:val="16"/>
              </w:rPr>
              <w:t>Hazırlayan / Değerlendiren</w:t>
            </w:r>
          </w:p>
        </w:tc>
        <w:tc>
          <w:tcPr>
            <w:tcW w:w="2375" w:type="dxa"/>
          </w:tcPr>
          <w:p w14:paraId="4B10B2EC" w14:textId="77777777" w:rsidR="00434B3F" w:rsidRDefault="00434B3F"/>
        </w:tc>
        <w:tc>
          <w:tcPr>
            <w:tcW w:w="2375" w:type="dxa"/>
            <w:shd w:val="clear" w:color="auto" w:fill="D9EAF7"/>
          </w:tcPr>
          <w:p w14:paraId="5AACE9F7" w14:textId="77777777" w:rsidR="00434B3F" w:rsidRDefault="00000000">
            <w:r>
              <w:rPr>
                <w:b/>
                <w:sz w:val="16"/>
              </w:rPr>
              <w:t>Görevi / Unvanı</w:t>
            </w:r>
          </w:p>
        </w:tc>
        <w:tc>
          <w:tcPr>
            <w:tcW w:w="2375" w:type="dxa"/>
          </w:tcPr>
          <w:p w14:paraId="36988797" w14:textId="77777777" w:rsidR="00434B3F" w:rsidRDefault="00434B3F"/>
        </w:tc>
        <w:tc>
          <w:tcPr>
            <w:tcW w:w="2375" w:type="dxa"/>
            <w:shd w:val="clear" w:color="auto" w:fill="D9EAF7"/>
          </w:tcPr>
          <w:p w14:paraId="1496840D" w14:textId="77777777" w:rsidR="00434B3F" w:rsidRDefault="00000000">
            <w:r>
              <w:rPr>
                <w:b/>
                <w:sz w:val="16"/>
              </w:rPr>
              <w:t>Onaylayan</w:t>
            </w:r>
          </w:p>
        </w:tc>
        <w:tc>
          <w:tcPr>
            <w:tcW w:w="2375" w:type="dxa"/>
          </w:tcPr>
          <w:p w14:paraId="6D54922E" w14:textId="77777777" w:rsidR="00434B3F" w:rsidRDefault="00434B3F"/>
        </w:tc>
      </w:tr>
    </w:tbl>
    <w:p w14:paraId="16B803B2" w14:textId="77777777" w:rsidR="00434B3F" w:rsidRDefault="00434B3F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88"/>
        <w:gridCol w:w="1188"/>
        <w:gridCol w:w="1188"/>
        <w:gridCol w:w="1188"/>
        <w:gridCol w:w="1188"/>
        <w:gridCol w:w="1188"/>
        <w:gridCol w:w="1188"/>
        <w:gridCol w:w="1188"/>
        <w:gridCol w:w="1188"/>
        <w:gridCol w:w="1188"/>
        <w:gridCol w:w="1188"/>
        <w:gridCol w:w="1188"/>
      </w:tblGrid>
      <w:tr w:rsidR="00434B3F" w14:paraId="43A06972" w14:textId="77777777">
        <w:trPr>
          <w:tblHeader/>
          <w:jc w:val="center"/>
        </w:trPr>
        <w:tc>
          <w:tcPr>
            <w:tcW w:w="1188" w:type="dxa"/>
            <w:shd w:val="clear" w:color="auto" w:fill="FCE4D6"/>
            <w:vAlign w:val="center"/>
          </w:tcPr>
          <w:p w14:paraId="2C7270C6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Sıra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3D5D1CBE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Denetim / Değerlendirme Kaynağı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3824836F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Rapor / Bulgu No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6BD30E11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Bulgu / Öneri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1ACF8CBA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Planlanan Eylem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27567A70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Sorumlu Birim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3BA3DD60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İş Birliği Birimi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187078AE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Beklenen Çıktı / Kanıt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2DD265A8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Termin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7B92AB94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Gerçekleşme Durumu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44CD4CE5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Gerçekleşen Kanıt</w:t>
            </w:r>
          </w:p>
        </w:tc>
        <w:tc>
          <w:tcPr>
            <w:tcW w:w="1188" w:type="dxa"/>
            <w:shd w:val="clear" w:color="auto" w:fill="FCE4D6"/>
            <w:vAlign w:val="center"/>
          </w:tcPr>
          <w:p w14:paraId="130BB80C" w14:textId="77777777" w:rsidR="00434B3F" w:rsidRDefault="00000000">
            <w:pPr>
              <w:jc w:val="center"/>
            </w:pPr>
            <w:r>
              <w:rPr>
                <w:b/>
                <w:sz w:val="13"/>
              </w:rPr>
              <w:t>İzleme Sonucu / Üst Yönetime Raporlama</w:t>
            </w:r>
          </w:p>
        </w:tc>
      </w:tr>
      <w:tr w:rsidR="00434B3F" w14:paraId="086BF541" w14:textId="77777777">
        <w:trPr>
          <w:jc w:val="center"/>
        </w:trPr>
        <w:tc>
          <w:tcPr>
            <w:tcW w:w="1188" w:type="dxa"/>
            <w:vAlign w:val="center"/>
          </w:tcPr>
          <w:p w14:paraId="7BFA0005" w14:textId="77777777" w:rsidR="00434B3F" w:rsidRDefault="00000000">
            <w:r>
              <w:t>1</w:t>
            </w:r>
          </w:p>
        </w:tc>
        <w:tc>
          <w:tcPr>
            <w:tcW w:w="1188" w:type="dxa"/>
            <w:vAlign w:val="center"/>
          </w:tcPr>
          <w:p w14:paraId="40DFB634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15DC26E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4F8D21F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8A1D923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413E071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99628E3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0AB8481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F06FC0B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9FFE7CB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96C409F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8F7E07C" w14:textId="77777777" w:rsidR="00434B3F" w:rsidRDefault="00000000">
            <w:r>
              <w:br/>
            </w:r>
          </w:p>
        </w:tc>
      </w:tr>
      <w:tr w:rsidR="00434B3F" w14:paraId="280A4B70" w14:textId="77777777">
        <w:trPr>
          <w:jc w:val="center"/>
        </w:trPr>
        <w:tc>
          <w:tcPr>
            <w:tcW w:w="1188" w:type="dxa"/>
            <w:vAlign w:val="center"/>
          </w:tcPr>
          <w:p w14:paraId="30AC69EC" w14:textId="77777777" w:rsidR="00434B3F" w:rsidRDefault="00000000">
            <w:r>
              <w:t>2</w:t>
            </w:r>
          </w:p>
        </w:tc>
        <w:tc>
          <w:tcPr>
            <w:tcW w:w="1188" w:type="dxa"/>
            <w:vAlign w:val="center"/>
          </w:tcPr>
          <w:p w14:paraId="61685C1F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BA305D9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82447F3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2E90154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FE4DB5E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9C0758C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76A51E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4D3EC4C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11CE4FE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C89C5C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C746317" w14:textId="77777777" w:rsidR="00434B3F" w:rsidRDefault="00000000">
            <w:r>
              <w:br/>
            </w:r>
          </w:p>
        </w:tc>
      </w:tr>
      <w:tr w:rsidR="00434B3F" w14:paraId="1E06DD83" w14:textId="77777777">
        <w:trPr>
          <w:jc w:val="center"/>
        </w:trPr>
        <w:tc>
          <w:tcPr>
            <w:tcW w:w="1188" w:type="dxa"/>
            <w:vAlign w:val="center"/>
          </w:tcPr>
          <w:p w14:paraId="2DFCD89D" w14:textId="77777777" w:rsidR="00434B3F" w:rsidRDefault="00000000">
            <w:r>
              <w:t>3</w:t>
            </w:r>
          </w:p>
        </w:tc>
        <w:tc>
          <w:tcPr>
            <w:tcW w:w="1188" w:type="dxa"/>
            <w:vAlign w:val="center"/>
          </w:tcPr>
          <w:p w14:paraId="580EB91A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7E011E1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A1AD31B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221A20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F50C91F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9406C2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780D481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4651A47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5ADDF3A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A5967D8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2F1B703" w14:textId="77777777" w:rsidR="00434B3F" w:rsidRDefault="00000000">
            <w:r>
              <w:br/>
            </w:r>
          </w:p>
        </w:tc>
      </w:tr>
      <w:tr w:rsidR="00434B3F" w14:paraId="6D0E893D" w14:textId="77777777">
        <w:trPr>
          <w:jc w:val="center"/>
        </w:trPr>
        <w:tc>
          <w:tcPr>
            <w:tcW w:w="1188" w:type="dxa"/>
            <w:vAlign w:val="center"/>
          </w:tcPr>
          <w:p w14:paraId="086CA1E4" w14:textId="77777777" w:rsidR="00434B3F" w:rsidRDefault="00000000">
            <w:r>
              <w:t>4</w:t>
            </w:r>
          </w:p>
        </w:tc>
        <w:tc>
          <w:tcPr>
            <w:tcW w:w="1188" w:type="dxa"/>
            <w:vAlign w:val="center"/>
          </w:tcPr>
          <w:p w14:paraId="4A8B5D4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F854DA5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8009447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9451965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AEC1AF9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ED38FC8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53FD6E1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D234CE1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E493719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9D36804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E4A2231" w14:textId="77777777" w:rsidR="00434B3F" w:rsidRDefault="00000000">
            <w:r>
              <w:br/>
            </w:r>
          </w:p>
        </w:tc>
      </w:tr>
      <w:tr w:rsidR="00434B3F" w14:paraId="14AF59D1" w14:textId="77777777">
        <w:trPr>
          <w:jc w:val="center"/>
        </w:trPr>
        <w:tc>
          <w:tcPr>
            <w:tcW w:w="1188" w:type="dxa"/>
            <w:vAlign w:val="center"/>
          </w:tcPr>
          <w:p w14:paraId="61B3E863" w14:textId="77777777" w:rsidR="00434B3F" w:rsidRDefault="00000000">
            <w:r>
              <w:t>5</w:t>
            </w:r>
          </w:p>
        </w:tc>
        <w:tc>
          <w:tcPr>
            <w:tcW w:w="1188" w:type="dxa"/>
            <w:vAlign w:val="center"/>
          </w:tcPr>
          <w:p w14:paraId="4DE7084A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335CF0F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255339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9A7EF3C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A91950F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E102623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C93BD59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AD3AE62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5D5E88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A455CEE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20AD58D" w14:textId="77777777" w:rsidR="00434B3F" w:rsidRDefault="00000000">
            <w:r>
              <w:br/>
            </w:r>
          </w:p>
        </w:tc>
      </w:tr>
      <w:tr w:rsidR="00434B3F" w14:paraId="7DB9D2BD" w14:textId="77777777">
        <w:trPr>
          <w:jc w:val="center"/>
        </w:trPr>
        <w:tc>
          <w:tcPr>
            <w:tcW w:w="1188" w:type="dxa"/>
            <w:vAlign w:val="center"/>
          </w:tcPr>
          <w:p w14:paraId="2615675E" w14:textId="77777777" w:rsidR="00434B3F" w:rsidRDefault="00000000">
            <w:r>
              <w:t>6</w:t>
            </w:r>
          </w:p>
        </w:tc>
        <w:tc>
          <w:tcPr>
            <w:tcW w:w="1188" w:type="dxa"/>
            <w:vAlign w:val="center"/>
          </w:tcPr>
          <w:p w14:paraId="1E2B3CB8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BC521D4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4AFAAB1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23418B2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3A4610B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42BD0EA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FFA8CC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9F6A998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6D51233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727EA2D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14F63F1" w14:textId="77777777" w:rsidR="00434B3F" w:rsidRDefault="00000000">
            <w:r>
              <w:br/>
            </w:r>
          </w:p>
        </w:tc>
      </w:tr>
      <w:tr w:rsidR="00434B3F" w14:paraId="6211269A" w14:textId="77777777">
        <w:trPr>
          <w:jc w:val="center"/>
        </w:trPr>
        <w:tc>
          <w:tcPr>
            <w:tcW w:w="1188" w:type="dxa"/>
            <w:vAlign w:val="center"/>
          </w:tcPr>
          <w:p w14:paraId="5CD693B8" w14:textId="77777777" w:rsidR="00434B3F" w:rsidRDefault="00000000">
            <w:r>
              <w:t>7</w:t>
            </w:r>
          </w:p>
        </w:tc>
        <w:tc>
          <w:tcPr>
            <w:tcW w:w="1188" w:type="dxa"/>
            <w:vAlign w:val="center"/>
          </w:tcPr>
          <w:p w14:paraId="2EEDEBD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87C489A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2FA2512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16CF762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C5B4E42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5D603C8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E5BE646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69DE45E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24EDB4A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63F8A5D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EABDB84" w14:textId="77777777" w:rsidR="00434B3F" w:rsidRDefault="00000000">
            <w:r>
              <w:br/>
            </w:r>
          </w:p>
        </w:tc>
      </w:tr>
      <w:tr w:rsidR="00434B3F" w14:paraId="5F7078F3" w14:textId="77777777">
        <w:trPr>
          <w:jc w:val="center"/>
        </w:trPr>
        <w:tc>
          <w:tcPr>
            <w:tcW w:w="1188" w:type="dxa"/>
            <w:vAlign w:val="center"/>
          </w:tcPr>
          <w:p w14:paraId="4702BF02" w14:textId="77777777" w:rsidR="00434B3F" w:rsidRDefault="00000000">
            <w:r>
              <w:t>8</w:t>
            </w:r>
          </w:p>
        </w:tc>
        <w:tc>
          <w:tcPr>
            <w:tcW w:w="1188" w:type="dxa"/>
            <w:vAlign w:val="center"/>
          </w:tcPr>
          <w:p w14:paraId="4F667A21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9682BFE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C6C673F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5C1A9AB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196A710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B93F584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63EA797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CB00F25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941B644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8FA0E8A" w14:textId="77777777" w:rsidR="00434B3F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C0CBB0C" w14:textId="77777777" w:rsidR="00434B3F" w:rsidRDefault="00000000">
            <w:r>
              <w:br/>
            </w:r>
          </w:p>
        </w:tc>
      </w:tr>
    </w:tbl>
    <w:p w14:paraId="78DCE7F4" w14:textId="77777777" w:rsidR="00434B3F" w:rsidRDefault="00000000">
      <w:r>
        <w:rPr>
          <w:b/>
        </w:rPr>
        <w:t xml:space="preserve">Gerçekleşme Durumu: </w:t>
      </w:r>
      <w:r>
        <w:t>☐ Tamamlandı  ☐ Devam Ediyor  ☐ Gecikti  ☐ Başlatılmadı</w:t>
      </w:r>
    </w:p>
    <w:sectPr w:rsidR="00434B3F" w:rsidSect="003A51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65" w:right="794" w:bottom="765" w:left="79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5D5B" w14:textId="77777777" w:rsidR="005A6DA6" w:rsidRDefault="005A6DA6" w:rsidP="003A5140">
      <w:pPr>
        <w:spacing w:after="0" w:line="240" w:lineRule="auto"/>
      </w:pPr>
      <w:r>
        <w:separator/>
      </w:r>
    </w:p>
  </w:endnote>
  <w:endnote w:type="continuationSeparator" w:id="0">
    <w:p w14:paraId="7E575404" w14:textId="77777777" w:rsidR="005A6DA6" w:rsidRDefault="005A6DA6" w:rsidP="003A5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B9D75" w14:textId="77777777" w:rsidR="003A5140" w:rsidRDefault="003A51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822"/>
      <w:gridCol w:w="4822"/>
      <w:gridCol w:w="4824"/>
    </w:tblGrid>
    <w:tr w:rsidR="003A5140" w:rsidRPr="003A5140" w14:paraId="75C926EA" w14:textId="77777777" w:rsidTr="003A5140">
      <w:trPr>
        <w:jc w:val="center"/>
      </w:trPr>
      <w:tc>
        <w:tcPr>
          <w:tcW w:w="1666" w:type="pct"/>
        </w:tcPr>
        <w:p w14:paraId="052BAC1C" w14:textId="77777777" w:rsidR="003A5140" w:rsidRPr="003A5140" w:rsidRDefault="003A5140" w:rsidP="003A514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666" w:type="pct"/>
        </w:tcPr>
        <w:p w14:paraId="77765222" w14:textId="77777777" w:rsidR="003A5140" w:rsidRPr="003A5140" w:rsidRDefault="003A5140" w:rsidP="003A514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667" w:type="pct"/>
        </w:tcPr>
        <w:p w14:paraId="1139E9C0" w14:textId="77777777" w:rsidR="003A5140" w:rsidRPr="003A5140" w:rsidRDefault="003A5140" w:rsidP="003A514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3A5140" w:rsidRPr="003A5140" w14:paraId="352039FF" w14:textId="77777777" w:rsidTr="003A5140">
      <w:trPr>
        <w:trHeight w:val="1002"/>
        <w:jc w:val="center"/>
      </w:trPr>
      <w:tc>
        <w:tcPr>
          <w:tcW w:w="1666" w:type="pct"/>
        </w:tcPr>
        <w:p w14:paraId="40E6D9BE" w14:textId="77777777" w:rsidR="003A5140" w:rsidRPr="003A5140" w:rsidRDefault="003A5140" w:rsidP="003A514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733C15E0" w14:textId="4373D73B" w:rsidR="003A5140" w:rsidRPr="003A5140" w:rsidRDefault="003A5140" w:rsidP="003A514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632039FE" w14:textId="77777777" w:rsidR="003A5140" w:rsidRPr="003A5140" w:rsidRDefault="003A5140" w:rsidP="003A5140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Öğr. Gör. Cankat ÖZLÜ</w:t>
          </w:r>
        </w:p>
        <w:p w14:paraId="665DBCC8" w14:textId="77777777" w:rsidR="003A5140" w:rsidRPr="003A5140" w:rsidRDefault="003A5140" w:rsidP="003A5140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0FBB4F6F" w14:textId="77777777" w:rsidR="003A5140" w:rsidRDefault="003A514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979A" w14:textId="77777777" w:rsidR="003A5140" w:rsidRDefault="003A51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BBA28" w14:textId="77777777" w:rsidR="005A6DA6" w:rsidRDefault="005A6DA6" w:rsidP="003A5140">
      <w:pPr>
        <w:spacing w:after="0" w:line="240" w:lineRule="auto"/>
      </w:pPr>
      <w:r>
        <w:separator/>
      </w:r>
    </w:p>
  </w:footnote>
  <w:footnote w:type="continuationSeparator" w:id="0">
    <w:p w14:paraId="00410238" w14:textId="77777777" w:rsidR="005A6DA6" w:rsidRDefault="005A6DA6" w:rsidP="003A5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D3F8" w14:textId="77777777" w:rsidR="003A5140" w:rsidRDefault="003A51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262" w:type="pct"/>
      <w:tblInd w:w="6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41"/>
      <w:gridCol w:w="6307"/>
      <w:gridCol w:w="2126"/>
      <w:gridCol w:w="1559"/>
    </w:tblGrid>
    <w:tr w:rsidR="003A5140" w:rsidRPr="00AE6D38" w14:paraId="66B47D4C" w14:textId="77777777" w:rsidTr="003A5140">
      <w:trPr>
        <w:trHeight w:val="276"/>
      </w:trPr>
      <w:tc>
        <w:tcPr>
          <w:tcW w:w="949" w:type="pct"/>
          <w:vMerge w:val="restart"/>
          <w:vAlign w:val="center"/>
        </w:tcPr>
        <w:p w14:paraId="13A0B275" w14:textId="77777777" w:rsidR="003A5140" w:rsidRPr="00AE6D38" w:rsidRDefault="003A5140" w:rsidP="003A5140">
          <w:pPr>
            <w:rPr>
              <w:rFonts w:cs="Arial"/>
            </w:rPr>
          </w:pPr>
          <w:r>
            <w:rPr>
              <w:rFonts w:cs="Arial"/>
              <w:noProof/>
              <w:lang w:eastAsia="tr-TR"/>
            </w:rPr>
            <w:drawing>
              <wp:inline distT="0" distB="0" distL="0" distR="0" wp14:anchorId="3D472BAF" wp14:editId="6E63B39C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7" w:type="pct"/>
          <w:vMerge w:val="restart"/>
          <w:vAlign w:val="center"/>
        </w:tcPr>
        <w:p w14:paraId="16EAF62B" w14:textId="30FBC304" w:rsidR="003A5140" w:rsidRPr="00343519" w:rsidRDefault="003A5140" w:rsidP="003A5140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28"/>
            </w:rPr>
            <w:t>DENETİM VE DEĞERLENDİRME BULGULARI EYLEM İZLEME FORMU</w:t>
          </w:r>
        </w:p>
      </w:tc>
      <w:tc>
        <w:tcPr>
          <w:tcW w:w="862" w:type="pct"/>
          <w:vAlign w:val="center"/>
        </w:tcPr>
        <w:p w14:paraId="4EF283EC" w14:textId="77777777" w:rsidR="003A5140" w:rsidRPr="00AE6D38" w:rsidRDefault="003A5140" w:rsidP="003A5140">
          <w:pPr>
            <w:rPr>
              <w:rFonts w:cs="Arial"/>
            </w:rPr>
          </w:pPr>
          <w:r w:rsidRPr="00AE6D38">
            <w:rPr>
              <w:rFonts w:cs="Arial"/>
            </w:rPr>
            <w:t>Doküman No</w:t>
          </w:r>
        </w:p>
      </w:tc>
      <w:tc>
        <w:tcPr>
          <w:tcW w:w="632" w:type="pct"/>
          <w:vAlign w:val="center"/>
        </w:tcPr>
        <w:p w14:paraId="48BBC655" w14:textId="54698F82" w:rsidR="003A5140" w:rsidRPr="00AE6D38" w:rsidRDefault="003A5140" w:rsidP="003A5140">
          <w:pPr>
            <w:rPr>
              <w:rFonts w:cs="Arial"/>
              <w:b/>
            </w:rPr>
          </w:pPr>
          <w:r>
            <w:rPr>
              <w:rFonts w:cs="Arial"/>
              <w:b/>
            </w:rPr>
            <w:t>FR-KBK-0</w:t>
          </w:r>
          <w:r w:rsidR="00E11D14">
            <w:rPr>
              <w:rFonts w:cs="Arial"/>
              <w:b/>
            </w:rPr>
            <w:t>146</w:t>
          </w:r>
        </w:p>
      </w:tc>
    </w:tr>
    <w:tr w:rsidR="003A5140" w:rsidRPr="00AE6D38" w14:paraId="7176139C" w14:textId="77777777" w:rsidTr="003A5140">
      <w:trPr>
        <w:trHeight w:val="305"/>
      </w:trPr>
      <w:tc>
        <w:tcPr>
          <w:tcW w:w="949" w:type="pct"/>
          <w:vMerge/>
          <w:vAlign w:val="center"/>
        </w:tcPr>
        <w:p w14:paraId="3537C552" w14:textId="77777777" w:rsidR="003A5140" w:rsidRPr="00AE6D38" w:rsidRDefault="003A5140" w:rsidP="003A5140">
          <w:pPr>
            <w:jc w:val="center"/>
            <w:rPr>
              <w:rFonts w:cs="Arial"/>
            </w:rPr>
          </w:pPr>
        </w:p>
      </w:tc>
      <w:tc>
        <w:tcPr>
          <w:tcW w:w="2557" w:type="pct"/>
          <w:vMerge/>
          <w:vAlign w:val="center"/>
        </w:tcPr>
        <w:p w14:paraId="3799A62B" w14:textId="77777777" w:rsidR="003A5140" w:rsidRPr="00AE6D38" w:rsidRDefault="003A5140" w:rsidP="003A5140">
          <w:pPr>
            <w:jc w:val="center"/>
            <w:rPr>
              <w:rFonts w:cs="Arial"/>
            </w:rPr>
          </w:pPr>
        </w:p>
      </w:tc>
      <w:tc>
        <w:tcPr>
          <w:tcW w:w="862" w:type="pct"/>
          <w:vAlign w:val="center"/>
        </w:tcPr>
        <w:p w14:paraId="1C888F1F" w14:textId="77777777" w:rsidR="003A5140" w:rsidRPr="00AE6D38" w:rsidRDefault="003A5140" w:rsidP="003A5140">
          <w:pPr>
            <w:rPr>
              <w:rFonts w:cs="Arial"/>
            </w:rPr>
          </w:pPr>
          <w:r w:rsidRPr="00AE6D38">
            <w:rPr>
              <w:rFonts w:cs="Arial"/>
            </w:rPr>
            <w:t>İlk Yayın Tarihi</w:t>
          </w:r>
        </w:p>
      </w:tc>
      <w:tc>
        <w:tcPr>
          <w:tcW w:w="632" w:type="pct"/>
          <w:vAlign w:val="center"/>
        </w:tcPr>
        <w:p w14:paraId="3DE76763" w14:textId="77777777" w:rsidR="003A5140" w:rsidRPr="00AE6D38" w:rsidRDefault="003A5140" w:rsidP="003A5140">
          <w:pPr>
            <w:rPr>
              <w:rFonts w:cs="Arial"/>
              <w:b/>
            </w:rPr>
          </w:pPr>
          <w:r>
            <w:rPr>
              <w:rFonts w:cs="Arial"/>
              <w:b/>
            </w:rPr>
            <w:t>02.12.2025</w:t>
          </w:r>
        </w:p>
      </w:tc>
    </w:tr>
    <w:tr w:rsidR="003A5140" w:rsidRPr="00AE6D38" w14:paraId="09A5971B" w14:textId="77777777" w:rsidTr="003A5140">
      <w:trPr>
        <w:trHeight w:val="276"/>
      </w:trPr>
      <w:tc>
        <w:tcPr>
          <w:tcW w:w="949" w:type="pct"/>
          <w:vMerge/>
          <w:vAlign w:val="center"/>
        </w:tcPr>
        <w:p w14:paraId="59DB2EEC" w14:textId="77777777" w:rsidR="003A5140" w:rsidRPr="00AE6D38" w:rsidRDefault="003A5140" w:rsidP="003A5140">
          <w:pPr>
            <w:jc w:val="center"/>
            <w:rPr>
              <w:rFonts w:cs="Arial"/>
            </w:rPr>
          </w:pPr>
        </w:p>
      </w:tc>
      <w:tc>
        <w:tcPr>
          <w:tcW w:w="2557" w:type="pct"/>
          <w:vMerge/>
          <w:vAlign w:val="center"/>
        </w:tcPr>
        <w:p w14:paraId="48A3F943" w14:textId="77777777" w:rsidR="003A5140" w:rsidRPr="00AE6D38" w:rsidRDefault="003A5140" w:rsidP="003A5140">
          <w:pPr>
            <w:jc w:val="center"/>
            <w:rPr>
              <w:rFonts w:cs="Arial"/>
            </w:rPr>
          </w:pPr>
        </w:p>
      </w:tc>
      <w:tc>
        <w:tcPr>
          <w:tcW w:w="862" w:type="pct"/>
          <w:vAlign w:val="center"/>
        </w:tcPr>
        <w:p w14:paraId="559E5DE6" w14:textId="77777777" w:rsidR="003A5140" w:rsidRPr="00AE6D38" w:rsidRDefault="003A5140" w:rsidP="003A5140">
          <w:pPr>
            <w:rPr>
              <w:rFonts w:cs="Arial"/>
            </w:rPr>
          </w:pPr>
          <w:r w:rsidRPr="00AE6D38">
            <w:rPr>
              <w:rFonts w:cs="Arial"/>
            </w:rPr>
            <w:t>Revizyon Tarihi</w:t>
          </w:r>
        </w:p>
      </w:tc>
      <w:tc>
        <w:tcPr>
          <w:tcW w:w="632" w:type="pct"/>
          <w:vAlign w:val="center"/>
        </w:tcPr>
        <w:p w14:paraId="3785233C" w14:textId="77777777" w:rsidR="003A5140" w:rsidRPr="00AE6D38" w:rsidRDefault="003A5140" w:rsidP="003A5140">
          <w:pPr>
            <w:rPr>
              <w:rFonts w:cs="Arial"/>
              <w:b/>
            </w:rPr>
          </w:pPr>
        </w:p>
      </w:tc>
    </w:tr>
    <w:tr w:rsidR="003A5140" w:rsidRPr="00AE6D38" w14:paraId="2B511E35" w14:textId="77777777" w:rsidTr="003A5140">
      <w:trPr>
        <w:trHeight w:val="276"/>
      </w:trPr>
      <w:tc>
        <w:tcPr>
          <w:tcW w:w="949" w:type="pct"/>
          <w:vMerge/>
          <w:vAlign w:val="center"/>
        </w:tcPr>
        <w:p w14:paraId="30A2A646" w14:textId="77777777" w:rsidR="003A5140" w:rsidRPr="00AE6D38" w:rsidRDefault="003A5140" w:rsidP="003A5140">
          <w:pPr>
            <w:jc w:val="center"/>
            <w:rPr>
              <w:rFonts w:cs="Arial"/>
            </w:rPr>
          </w:pPr>
        </w:p>
      </w:tc>
      <w:tc>
        <w:tcPr>
          <w:tcW w:w="2557" w:type="pct"/>
          <w:vMerge/>
          <w:vAlign w:val="center"/>
        </w:tcPr>
        <w:p w14:paraId="6AD19F7F" w14:textId="77777777" w:rsidR="003A5140" w:rsidRPr="00AE6D38" w:rsidRDefault="003A5140" w:rsidP="003A5140">
          <w:pPr>
            <w:jc w:val="center"/>
            <w:rPr>
              <w:rFonts w:cs="Arial"/>
            </w:rPr>
          </w:pPr>
        </w:p>
      </w:tc>
      <w:tc>
        <w:tcPr>
          <w:tcW w:w="862" w:type="pct"/>
          <w:vAlign w:val="center"/>
        </w:tcPr>
        <w:p w14:paraId="06E0C3B3" w14:textId="77777777" w:rsidR="003A5140" w:rsidRPr="00AE6D38" w:rsidRDefault="003A5140" w:rsidP="003A5140">
          <w:pPr>
            <w:rPr>
              <w:rFonts w:cs="Arial"/>
            </w:rPr>
          </w:pPr>
          <w:r w:rsidRPr="00AE6D38">
            <w:rPr>
              <w:rFonts w:cs="Arial"/>
            </w:rPr>
            <w:t>Revizyon No</w:t>
          </w:r>
        </w:p>
      </w:tc>
      <w:tc>
        <w:tcPr>
          <w:tcW w:w="632" w:type="pct"/>
          <w:vAlign w:val="center"/>
        </w:tcPr>
        <w:p w14:paraId="77C0678A" w14:textId="77777777" w:rsidR="003A5140" w:rsidRPr="00AE6D38" w:rsidRDefault="003A5140" w:rsidP="003A5140">
          <w:pPr>
            <w:rPr>
              <w:rFonts w:cs="Arial"/>
              <w:b/>
            </w:rPr>
          </w:pPr>
        </w:p>
      </w:tc>
    </w:tr>
    <w:tr w:rsidR="003A5140" w:rsidRPr="00AE6D38" w14:paraId="76768E8A" w14:textId="77777777" w:rsidTr="003A5140">
      <w:trPr>
        <w:trHeight w:val="276"/>
      </w:trPr>
      <w:tc>
        <w:tcPr>
          <w:tcW w:w="949" w:type="pct"/>
          <w:vMerge/>
          <w:vAlign w:val="center"/>
        </w:tcPr>
        <w:p w14:paraId="6200A182" w14:textId="77777777" w:rsidR="003A5140" w:rsidRPr="00AE6D38" w:rsidRDefault="003A5140" w:rsidP="003A5140">
          <w:pPr>
            <w:jc w:val="center"/>
            <w:rPr>
              <w:rFonts w:cs="Arial"/>
            </w:rPr>
          </w:pPr>
        </w:p>
      </w:tc>
      <w:tc>
        <w:tcPr>
          <w:tcW w:w="2557" w:type="pct"/>
          <w:vMerge/>
          <w:vAlign w:val="center"/>
        </w:tcPr>
        <w:p w14:paraId="4D40D24A" w14:textId="77777777" w:rsidR="003A5140" w:rsidRPr="00AE6D38" w:rsidRDefault="003A5140" w:rsidP="003A5140">
          <w:pPr>
            <w:jc w:val="center"/>
            <w:rPr>
              <w:rFonts w:cs="Arial"/>
            </w:rPr>
          </w:pPr>
        </w:p>
      </w:tc>
      <w:tc>
        <w:tcPr>
          <w:tcW w:w="862" w:type="pct"/>
          <w:vAlign w:val="center"/>
        </w:tcPr>
        <w:p w14:paraId="4AD04776" w14:textId="77777777" w:rsidR="003A5140" w:rsidRPr="00AE6D38" w:rsidRDefault="003A5140" w:rsidP="003A5140">
          <w:pPr>
            <w:rPr>
              <w:rFonts w:cs="Arial"/>
            </w:rPr>
          </w:pPr>
          <w:r w:rsidRPr="00AE6D38">
            <w:rPr>
              <w:rFonts w:cs="Arial"/>
            </w:rPr>
            <w:t>Sayfa</w:t>
          </w:r>
        </w:p>
      </w:tc>
      <w:tc>
        <w:tcPr>
          <w:tcW w:w="632" w:type="pct"/>
          <w:vAlign w:val="center"/>
        </w:tcPr>
        <w:p w14:paraId="335246E5" w14:textId="77777777" w:rsidR="003A5140" w:rsidRPr="00AE6D38" w:rsidRDefault="003A5140" w:rsidP="003A5140">
          <w:pPr>
            <w:rPr>
              <w:rFonts w:cs="Arial"/>
              <w:b/>
            </w:rPr>
          </w:pPr>
          <w:r w:rsidRPr="00AE6D38">
            <w:rPr>
              <w:rFonts w:cs="Arial"/>
              <w:b/>
            </w:rPr>
            <w:fldChar w:fldCharType="begin"/>
          </w:r>
          <w:r w:rsidRPr="00AE6D38">
            <w:rPr>
              <w:rFonts w:cs="Arial"/>
              <w:b/>
            </w:rPr>
            <w:instrText xml:space="preserve"> PAGE   \* MERGEFORMAT </w:instrText>
          </w:r>
          <w:r w:rsidRPr="00AE6D38">
            <w:rPr>
              <w:rFonts w:cs="Arial"/>
              <w:b/>
            </w:rPr>
            <w:fldChar w:fldCharType="separate"/>
          </w:r>
          <w:r>
            <w:rPr>
              <w:rFonts w:cs="Arial"/>
              <w:b/>
              <w:noProof/>
            </w:rPr>
            <w:t>1</w:t>
          </w:r>
          <w:r w:rsidRPr="00AE6D38">
            <w:rPr>
              <w:rFonts w:cs="Arial"/>
              <w:b/>
            </w:rPr>
            <w:fldChar w:fldCharType="end"/>
          </w:r>
          <w:r w:rsidRPr="00AE6D38">
            <w:rPr>
              <w:rFonts w:cs="Arial"/>
              <w:b/>
            </w:rPr>
            <w:t>/</w:t>
          </w:r>
          <w:r w:rsidRPr="00AE6D38">
            <w:rPr>
              <w:rFonts w:cs="Arial"/>
              <w:b/>
            </w:rPr>
            <w:fldChar w:fldCharType="begin"/>
          </w:r>
          <w:r w:rsidRPr="00AE6D38">
            <w:rPr>
              <w:rFonts w:cs="Arial"/>
              <w:b/>
            </w:rPr>
            <w:instrText xml:space="preserve"> NUMPAGES   \* MERGEFORMAT </w:instrText>
          </w:r>
          <w:r w:rsidRPr="00AE6D38">
            <w:rPr>
              <w:rFonts w:cs="Arial"/>
              <w:b/>
            </w:rPr>
            <w:fldChar w:fldCharType="separate"/>
          </w:r>
          <w:r>
            <w:rPr>
              <w:rFonts w:cs="Arial"/>
              <w:b/>
              <w:noProof/>
            </w:rPr>
            <w:t>1</w:t>
          </w:r>
          <w:r w:rsidRPr="00AE6D38">
            <w:rPr>
              <w:rFonts w:cs="Arial"/>
              <w:b/>
            </w:rPr>
            <w:fldChar w:fldCharType="end"/>
          </w:r>
        </w:p>
      </w:tc>
    </w:tr>
  </w:tbl>
  <w:p w14:paraId="43006C7A" w14:textId="77777777" w:rsidR="003A5140" w:rsidRDefault="003A514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B300" w14:textId="77777777" w:rsidR="003A5140" w:rsidRDefault="003A51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1309982">
    <w:abstractNumId w:val="8"/>
  </w:num>
  <w:num w:numId="2" w16cid:durableId="1593589636">
    <w:abstractNumId w:val="6"/>
  </w:num>
  <w:num w:numId="3" w16cid:durableId="213662819">
    <w:abstractNumId w:val="5"/>
  </w:num>
  <w:num w:numId="4" w16cid:durableId="1970044011">
    <w:abstractNumId w:val="4"/>
  </w:num>
  <w:num w:numId="5" w16cid:durableId="1191988597">
    <w:abstractNumId w:val="7"/>
  </w:num>
  <w:num w:numId="6" w16cid:durableId="1422793267">
    <w:abstractNumId w:val="3"/>
  </w:num>
  <w:num w:numId="7" w16cid:durableId="379666563">
    <w:abstractNumId w:val="2"/>
  </w:num>
  <w:num w:numId="8" w16cid:durableId="623661865">
    <w:abstractNumId w:val="1"/>
  </w:num>
  <w:num w:numId="9" w16cid:durableId="61433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62D"/>
    <w:rsid w:val="0015074B"/>
    <w:rsid w:val="001B199C"/>
    <w:rsid w:val="0029639D"/>
    <w:rsid w:val="00326F90"/>
    <w:rsid w:val="003A5140"/>
    <w:rsid w:val="00434B3F"/>
    <w:rsid w:val="00516BD0"/>
    <w:rsid w:val="005173C8"/>
    <w:rsid w:val="005A6DA6"/>
    <w:rsid w:val="00AA1D8D"/>
    <w:rsid w:val="00B47730"/>
    <w:rsid w:val="00CB0664"/>
    <w:rsid w:val="00E11D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9017E"/>
  <w14:defaultImageDpi w14:val="300"/>
  <w15:docId w15:val="{DD799896-B40B-40EB-AE6B-32BCDFE6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4</cp:revision>
  <dcterms:created xsi:type="dcterms:W3CDTF">2013-12-23T23:15:00Z</dcterms:created>
  <dcterms:modified xsi:type="dcterms:W3CDTF">2026-08-07T13:34:00Z</dcterms:modified>
  <cp:category/>
</cp:coreProperties>
</file>