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F8E0D" w14:textId="36654503" w:rsidR="00E4337F" w:rsidRDefault="00000000">
      <w:pPr>
        <w:jc w:val="center"/>
      </w:pPr>
      <w:r>
        <w:rPr>
          <w:b/>
          <w:sz w:val="30"/>
        </w:rPr>
        <w:br/>
      </w:r>
      <w:r>
        <w:rPr>
          <w:i/>
          <w:sz w:val="18"/>
        </w:rPr>
        <w:br/>
        <w:t>Kontrol Faaliyetleri Standartları – KFSE 11.3.1</w:t>
      </w:r>
    </w:p>
    <w:p w14:paraId="3C894989" w14:textId="77777777" w:rsidR="00E4337F" w:rsidRDefault="00000000">
      <w:r>
        <w:rPr>
          <w:b/>
        </w:rPr>
        <w:t xml:space="preserve">Amaç: </w:t>
      </w:r>
      <w:r>
        <w:t>Görev değişikliği, geçici/kalıcı ayrılma veya benzeri durumlarda devam eden işlerin, yaklaşan tarihlerin, sorumlulukların, bilgi-belgelerin ve gerekli erişim/yetkilendirme işlemlerinin düzenli ve izlenebilir biçimde devredilmesidir.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62"/>
        <w:gridCol w:w="1729"/>
        <w:gridCol w:w="2257"/>
        <w:gridCol w:w="1729"/>
        <w:gridCol w:w="1776"/>
        <w:gridCol w:w="1729"/>
      </w:tblGrid>
      <w:tr w:rsidR="00E4337F" w14:paraId="26CCEE46" w14:textId="77777777">
        <w:trPr>
          <w:jc w:val="center"/>
        </w:trPr>
        <w:tc>
          <w:tcPr>
            <w:tcW w:w="1794" w:type="dxa"/>
          </w:tcPr>
          <w:p w14:paraId="79D6EB2D" w14:textId="77777777" w:rsidR="00E4337F" w:rsidRDefault="00000000">
            <w:r>
              <w:rPr>
                <w:b/>
              </w:rPr>
              <w:t>Birim</w:t>
            </w:r>
          </w:p>
        </w:tc>
        <w:tc>
          <w:tcPr>
            <w:tcW w:w="1794" w:type="dxa"/>
          </w:tcPr>
          <w:p w14:paraId="45091874" w14:textId="77777777" w:rsidR="00E4337F" w:rsidRDefault="00E4337F"/>
        </w:tc>
        <w:tc>
          <w:tcPr>
            <w:tcW w:w="1794" w:type="dxa"/>
          </w:tcPr>
          <w:p w14:paraId="08FC04C4" w14:textId="77777777" w:rsidR="00E4337F" w:rsidRDefault="00000000">
            <w:r>
              <w:rPr>
                <w:b/>
              </w:rPr>
              <w:t>Değerlendirme Yılı</w:t>
            </w:r>
          </w:p>
        </w:tc>
        <w:tc>
          <w:tcPr>
            <w:tcW w:w="1794" w:type="dxa"/>
          </w:tcPr>
          <w:p w14:paraId="474F98E3" w14:textId="77777777" w:rsidR="00E4337F" w:rsidRDefault="00E4337F"/>
        </w:tc>
        <w:tc>
          <w:tcPr>
            <w:tcW w:w="1794" w:type="dxa"/>
          </w:tcPr>
          <w:p w14:paraId="53A91375" w14:textId="77777777" w:rsidR="00E4337F" w:rsidRDefault="00000000">
            <w:r>
              <w:rPr>
                <w:b/>
              </w:rPr>
              <w:t>Form Tarihi</w:t>
            </w:r>
          </w:p>
        </w:tc>
        <w:tc>
          <w:tcPr>
            <w:tcW w:w="1794" w:type="dxa"/>
          </w:tcPr>
          <w:p w14:paraId="185C44ED" w14:textId="77777777" w:rsidR="00E4337F" w:rsidRDefault="00E4337F"/>
        </w:tc>
      </w:tr>
      <w:tr w:rsidR="00E4337F" w14:paraId="28262EB3" w14:textId="77777777">
        <w:trPr>
          <w:jc w:val="center"/>
        </w:trPr>
        <w:tc>
          <w:tcPr>
            <w:tcW w:w="1794" w:type="dxa"/>
          </w:tcPr>
          <w:p w14:paraId="1EDDB36C" w14:textId="77777777" w:rsidR="00E4337F" w:rsidRDefault="00000000">
            <w:r>
              <w:rPr>
                <w:b/>
              </w:rPr>
              <w:t>Birim Yöneticisi</w:t>
            </w:r>
          </w:p>
        </w:tc>
        <w:tc>
          <w:tcPr>
            <w:tcW w:w="1794" w:type="dxa"/>
          </w:tcPr>
          <w:p w14:paraId="3A38EE5B" w14:textId="77777777" w:rsidR="00E4337F" w:rsidRDefault="00E4337F"/>
        </w:tc>
        <w:tc>
          <w:tcPr>
            <w:tcW w:w="1794" w:type="dxa"/>
          </w:tcPr>
          <w:p w14:paraId="351CF4C6" w14:textId="77777777" w:rsidR="00E4337F" w:rsidRDefault="00000000">
            <w:r>
              <w:rPr>
                <w:b/>
              </w:rPr>
              <w:t>Hazırlayan/Değerlendiren</w:t>
            </w:r>
          </w:p>
        </w:tc>
        <w:tc>
          <w:tcPr>
            <w:tcW w:w="1794" w:type="dxa"/>
          </w:tcPr>
          <w:p w14:paraId="32E70FFF" w14:textId="77777777" w:rsidR="00E4337F" w:rsidRDefault="00E4337F"/>
        </w:tc>
        <w:tc>
          <w:tcPr>
            <w:tcW w:w="1794" w:type="dxa"/>
          </w:tcPr>
          <w:p w14:paraId="655D68B9" w14:textId="77777777" w:rsidR="00E4337F" w:rsidRDefault="00000000">
            <w:r>
              <w:rPr>
                <w:b/>
              </w:rPr>
              <w:t>Görevi/Unvanı</w:t>
            </w:r>
          </w:p>
        </w:tc>
        <w:tc>
          <w:tcPr>
            <w:tcW w:w="1794" w:type="dxa"/>
          </w:tcPr>
          <w:p w14:paraId="4B877F29" w14:textId="77777777" w:rsidR="00E4337F" w:rsidRDefault="00E4337F"/>
        </w:tc>
      </w:tr>
    </w:tbl>
    <w:p w14:paraId="5BDA4498" w14:textId="77777777" w:rsidR="00E4337F" w:rsidRDefault="00E4337F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91"/>
        <w:gridCol w:w="2691"/>
        <w:gridCol w:w="2691"/>
        <w:gridCol w:w="2691"/>
      </w:tblGrid>
      <w:tr w:rsidR="00E4337F" w14:paraId="16A6EE67" w14:textId="77777777">
        <w:tc>
          <w:tcPr>
            <w:tcW w:w="2691" w:type="dxa"/>
          </w:tcPr>
          <w:p w14:paraId="5F866491" w14:textId="77777777" w:rsidR="00E4337F" w:rsidRDefault="00000000">
            <w:r>
              <w:rPr>
                <w:b/>
              </w:rPr>
              <w:t>Görevi Devreden</w:t>
            </w:r>
          </w:p>
        </w:tc>
        <w:tc>
          <w:tcPr>
            <w:tcW w:w="2691" w:type="dxa"/>
          </w:tcPr>
          <w:p w14:paraId="41CCF75A" w14:textId="77777777" w:rsidR="00E4337F" w:rsidRDefault="00E4337F"/>
        </w:tc>
        <w:tc>
          <w:tcPr>
            <w:tcW w:w="2691" w:type="dxa"/>
          </w:tcPr>
          <w:p w14:paraId="6F3A0804" w14:textId="77777777" w:rsidR="00E4337F" w:rsidRDefault="00000000">
            <w:r>
              <w:rPr>
                <w:b/>
              </w:rPr>
              <w:t>Görevi Devralan</w:t>
            </w:r>
          </w:p>
        </w:tc>
        <w:tc>
          <w:tcPr>
            <w:tcW w:w="2691" w:type="dxa"/>
          </w:tcPr>
          <w:p w14:paraId="205276DE" w14:textId="77777777" w:rsidR="00E4337F" w:rsidRDefault="00E4337F"/>
        </w:tc>
      </w:tr>
      <w:tr w:rsidR="00E4337F" w14:paraId="263C5E51" w14:textId="77777777">
        <w:tc>
          <w:tcPr>
            <w:tcW w:w="2691" w:type="dxa"/>
          </w:tcPr>
          <w:p w14:paraId="1D14B166" w14:textId="77777777" w:rsidR="00E4337F" w:rsidRDefault="00000000">
            <w:r>
              <w:rPr>
                <w:b/>
              </w:rPr>
              <w:t>Unvanı / Birimi</w:t>
            </w:r>
          </w:p>
        </w:tc>
        <w:tc>
          <w:tcPr>
            <w:tcW w:w="2691" w:type="dxa"/>
          </w:tcPr>
          <w:p w14:paraId="3DE65093" w14:textId="77777777" w:rsidR="00E4337F" w:rsidRDefault="00E4337F"/>
        </w:tc>
        <w:tc>
          <w:tcPr>
            <w:tcW w:w="2691" w:type="dxa"/>
          </w:tcPr>
          <w:p w14:paraId="47ADEBEC" w14:textId="77777777" w:rsidR="00E4337F" w:rsidRDefault="00000000">
            <w:r>
              <w:rPr>
                <w:b/>
              </w:rPr>
              <w:t>Unvanı / Birimi</w:t>
            </w:r>
          </w:p>
        </w:tc>
        <w:tc>
          <w:tcPr>
            <w:tcW w:w="2691" w:type="dxa"/>
          </w:tcPr>
          <w:p w14:paraId="76409260" w14:textId="77777777" w:rsidR="00E4337F" w:rsidRDefault="00E4337F"/>
        </w:tc>
      </w:tr>
      <w:tr w:rsidR="00E4337F" w14:paraId="0E1CA6A0" w14:textId="77777777">
        <w:tc>
          <w:tcPr>
            <w:tcW w:w="2691" w:type="dxa"/>
          </w:tcPr>
          <w:p w14:paraId="74FB2390" w14:textId="77777777" w:rsidR="00E4337F" w:rsidRDefault="00000000">
            <w:r>
              <w:rPr>
                <w:b/>
              </w:rPr>
              <w:t>Devir Nedeni</w:t>
            </w:r>
          </w:p>
        </w:tc>
        <w:tc>
          <w:tcPr>
            <w:tcW w:w="2691" w:type="dxa"/>
          </w:tcPr>
          <w:p w14:paraId="619038DB" w14:textId="77777777" w:rsidR="00E4337F" w:rsidRDefault="00E4337F"/>
        </w:tc>
        <w:tc>
          <w:tcPr>
            <w:tcW w:w="2691" w:type="dxa"/>
          </w:tcPr>
          <w:p w14:paraId="74E218F9" w14:textId="77777777" w:rsidR="00E4337F" w:rsidRDefault="00000000">
            <w:r>
              <w:rPr>
                <w:b/>
              </w:rPr>
              <w:t>Devir Tarihi</w:t>
            </w:r>
          </w:p>
        </w:tc>
        <w:tc>
          <w:tcPr>
            <w:tcW w:w="2691" w:type="dxa"/>
          </w:tcPr>
          <w:p w14:paraId="20E50C7C" w14:textId="77777777" w:rsidR="00E4337F" w:rsidRDefault="00E4337F"/>
        </w:tc>
      </w:tr>
      <w:tr w:rsidR="00E4337F" w14:paraId="293F4834" w14:textId="77777777">
        <w:tc>
          <w:tcPr>
            <w:tcW w:w="2691" w:type="dxa"/>
          </w:tcPr>
          <w:p w14:paraId="7C30F6BA" w14:textId="77777777" w:rsidR="00E4337F" w:rsidRDefault="00000000">
            <w:r>
              <w:rPr>
                <w:b/>
              </w:rPr>
              <w:t>Görev / Sorumluluk Alanı</w:t>
            </w:r>
          </w:p>
        </w:tc>
        <w:tc>
          <w:tcPr>
            <w:tcW w:w="2691" w:type="dxa"/>
          </w:tcPr>
          <w:p w14:paraId="7D763D05" w14:textId="77777777" w:rsidR="00E4337F" w:rsidRDefault="00E4337F"/>
        </w:tc>
        <w:tc>
          <w:tcPr>
            <w:tcW w:w="2691" w:type="dxa"/>
          </w:tcPr>
          <w:p w14:paraId="3C0FE7F8" w14:textId="77777777" w:rsidR="00E4337F" w:rsidRDefault="00000000">
            <w:r>
              <w:rPr>
                <w:b/>
              </w:rPr>
              <w:t>Devir Dönemi (varsa)</w:t>
            </w:r>
          </w:p>
        </w:tc>
        <w:tc>
          <w:tcPr>
            <w:tcW w:w="2691" w:type="dxa"/>
          </w:tcPr>
          <w:p w14:paraId="4942F860" w14:textId="77777777" w:rsidR="00E4337F" w:rsidRDefault="00E4337F"/>
        </w:tc>
      </w:tr>
    </w:tbl>
    <w:p w14:paraId="7BC1B7BF" w14:textId="77777777" w:rsidR="00E4337F" w:rsidRDefault="00E4337F"/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2324"/>
        <w:gridCol w:w="1871"/>
        <w:gridCol w:w="1701"/>
        <w:gridCol w:w="2381"/>
        <w:gridCol w:w="2381"/>
      </w:tblGrid>
      <w:tr w:rsidR="00E4337F" w14:paraId="172B1118" w14:textId="77777777">
        <w:trPr>
          <w:tblHeader/>
          <w:jc w:val="center"/>
        </w:trPr>
        <w:tc>
          <w:tcPr>
            <w:tcW w:w="680" w:type="dxa"/>
            <w:vAlign w:val="center"/>
          </w:tcPr>
          <w:p w14:paraId="51B317D1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Sıra No</w:t>
            </w:r>
          </w:p>
        </w:tc>
        <w:tc>
          <w:tcPr>
            <w:tcW w:w="2324" w:type="dxa"/>
            <w:vAlign w:val="center"/>
          </w:tcPr>
          <w:p w14:paraId="5EA58976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Devam Eden İş / Dosya / Süreç</w:t>
            </w:r>
          </w:p>
        </w:tc>
        <w:tc>
          <w:tcPr>
            <w:tcW w:w="1871" w:type="dxa"/>
            <w:vAlign w:val="center"/>
          </w:tcPr>
          <w:p w14:paraId="0F975A39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Mevcut Durum</w:t>
            </w:r>
          </w:p>
        </w:tc>
        <w:tc>
          <w:tcPr>
            <w:tcW w:w="1701" w:type="dxa"/>
            <w:vAlign w:val="center"/>
          </w:tcPr>
          <w:p w14:paraId="3C6CF4D4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Yaklaşan Tarih / Termin</w:t>
            </w:r>
          </w:p>
        </w:tc>
        <w:tc>
          <w:tcPr>
            <w:tcW w:w="2381" w:type="dxa"/>
            <w:vAlign w:val="center"/>
          </w:tcPr>
          <w:p w14:paraId="3AF944BA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Yapılması Gereken Sonraki İşlem</w:t>
            </w:r>
          </w:p>
        </w:tc>
        <w:tc>
          <w:tcPr>
            <w:tcW w:w="2381" w:type="dxa"/>
            <w:vAlign w:val="center"/>
          </w:tcPr>
          <w:p w14:paraId="07CE7A00" w14:textId="77777777" w:rsidR="00E4337F" w:rsidRDefault="00000000">
            <w:pPr>
              <w:jc w:val="center"/>
            </w:pPr>
            <w:r>
              <w:rPr>
                <w:b/>
                <w:sz w:val="15"/>
              </w:rPr>
              <w:t>İlgili Belge / Kayıt / Dosya Yeri</w:t>
            </w:r>
          </w:p>
        </w:tc>
      </w:tr>
      <w:tr w:rsidR="00E4337F" w14:paraId="40A5F97F" w14:textId="77777777">
        <w:trPr>
          <w:jc w:val="center"/>
        </w:trPr>
        <w:tc>
          <w:tcPr>
            <w:tcW w:w="680" w:type="dxa"/>
            <w:vAlign w:val="center"/>
          </w:tcPr>
          <w:p w14:paraId="6A3B76F2" w14:textId="77777777" w:rsidR="00E4337F" w:rsidRDefault="00000000">
            <w:pPr>
              <w:jc w:val="center"/>
            </w:pPr>
            <w:r>
              <w:t>1</w:t>
            </w:r>
          </w:p>
        </w:tc>
        <w:tc>
          <w:tcPr>
            <w:tcW w:w="2324" w:type="dxa"/>
            <w:vAlign w:val="center"/>
          </w:tcPr>
          <w:p w14:paraId="064F08B8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210E366A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394A437F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710C2172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796C0919" w14:textId="77777777" w:rsidR="00E4337F" w:rsidRDefault="00000000">
            <w:r>
              <w:br/>
            </w:r>
          </w:p>
        </w:tc>
      </w:tr>
      <w:tr w:rsidR="00E4337F" w14:paraId="7AA4A09F" w14:textId="77777777">
        <w:trPr>
          <w:jc w:val="center"/>
        </w:trPr>
        <w:tc>
          <w:tcPr>
            <w:tcW w:w="680" w:type="dxa"/>
            <w:vAlign w:val="center"/>
          </w:tcPr>
          <w:p w14:paraId="3A6148E4" w14:textId="77777777" w:rsidR="00E4337F" w:rsidRDefault="00000000">
            <w:pPr>
              <w:jc w:val="center"/>
            </w:pPr>
            <w:r>
              <w:t>2</w:t>
            </w:r>
          </w:p>
        </w:tc>
        <w:tc>
          <w:tcPr>
            <w:tcW w:w="2324" w:type="dxa"/>
            <w:vAlign w:val="center"/>
          </w:tcPr>
          <w:p w14:paraId="41361ECE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5448A5B8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020A585E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61ECBD6D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522BF00A" w14:textId="77777777" w:rsidR="00E4337F" w:rsidRDefault="00000000">
            <w:r>
              <w:br/>
            </w:r>
          </w:p>
        </w:tc>
      </w:tr>
      <w:tr w:rsidR="00E4337F" w14:paraId="2FADC77A" w14:textId="77777777">
        <w:trPr>
          <w:jc w:val="center"/>
        </w:trPr>
        <w:tc>
          <w:tcPr>
            <w:tcW w:w="680" w:type="dxa"/>
            <w:vAlign w:val="center"/>
          </w:tcPr>
          <w:p w14:paraId="18B2F0AB" w14:textId="77777777" w:rsidR="00E4337F" w:rsidRDefault="00000000">
            <w:pPr>
              <w:jc w:val="center"/>
            </w:pPr>
            <w:r>
              <w:t>3</w:t>
            </w:r>
          </w:p>
        </w:tc>
        <w:tc>
          <w:tcPr>
            <w:tcW w:w="2324" w:type="dxa"/>
            <w:vAlign w:val="center"/>
          </w:tcPr>
          <w:p w14:paraId="23C7A22B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3CA5217D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26029865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4C9D2851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44208C29" w14:textId="77777777" w:rsidR="00E4337F" w:rsidRDefault="00000000">
            <w:r>
              <w:br/>
            </w:r>
          </w:p>
        </w:tc>
      </w:tr>
      <w:tr w:rsidR="00E4337F" w14:paraId="08F68998" w14:textId="77777777">
        <w:trPr>
          <w:jc w:val="center"/>
        </w:trPr>
        <w:tc>
          <w:tcPr>
            <w:tcW w:w="680" w:type="dxa"/>
            <w:vAlign w:val="center"/>
          </w:tcPr>
          <w:p w14:paraId="38CA7135" w14:textId="77777777" w:rsidR="00E4337F" w:rsidRDefault="00000000">
            <w:pPr>
              <w:jc w:val="center"/>
            </w:pPr>
            <w:r>
              <w:t>4</w:t>
            </w:r>
          </w:p>
        </w:tc>
        <w:tc>
          <w:tcPr>
            <w:tcW w:w="2324" w:type="dxa"/>
            <w:vAlign w:val="center"/>
          </w:tcPr>
          <w:p w14:paraId="4965C895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60CCDD29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2E4D505A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67105A18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795D3CE8" w14:textId="77777777" w:rsidR="00E4337F" w:rsidRDefault="00000000">
            <w:r>
              <w:br/>
            </w:r>
          </w:p>
        </w:tc>
      </w:tr>
      <w:tr w:rsidR="00E4337F" w14:paraId="58C0E5BF" w14:textId="77777777">
        <w:trPr>
          <w:jc w:val="center"/>
        </w:trPr>
        <w:tc>
          <w:tcPr>
            <w:tcW w:w="680" w:type="dxa"/>
            <w:vAlign w:val="center"/>
          </w:tcPr>
          <w:p w14:paraId="750942B0" w14:textId="77777777" w:rsidR="00E4337F" w:rsidRDefault="00000000">
            <w:pPr>
              <w:jc w:val="center"/>
            </w:pPr>
            <w:r>
              <w:t>5</w:t>
            </w:r>
          </w:p>
        </w:tc>
        <w:tc>
          <w:tcPr>
            <w:tcW w:w="2324" w:type="dxa"/>
            <w:vAlign w:val="center"/>
          </w:tcPr>
          <w:p w14:paraId="7F505C29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48EC8568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34C6D201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4A73476E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43882359" w14:textId="77777777" w:rsidR="00E4337F" w:rsidRDefault="00000000">
            <w:r>
              <w:br/>
            </w:r>
          </w:p>
        </w:tc>
      </w:tr>
      <w:tr w:rsidR="00E4337F" w14:paraId="46319137" w14:textId="77777777">
        <w:trPr>
          <w:jc w:val="center"/>
        </w:trPr>
        <w:tc>
          <w:tcPr>
            <w:tcW w:w="680" w:type="dxa"/>
            <w:vAlign w:val="center"/>
          </w:tcPr>
          <w:p w14:paraId="7B3AB71C" w14:textId="77777777" w:rsidR="00E4337F" w:rsidRDefault="00000000">
            <w:pPr>
              <w:jc w:val="center"/>
            </w:pPr>
            <w:r>
              <w:t>6</w:t>
            </w:r>
          </w:p>
        </w:tc>
        <w:tc>
          <w:tcPr>
            <w:tcW w:w="2324" w:type="dxa"/>
            <w:vAlign w:val="center"/>
          </w:tcPr>
          <w:p w14:paraId="168FAE80" w14:textId="77777777" w:rsidR="00E4337F" w:rsidRDefault="00000000">
            <w:r>
              <w:br/>
            </w:r>
          </w:p>
        </w:tc>
        <w:tc>
          <w:tcPr>
            <w:tcW w:w="1871" w:type="dxa"/>
            <w:vAlign w:val="center"/>
          </w:tcPr>
          <w:p w14:paraId="21262BC2" w14:textId="77777777" w:rsidR="00E4337F" w:rsidRDefault="00000000">
            <w:r>
              <w:br/>
            </w:r>
          </w:p>
        </w:tc>
        <w:tc>
          <w:tcPr>
            <w:tcW w:w="1701" w:type="dxa"/>
            <w:vAlign w:val="center"/>
          </w:tcPr>
          <w:p w14:paraId="50698159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7A94254B" w14:textId="77777777" w:rsidR="00E4337F" w:rsidRDefault="00000000">
            <w:r>
              <w:br/>
            </w:r>
          </w:p>
        </w:tc>
        <w:tc>
          <w:tcPr>
            <w:tcW w:w="2381" w:type="dxa"/>
            <w:vAlign w:val="center"/>
          </w:tcPr>
          <w:p w14:paraId="2067B904" w14:textId="77777777" w:rsidR="00E4337F" w:rsidRDefault="00000000">
            <w:r>
              <w:br/>
            </w:r>
          </w:p>
        </w:tc>
      </w:tr>
    </w:tbl>
    <w:p w14:paraId="769CBEBF" w14:textId="77777777" w:rsidR="00E4337F" w:rsidRDefault="00E4337F"/>
    <w:p w14:paraId="764EA86F" w14:textId="77777777" w:rsidR="00E4337F" w:rsidRDefault="00000000">
      <w:r>
        <w:rPr>
          <w:b/>
        </w:rPr>
        <w:t xml:space="preserve">Erişim ve Yetkilendirme İşlemleri: </w:t>
      </w:r>
      <w:r>
        <w:t>☐ EBYS  ☐ Kurumsal bilgi sistemi  ☐ Ortak klasör/Drive  ☐ E-posta/listeler  ☐ Fiziksel anahtar/erişim  ☐ Diğer: __________</w:t>
      </w:r>
    </w:p>
    <w:p w14:paraId="42A09EB0" w14:textId="77777777" w:rsidR="00E4337F" w:rsidRDefault="00000000">
      <w:r>
        <w:rPr>
          <w:b/>
        </w:rPr>
        <w:t xml:space="preserve">Devredilen Kritik Bilgi / Belge / Açıklamalar: </w:t>
      </w:r>
      <w:r>
        <w:br/>
      </w:r>
      <w:r>
        <w:br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91"/>
        <w:gridCol w:w="2691"/>
        <w:gridCol w:w="2691"/>
        <w:gridCol w:w="2691"/>
      </w:tblGrid>
      <w:tr w:rsidR="00E4337F" w14:paraId="0F9A844A" w14:textId="77777777">
        <w:tc>
          <w:tcPr>
            <w:tcW w:w="2691" w:type="dxa"/>
          </w:tcPr>
          <w:p w14:paraId="26F4A33A" w14:textId="77777777" w:rsidR="00E4337F" w:rsidRDefault="00000000">
            <w:r>
              <w:rPr>
                <w:b/>
              </w:rPr>
              <w:t>Görevi Devreden</w:t>
            </w:r>
          </w:p>
        </w:tc>
        <w:tc>
          <w:tcPr>
            <w:tcW w:w="2691" w:type="dxa"/>
          </w:tcPr>
          <w:p w14:paraId="1226A105" w14:textId="77777777" w:rsidR="00E4337F" w:rsidRDefault="00E4337F"/>
        </w:tc>
        <w:tc>
          <w:tcPr>
            <w:tcW w:w="2691" w:type="dxa"/>
          </w:tcPr>
          <w:p w14:paraId="6EFBF216" w14:textId="77777777" w:rsidR="00E4337F" w:rsidRDefault="00000000">
            <w:r>
              <w:rPr>
                <w:b/>
              </w:rPr>
              <w:t>Görevi Devralan</w:t>
            </w:r>
          </w:p>
        </w:tc>
        <w:tc>
          <w:tcPr>
            <w:tcW w:w="2691" w:type="dxa"/>
          </w:tcPr>
          <w:p w14:paraId="52833BD0" w14:textId="77777777" w:rsidR="00E4337F" w:rsidRDefault="00E4337F"/>
        </w:tc>
      </w:tr>
      <w:tr w:rsidR="00E4337F" w14:paraId="7686C486" w14:textId="77777777">
        <w:tc>
          <w:tcPr>
            <w:tcW w:w="2691" w:type="dxa"/>
          </w:tcPr>
          <w:p w14:paraId="35D1C9AC" w14:textId="77777777" w:rsidR="00E4337F" w:rsidRDefault="00000000">
            <w:r>
              <w:rPr>
                <w:b/>
              </w:rPr>
              <w:t>Birim Yöneticisi</w:t>
            </w:r>
          </w:p>
        </w:tc>
        <w:tc>
          <w:tcPr>
            <w:tcW w:w="2691" w:type="dxa"/>
          </w:tcPr>
          <w:p w14:paraId="4C32AD91" w14:textId="77777777" w:rsidR="00E4337F" w:rsidRDefault="00E4337F"/>
        </w:tc>
        <w:tc>
          <w:tcPr>
            <w:tcW w:w="2691" w:type="dxa"/>
          </w:tcPr>
          <w:p w14:paraId="4F396499" w14:textId="77777777" w:rsidR="00E4337F" w:rsidRDefault="00000000">
            <w:r>
              <w:rPr>
                <w:b/>
              </w:rPr>
              <w:t>Tarih</w:t>
            </w:r>
          </w:p>
        </w:tc>
        <w:tc>
          <w:tcPr>
            <w:tcW w:w="2691" w:type="dxa"/>
          </w:tcPr>
          <w:p w14:paraId="67D52203" w14:textId="77777777" w:rsidR="00E4337F" w:rsidRDefault="00E4337F"/>
        </w:tc>
      </w:tr>
    </w:tbl>
    <w:p w14:paraId="2B2E370D" w14:textId="77777777" w:rsidR="00BC08E6" w:rsidRDefault="00BC08E6"/>
    <w:sectPr w:rsidR="00BC08E6" w:rsidSect="00AE45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37" w:right="737" w:bottom="737" w:left="737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35E0F" w14:textId="77777777" w:rsidR="004E6DF5" w:rsidRDefault="004E6DF5" w:rsidP="00AE4581">
      <w:pPr>
        <w:spacing w:after="0" w:line="240" w:lineRule="auto"/>
      </w:pPr>
      <w:r>
        <w:separator/>
      </w:r>
    </w:p>
  </w:endnote>
  <w:endnote w:type="continuationSeparator" w:id="0">
    <w:p w14:paraId="6581D0BA" w14:textId="77777777" w:rsidR="004E6DF5" w:rsidRDefault="004E6DF5" w:rsidP="00AE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ABE7" w14:textId="77777777" w:rsidR="00AE4581" w:rsidRDefault="00AE458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660"/>
      <w:gridCol w:w="3660"/>
      <w:gridCol w:w="3662"/>
    </w:tblGrid>
    <w:tr w:rsidR="00AE4581" w:rsidRPr="00AE4581" w14:paraId="1180ECEC" w14:textId="77777777" w:rsidTr="00AB0910">
      <w:trPr>
        <w:jc w:val="center"/>
      </w:trPr>
      <w:tc>
        <w:tcPr>
          <w:tcW w:w="1666" w:type="pct"/>
        </w:tcPr>
        <w:p w14:paraId="0EB44DFF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Hazırlayan</w:t>
          </w:r>
        </w:p>
      </w:tc>
      <w:tc>
        <w:tcPr>
          <w:tcW w:w="1666" w:type="pct"/>
        </w:tcPr>
        <w:p w14:paraId="3620D746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Sistem Onayı</w:t>
          </w:r>
        </w:p>
      </w:tc>
      <w:tc>
        <w:tcPr>
          <w:tcW w:w="1667" w:type="pct"/>
        </w:tcPr>
        <w:p w14:paraId="24EF75A4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Yürürlük Onayı</w:t>
          </w:r>
        </w:p>
      </w:tc>
    </w:tr>
    <w:tr w:rsidR="00AE4581" w:rsidRPr="00AE4581" w14:paraId="508C07EF" w14:textId="77777777" w:rsidTr="00AB0910">
      <w:trPr>
        <w:trHeight w:val="1002"/>
        <w:jc w:val="center"/>
      </w:trPr>
      <w:tc>
        <w:tcPr>
          <w:tcW w:w="1666" w:type="pct"/>
        </w:tcPr>
        <w:p w14:paraId="1A0DD322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Kalite Koordinatörlüğü</w:t>
          </w:r>
        </w:p>
      </w:tc>
      <w:tc>
        <w:tcPr>
          <w:tcW w:w="1666" w:type="pct"/>
        </w:tcPr>
        <w:p w14:paraId="1F697813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Selin TOZOĞLU</w:t>
          </w:r>
        </w:p>
      </w:tc>
      <w:tc>
        <w:tcPr>
          <w:tcW w:w="1667" w:type="pct"/>
        </w:tcPr>
        <w:p w14:paraId="2C3037A3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  <w:r w:rsidRPr="00AE4581">
            <w:rPr>
              <w:rFonts w:ascii="Times New Roman" w:hAnsi="Times New Roman"/>
              <w:sz w:val="24"/>
              <w:szCs w:val="24"/>
            </w:rPr>
            <w:t>Öğr. Gör. Cankat ÖZLÜ</w:t>
          </w:r>
        </w:p>
        <w:p w14:paraId="50D32DAC" w14:textId="77777777" w:rsidR="00AE4581" w:rsidRPr="00AE4581" w:rsidRDefault="00AE4581" w:rsidP="00AE4581">
          <w:pPr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105A8AAC" w14:textId="77777777" w:rsidR="00AE4581" w:rsidRDefault="00AE458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FFD57" w14:textId="77777777" w:rsidR="00AE4581" w:rsidRDefault="00AE45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79CA" w14:textId="77777777" w:rsidR="004E6DF5" w:rsidRDefault="004E6DF5" w:rsidP="00AE4581">
      <w:pPr>
        <w:spacing w:after="0" w:line="240" w:lineRule="auto"/>
      </w:pPr>
      <w:r>
        <w:separator/>
      </w:r>
    </w:p>
  </w:footnote>
  <w:footnote w:type="continuationSeparator" w:id="0">
    <w:p w14:paraId="4A4FA467" w14:textId="77777777" w:rsidR="004E6DF5" w:rsidRDefault="004E6DF5" w:rsidP="00AE4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7D409" w14:textId="77777777" w:rsidR="00AE4581" w:rsidRDefault="00AE458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72"/>
      <w:gridCol w:w="6269"/>
      <w:gridCol w:w="1509"/>
      <w:gridCol w:w="1632"/>
    </w:tblGrid>
    <w:tr w:rsidR="00AE4581" w:rsidRPr="00AE4581" w14:paraId="10BDF90F" w14:textId="77777777" w:rsidTr="00AE4581">
      <w:trPr>
        <w:trHeight w:val="276"/>
      </w:trPr>
      <w:tc>
        <w:tcPr>
          <w:tcW w:w="716" w:type="pct"/>
          <w:vMerge w:val="restart"/>
          <w:vAlign w:val="center"/>
        </w:tcPr>
        <w:p w14:paraId="340A2C4A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noProof/>
              <w:sz w:val="18"/>
              <w:lang w:eastAsia="tr-TR"/>
            </w:rPr>
            <w:drawing>
              <wp:inline distT="0" distB="0" distL="0" distR="0" wp14:anchorId="06476F45" wp14:editId="7D846A5A">
                <wp:extent cx="739140" cy="1059180"/>
                <wp:effectExtent l="0" t="0" r="3810" b="7620"/>
                <wp:docPr id="281454652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454652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4" w:type="pct"/>
          <w:vMerge w:val="restart"/>
          <w:vAlign w:val="center"/>
        </w:tcPr>
        <w:p w14:paraId="0551E30F" w14:textId="7F7C6373" w:rsidR="00AE4581" w:rsidRPr="00AE4581" w:rsidRDefault="00AE4581" w:rsidP="00AE4581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b/>
              <w:sz w:val="30"/>
            </w:rPr>
            <w:t>GÖREV DEVİR FORMU / TUTANAĞI</w:t>
          </w:r>
        </w:p>
      </w:tc>
      <w:tc>
        <w:tcPr>
          <w:tcW w:w="687" w:type="pct"/>
          <w:vAlign w:val="center"/>
        </w:tcPr>
        <w:p w14:paraId="31807790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Doküman No</w:t>
          </w:r>
        </w:p>
      </w:tc>
      <w:tc>
        <w:tcPr>
          <w:tcW w:w="743" w:type="pct"/>
          <w:vAlign w:val="center"/>
        </w:tcPr>
        <w:p w14:paraId="2877A33C" w14:textId="5238092A" w:rsidR="00AE4581" w:rsidRPr="00AE4581" w:rsidRDefault="00AE4581" w:rsidP="00AE4581">
          <w:pPr>
            <w:rPr>
              <w:rFonts w:cs="Arial"/>
              <w:b/>
              <w:sz w:val="18"/>
            </w:rPr>
          </w:pPr>
          <w:r w:rsidRPr="00AE4581">
            <w:rPr>
              <w:rFonts w:cs="Arial"/>
              <w:b/>
              <w:sz w:val="18"/>
            </w:rPr>
            <w:t>FR-KBK-0</w:t>
          </w:r>
          <w:r w:rsidR="000101A6">
            <w:rPr>
              <w:rFonts w:cs="Arial"/>
              <w:b/>
              <w:sz w:val="18"/>
            </w:rPr>
            <w:t>148</w:t>
          </w:r>
        </w:p>
      </w:tc>
    </w:tr>
    <w:tr w:rsidR="00AE4581" w:rsidRPr="00AE4581" w14:paraId="52CDF0DA" w14:textId="77777777" w:rsidTr="00AE4581">
      <w:trPr>
        <w:trHeight w:val="305"/>
      </w:trPr>
      <w:tc>
        <w:tcPr>
          <w:tcW w:w="716" w:type="pct"/>
          <w:vMerge/>
          <w:vAlign w:val="center"/>
        </w:tcPr>
        <w:p w14:paraId="63087A21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2854" w:type="pct"/>
          <w:vMerge/>
          <w:vAlign w:val="center"/>
        </w:tcPr>
        <w:p w14:paraId="57424158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687" w:type="pct"/>
          <w:vAlign w:val="center"/>
        </w:tcPr>
        <w:p w14:paraId="23D1A264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İlk Yayın Tarihi</w:t>
          </w:r>
        </w:p>
      </w:tc>
      <w:tc>
        <w:tcPr>
          <w:tcW w:w="743" w:type="pct"/>
          <w:vAlign w:val="center"/>
        </w:tcPr>
        <w:p w14:paraId="3C4F8C80" w14:textId="77777777" w:rsidR="00AE4581" w:rsidRPr="00AE4581" w:rsidRDefault="00AE4581" w:rsidP="00AE4581">
          <w:pPr>
            <w:rPr>
              <w:rFonts w:cs="Arial"/>
              <w:b/>
              <w:sz w:val="18"/>
            </w:rPr>
          </w:pPr>
          <w:r w:rsidRPr="00AE4581">
            <w:rPr>
              <w:rFonts w:cs="Arial"/>
              <w:b/>
              <w:sz w:val="18"/>
            </w:rPr>
            <w:t>02.12.2025</w:t>
          </w:r>
        </w:p>
      </w:tc>
    </w:tr>
    <w:tr w:rsidR="00AE4581" w:rsidRPr="00AE4581" w14:paraId="3E7FE2EC" w14:textId="77777777" w:rsidTr="00AE4581">
      <w:trPr>
        <w:trHeight w:val="276"/>
      </w:trPr>
      <w:tc>
        <w:tcPr>
          <w:tcW w:w="716" w:type="pct"/>
          <w:vMerge/>
          <w:vAlign w:val="center"/>
        </w:tcPr>
        <w:p w14:paraId="419DB9AE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2854" w:type="pct"/>
          <w:vMerge/>
          <w:vAlign w:val="center"/>
        </w:tcPr>
        <w:p w14:paraId="5AE923EC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687" w:type="pct"/>
          <w:vAlign w:val="center"/>
        </w:tcPr>
        <w:p w14:paraId="3D13FB29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Revizyon Tarihi</w:t>
          </w:r>
        </w:p>
      </w:tc>
      <w:tc>
        <w:tcPr>
          <w:tcW w:w="743" w:type="pct"/>
          <w:vAlign w:val="center"/>
        </w:tcPr>
        <w:p w14:paraId="42973959" w14:textId="77777777" w:rsidR="00AE4581" w:rsidRPr="00AE4581" w:rsidRDefault="00AE4581" w:rsidP="00AE4581">
          <w:pPr>
            <w:rPr>
              <w:rFonts w:cs="Arial"/>
              <w:b/>
              <w:sz w:val="18"/>
            </w:rPr>
          </w:pPr>
        </w:p>
      </w:tc>
    </w:tr>
    <w:tr w:rsidR="00AE4581" w:rsidRPr="00AE4581" w14:paraId="19FB978C" w14:textId="77777777" w:rsidTr="00AE4581">
      <w:trPr>
        <w:trHeight w:val="276"/>
      </w:trPr>
      <w:tc>
        <w:tcPr>
          <w:tcW w:w="716" w:type="pct"/>
          <w:vMerge/>
          <w:vAlign w:val="center"/>
        </w:tcPr>
        <w:p w14:paraId="4B315E89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2854" w:type="pct"/>
          <w:vMerge/>
          <w:vAlign w:val="center"/>
        </w:tcPr>
        <w:p w14:paraId="40048FB3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687" w:type="pct"/>
          <w:vAlign w:val="center"/>
        </w:tcPr>
        <w:p w14:paraId="0A09AF61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Revizyon No</w:t>
          </w:r>
        </w:p>
      </w:tc>
      <w:tc>
        <w:tcPr>
          <w:tcW w:w="743" w:type="pct"/>
          <w:vAlign w:val="center"/>
        </w:tcPr>
        <w:p w14:paraId="3099DE8D" w14:textId="77777777" w:rsidR="00AE4581" w:rsidRPr="00AE4581" w:rsidRDefault="00AE4581" w:rsidP="00AE4581">
          <w:pPr>
            <w:rPr>
              <w:rFonts w:cs="Arial"/>
              <w:b/>
              <w:sz w:val="18"/>
            </w:rPr>
          </w:pPr>
        </w:p>
      </w:tc>
    </w:tr>
    <w:tr w:rsidR="00AE4581" w:rsidRPr="00AE4581" w14:paraId="53BC9FB3" w14:textId="77777777" w:rsidTr="00AE4581">
      <w:trPr>
        <w:trHeight w:val="276"/>
      </w:trPr>
      <w:tc>
        <w:tcPr>
          <w:tcW w:w="716" w:type="pct"/>
          <w:vMerge/>
          <w:vAlign w:val="center"/>
        </w:tcPr>
        <w:p w14:paraId="63F1A4E8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2854" w:type="pct"/>
          <w:vMerge/>
          <w:vAlign w:val="center"/>
        </w:tcPr>
        <w:p w14:paraId="48504A52" w14:textId="77777777" w:rsidR="00AE4581" w:rsidRPr="00AE4581" w:rsidRDefault="00AE4581" w:rsidP="00AE4581">
          <w:pPr>
            <w:jc w:val="center"/>
            <w:rPr>
              <w:rFonts w:cs="Arial"/>
              <w:sz w:val="18"/>
            </w:rPr>
          </w:pPr>
        </w:p>
      </w:tc>
      <w:tc>
        <w:tcPr>
          <w:tcW w:w="687" w:type="pct"/>
          <w:vAlign w:val="center"/>
        </w:tcPr>
        <w:p w14:paraId="4B401729" w14:textId="77777777" w:rsidR="00AE4581" w:rsidRPr="00AE4581" w:rsidRDefault="00AE4581" w:rsidP="00AE4581">
          <w:pPr>
            <w:rPr>
              <w:rFonts w:cs="Arial"/>
              <w:sz w:val="18"/>
            </w:rPr>
          </w:pPr>
          <w:r w:rsidRPr="00AE4581">
            <w:rPr>
              <w:rFonts w:cs="Arial"/>
              <w:sz w:val="18"/>
            </w:rPr>
            <w:t>Sayfa</w:t>
          </w:r>
        </w:p>
      </w:tc>
      <w:tc>
        <w:tcPr>
          <w:tcW w:w="743" w:type="pct"/>
          <w:vAlign w:val="center"/>
        </w:tcPr>
        <w:p w14:paraId="74C564E5" w14:textId="77777777" w:rsidR="00AE4581" w:rsidRPr="00AE4581" w:rsidRDefault="00AE4581" w:rsidP="00AE4581">
          <w:pPr>
            <w:rPr>
              <w:rFonts w:cs="Arial"/>
              <w:b/>
              <w:sz w:val="18"/>
            </w:rPr>
          </w:pPr>
          <w:r w:rsidRPr="00AE4581">
            <w:rPr>
              <w:rFonts w:cs="Arial"/>
              <w:b/>
              <w:sz w:val="18"/>
            </w:rPr>
            <w:fldChar w:fldCharType="begin"/>
          </w:r>
          <w:r w:rsidRPr="00AE4581">
            <w:rPr>
              <w:rFonts w:cs="Arial"/>
              <w:b/>
              <w:sz w:val="18"/>
            </w:rPr>
            <w:instrText xml:space="preserve"> PAGE   \* MERGEFORMAT </w:instrText>
          </w:r>
          <w:r w:rsidRPr="00AE4581">
            <w:rPr>
              <w:rFonts w:cs="Arial"/>
              <w:b/>
              <w:sz w:val="18"/>
            </w:rPr>
            <w:fldChar w:fldCharType="separate"/>
          </w:r>
          <w:r w:rsidRPr="00AE4581">
            <w:rPr>
              <w:rFonts w:cs="Arial"/>
              <w:b/>
              <w:noProof/>
              <w:sz w:val="18"/>
            </w:rPr>
            <w:t>1</w:t>
          </w:r>
          <w:r w:rsidRPr="00AE4581">
            <w:rPr>
              <w:rFonts w:cs="Arial"/>
              <w:b/>
              <w:sz w:val="18"/>
            </w:rPr>
            <w:fldChar w:fldCharType="end"/>
          </w:r>
          <w:r w:rsidRPr="00AE4581">
            <w:rPr>
              <w:rFonts w:cs="Arial"/>
              <w:b/>
              <w:sz w:val="18"/>
            </w:rPr>
            <w:t>/</w:t>
          </w:r>
          <w:r w:rsidRPr="00AE4581">
            <w:rPr>
              <w:rFonts w:cs="Arial"/>
              <w:b/>
              <w:sz w:val="18"/>
            </w:rPr>
            <w:fldChar w:fldCharType="begin"/>
          </w:r>
          <w:r w:rsidRPr="00AE4581">
            <w:rPr>
              <w:rFonts w:cs="Arial"/>
              <w:b/>
              <w:sz w:val="18"/>
            </w:rPr>
            <w:instrText xml:space="preserve"> NUMPAGES   \* MERGEFORMAT </w:instrText>
          </w:r>
          <w:r w:rsidRPr="00AE4581">
            <w:rPr>
              <w:rFonts w:cs="Arial"/>
              <w:b/>
              <w:sz w:val="18"/>
            </w:rPr>
            <w:fldChar w:fldCharType="separate"/>
          </w:r>
          <w:r w:rsidRPr="00AE4581">
            <w:rPr>
              <w:rFonts w:cs="Arial"/>
              <w:b/>
              <w:noProof/>
              <w:sz w:val="18"/>
            </w:rPr>
            <w:t>1</w:t>
          </w:r>
          <w:r w:rsidRPr="00AE4581">
            <w:rPr>
              <w:rFonts w:cs="Arial"/>
              <w:b/>
              <w:sz w:val="18"/>
            </w:rPr>
            <w:fldChar w:fldCharType="end"/>
          </w:r>
        </w:p>
      </w:tc>
    </w:tr>
  </w:tbl>
  <w:p w14:paraId="67EF00D1" w14:textId="77777777" w:rsidR="00AE4581" w:rsidRDefault="00AE458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2460" w14:textId="77777777" w:rsidR="00AE4581" w:rsidRDefault="00AE458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6170582">
    <w:abstractNumId w:val="8"/>
  </w:num>
  <w:num w:numId="2" w16cid:durableId="808981714">
    <w:abstractNumId w:val="6"/>
  </w:num>
  <w:num w:numId="3" w16cid:durableId="1850635653">
    <w:abstractNumId w:val="5"/>
  </w:num>
  <w:num w:numId="4" w16cid:durableId="758796572">
    <w:abstractNumId w:val="4"/>
  </w:num>
  <w:num w:numId="5" w16cid:durableId="1462846800">
    <w:abstractNumId w:val="7"/>
  </w:num>
  <w:num w:numId="6" w16cid:durableId="1694258863">
    <w:abstractNumId w:val="3"/>
  </w:num>
  <w:num w:numId="7" w16cid:durableId="76632637">
    <w:abstractNumId w:val="2"/>
  </w:num>
  <w:num w:numId="8" w16cid:durableId="347997212">
    <w:abstractNumId w:val="1"/>
  </w:num>
  <w:num w:numId="9" w16cid:durableId="95120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1A6"/>
    <w:rsid w:val="00034616"/>
    <w:rsid w:val="0006063C"/>
    <w:rsid w:val="0015074B"/>
    <w:rsid w:val="0029639D"/>
    <w:rsid w:val="00326F90"/>
    <w:rsid w:val="004E6DF5"/>
    <w:rsid w:val="00516BD0"/>
    <w:rsid w:val="005173C8"/>
    <w:rsid w:val="00AA1D8D"/>
    <w:rsid w:val="00AE4581"/>
    <w:rsid w:val="00B47730"/>
    <w:rsid w:val="00BC08E6"/>
    <w:rsid w:val="00CB0664"/>
    <w:rsid w:val="00E433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4D397"/>
  <w14:defaultImageDpi w14:val="300"/>
  <w15:docId w15:val="{DD799896-B40B-40EB-AE6B-32BCDFE6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2026-08-07T13:36:00Z</dcterms:modified>
  <cp:category/>
</cp:coreProperties>
</file>