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F04B8" w14:textId="60D84930" w:rsidR="00840A9E" w:rsidRPr="000E1D1D" w:rsidRDefault="00000000">
      <w:pPr>
        <w:jc w:val="center"/>
        <w:rPr>
          <w:sz w:val="16"/>
          <w:szCs w:val="16"/>
        </w:rPr>
      </w:pPr>
      <w:r w:rsidRPr="000E1D1D">
        <w:rPr>
          <w:i/>
          <w:sz w:val="16"/>
          <w:szCs w:val="16"/>
        </w:rPr>
        <w:t>Kontrol Faaliyetleri Standartları – KFS 9</w:t>
      </w:r>
    </w:p>
    <w:p w14:paraId="0154C93C" w14:textId="77777777" w:rsidR="00840A9E" w:rsidRPr="000E1D1D" w:rsidRDefault="00000000">
      <w:pPr>
        <w:spacing w:after="100"/>
        <w:rPr>
          <w:sz w:val="16"/>
          <w:szCs w:val="16"/>
        </w:rPr>
      </w:pPr>
      <w:r w:rsidRPr="000E1D1D">
        <w:rPr>
          <w:b/>
          <w:sz w:val="16"/>
          <w:szCs w:val="16"/>
        </w:rPr>
        <w:t xml:space="preserve">Amaç: </w:t>
      </w:r>
      <w:r w:rsidRPr="000E1D1D">
        <w:rPr>
          <w:sz w:val="16"/>
          <w:szCs w:val="16"/>
        </w:rPr>
        <w:t>Hata, usulsüzlük ve yetkinin kötüye kullanılması riskini azaltmak amacıyla; bir süreç veya işlemin başlatılması, uygulanması, kaydedilmesi, kontrol edilmesi ve onaylanması gibi kritik aşamalarının mümkün olduğunca farklı kişilerce yürütülüp yürütülmediğinin değerlendirilmesi ve görevler ayrılığının sağlanamadığı durumlarda gerekli telafi edici kontrollerin belirlenmesidir.</w:t>
      </w:r>
    </w:p>
    <w:tbl>
      <w:tblPr>
        <w:tblStyle w:val="TabloKlavuzu"/>
        <w:tblW w:w="0" w:type="auto"/>
        <w:jc w:val="center"/>
        <w:tblLook w:val="04A0" w:firstRow="1" w:lastRow="0" w:firstColumn="1" w:lastColumn="0" w:noHBand="0" w:noVBand="1"/>
      </w:tblPr>
      <w:tblGrid>
        <w:gridCol w:w="2375"/>
        <w:gridCol w:w="2375"/>
        <w:gridCol w:w="2375"/>
        <w:gridCol w:w="2375"/>
        <w:gridCol w:w="2375"/>
        <w:gridCol w:w="2375"/>
      </w:tblGrid>
      <w:tr w:rsidR="00840A9E" w14:paraId="7AA97B12" w14:textId="77777777">
        <w:trPr>
          <w:jc w:val="center"/>
        </w:trPr>
        <w:tc>
          <w:tcPr>
            <w:tcW w:w="2375" w:type="dxa"/>
            <w:vAlign w:val="center"/>
          </w:tcPr>
          <w:p w14:paraId="2CB8B3BA" w14:textId="77777777" w:rsidR="00840A9E" w:rsidRDefault="00000000">
            <w:r>
              <w:rPr>
                <w:b/>
              </w:rPr>
              <w:t>Birim</w:t>
            </w:r>
          </w:p>
        </w:tc>
        <w:tc>
          <w:tcPr>
            <w:tcW w:w="2375" w:type="dxa"/>
            <w:vAlign w:val="center"/>
          </w:tcPr>
          <w:p w14:paraId="44D3B180" w14:textId="77777777" w:rsidR="00840A9E" w:rsidRDefault="00840A9E"/>
        </w:tc>
        <w:tc>
          <w:tcPr>
            <w:tcW w:w="2375" w:type="dxa"/>
            <w:vAlign w:val="center"/>
          </w:tcPr>
          <w:p w14:paraId="084D530F" w14:textId="77777777" w:rsidR="00840A9E" w:rsidRDefault="00000000">
            <w:r>
              <w:rPr>
                <w:b/>
              </w:rPr>
              <w:t>Değerlendirme Yılı</w:t>
            </w:r>
          </w:p>
        </w:tc>
        <w:tc>
          <w:tcPr>
            <w:tcW w:w="2375" w:type="dxa"/>
            <w:vAlign w:val="center"/>
          </w:tcPr>
          <w:p w14:paraId="19781043" w14:textId="77777777" w:rsidR="00840A9E" w:rsidRDefault="00840A9E"/>
        </w:tc>
        <w:tc>
          <w:tcPr>
            <w:tcW w:w="2375" w:type="dxa"/>
            <w:vAlign w:val="center"/>
          </w:tcPr>
          <w:p w14:paraId="2E149B74" w14:textId="77777777" w:rsidR="00840A9E" w:rsidRDefault="00000000">
            <w:r>
              <w:rPr>
                <w:b/>
              </w:rPr>
              <w:t>Form Tarihi</w:t>
            </w:r>
          </w:p>
        </w:tc>
        <w:tc>
          <w:tcPr>
            <w:tcW w:w="2375" w:type="dxa"/>
            <w:vAlign w:val="center"/>
          </w:tcPr>
          <w:p w14:paraId="679C850F" w14:textId="77777777" w:rsidR="00840A9E" w:rsidRDefault="00840A9E"/>
        </w:tc>
      </w:tr>
      <w:tr w:rsidR="00840A9E" w14:paraId="75C4F035" w14:textId="77777777">
        <w:trPr>
          <w:jc w:val="center"/>
        </w:trPr>
        <w:tc>
          <w:tcPr>
            <w:tcW w:w="2375" w:type="dxa"/>
            <w:vAlign w:val="center"/>
          </w:tcPr>
          <w:p w14:paraId="52E34D96" w14:textId="77777777" w:rsidR="00840A9E" w:rsidRDefault="00000000">
            <w:r>
              <w:rPr>
                <w:b/>
              </w:rPr>
              <w:t>Birim Yöneticisi</w:t>
            </w:r>
          </w:p>
        </w:tc>
        <w:tc>
          <w:tcPr>
            <w:tcW w:w="2375" w:type="dxa"/>
            <w:vAlign w:val="center"/>
          </w:tcPr>
          <w:p w14:paraId="75244AA2" w14:textId="77777777" w:rsidR="00840A9E" w:rsidRDefault="00840A9E"/>
        </w:tc>
        <w:tc>
          <w:tcPr>
            <w:tcW w:w="2375" w:type="dxa"/>
            <w:vAlign w:val="center"/>
          </w:tcPr>
          <w:p w14:paraId="0C500C36" w14:textId="77777777" w:rsidR="00840A9E" w:rsidRDefault="00000000">
            <w:r>
              <w:rPr>
                <w:b/>
              </w:rPr>
              <w:t>Değerlendirmeyi Yapan</w:t>
            </w:r>
          </w:p>
        </w:tc>
        <w:tc>
          <w:tcPr>
            <w:tcW w:w="2375" w:type="dxa"/>
            <w:vAlign w:val="center"/>
          </w:tcPr>
          <w:p w14:paraId="75F121B2" w14:textId="77777777" w:rsidR="00840A9E" w:rsidRDefault="00840A9E"/>
        </w:tc>
        <w:tc>
          <w:tcPr>
            <w:tcW w:w="2375" w:type="dxa"/>
            <w:vAlign w:val="center"/>
          </w:tcPr>
          <w:p w14:paraId="3EA69EB4" w14:textId="77777777" w:rsidR="00840A9E" w:rsidRDefault="00000000">
            <w:r>
              <w:rPr>
                <w:b/>
              </w:rPr>
              <w:t>Görevi/Unvanı</w:t>
            </w:r>
          </w:p>
        </w:tc>
        <w:tc>
          <w:tcPr>
            <w:tcW w:w="2375" w:type="dxa"/>
            <w:vAlign w:val="center"/>
          </w:tcPr>
          <w:p w14:paraId="19232EBE" w14:textId="77777777" w:rsidR="00840A9E" w:rsidRDefault="00840A9E"/>
        </w:tc>
      </w:tr>
    </w:tbl>
    <w:p w14:paraId="1F402282" w14:textId="77777777" w:rsidR="00840A9E" w:rsidRDefault="00840A9E"/>
    <w:tbl>
      <w:tblPr>
        <w:tblStyle w:val="TabloKlavuzu"/>
        <w:tblW w:w="5000" w:type="pct"/>
        <w:jc w:val="center"/>
        <w:tblLook w:val="04A0" w:firstRow="1" w:lastRow="0" w:firstColumn="1" w:lastColumn="0" w:noHBand="0" w:noVBand="1"/>
      </w:tblPr>
      <w:tblGrid>
        <w:gridCol w:w="620"/>
        <w:gridCol w:w="1757"/>
        <w:gridCol w:w="1810"/>
        <w:gridCol w:w="1653"/>
        <w:gridCol w:w="1601"/>
        <w:gridCol w:w="1653"/>
        <w:gridCol w:w="1291"/>
        <w:gridCol w:w="1913"/>
        <w:gridCol w:w="2170"/>
      </w:tblGrid>
      <w:tr w:rsidR="00840A9E" w14:paraId="51EA7D8A" w14:textId="77777777" w:rsidTr="000E1D1D">
        <w:trPr>
          <w:tblHeader/>
          <w:jc w:val="center"/>
        </w:trPr>
        <w:tc>
          <w:tcPr>
            <w:tcW w:w="214" w:type="pct"/>
            <w:vAlign w:val="center"/>
          </w:tcPr>
          <w:p w14:paraId="7A789570" w14:textId="77777777" w:rsidR="00840A9E" w:rsidRDefault="00000000">
            <w:pPr>
              <w:jc w:val="center"/>
            </w:pPr>
            <w:r>
              <w:rPr>
                <w:b/>
                <w:sz w:val="16"/>
              </w:rPr>
              <w:t>Sıra No</w:t>
            </w:r>
          </w:p>
        </w:tc>
        <w:tc>
          <w:tcPr>
            <w:tcW w:w="607" w:type="pct"/>
            <w:vAlign w:val="center"/>
          </w:tcPr>
          <w:p w14:paraId="7F09DD13" w14:textId="77777777" w:rsidR="00840A9E" w:rsidRDefault="00000000">
            <w:pPr>
              <w:jc w:val="center"/>
            </w:pPr>
            <w:r>
              <w:rPr>
                <w:b/>
                <w:sz w:val="16"/>
              </w:rPr>
              <w:t>Süreç / İşlem</w:t>
            </w:r>
          </w:p>
        </w:tc>
        <w:tc>
          <w:tcPr>
            <w:tcW w:w="625" w:type="pct"/>
            <w:vAlign w:val="center"/>
          </w:tcPr>
          <w:p w14:paraId="3873179E" w14:textId="77777777" w:rsidR="00840A9E" w:rsidRDefault="00000000">
            <w:pPr>
              <w:jc w:val="center"/>
            </w:pPr>
            <w:r>
              <w:rPr>
                <w:b/>
                <w:sz w:val="16"/>
              </w:rPr>
              <w:t>Kritik Görev / Aşama</w:t>
            </w:r>
          </w:p>
        </w:tc>
        <w:tc>
          <w:tcPr>
            <w:tcW w:w="571" w:type="pct"/>
            <w:vAlign w:val="center"/>
          </w:tcPr>
          <w:p w14:paraId="325DC9AA" w14:textId="77777777" w:rsidR="00840A9E" w:rsidRDefault="00000000">
            <w:pPr>
              <w:jc w:val="center"/>
            </w:pPr>
            <w:r>
              <w:rPr>
                <w:b/>
                <w:sz w:val="16"/>
              </w:rPr>
              <w:t>Görevi Yürüten Kişi / Unvan</w:t>
            </w:r>
          </w:p>
        </w:tc>
        <w:tc>
          <w:tcPr>
            <w:tcW w:w="553" w:type="pct"/>
            <w:vAlign w:val="center"/>
          </w:tcPr>
          <w:p w14:paraId="530E3A40" w14:textId="77777777" w:rsidR="00840A9E" w:rsidRDefault="00000000">
            <w:pPr>
              <w:jc w:val="center"/>
            </w:pPr>
            <w:r>
              <w:rPr>
                <w:b/>
                <w:sz w:val="16"/>
              </w:rPr>
              <w:t>Kontrol / Onay Görevi</w:t>
            </w:r>
          </w:p>
        </w:tc>
        <w:tc>
          <w:tcPr>
            <w:tcW w:w="571" w:type="pct"/>
            <w:vAlign w:val="center"/>
          </w:tcPr>
          <w:p w14:paraId="63DD8BA1" w14:textId="77777777" w:rsidR="00840A9E" w:rsidRDefault="00000000">
            <w:pPr>
              <w:jc w:val="center"/>
            </w:pPr>
            <w:r>
              <w:rPr>
                <w:b/>
                <w:sz w:val="16"/>
              </w:rPr>
              <w:t>Kontrol / Onayı Yapan Kişi / Unvan</w:t>
            </w:r>
          </w:p>
        </w:tc>
        <w:tc>
          <w:tcPr>
            <w:tcW w:w="446" w:type="pct"/>
            <w:vAlign w:val="center"/>
          </w:tcPr>
          <w:p w14:paraId="45428C49" w14:textId="77777777" w:rsidR="00840A9E" w:rsidRDefault="00000000">
            <w:pPr>
              <w:jc w:val="center"/>
            </w:pPr>
            <w:r>
              <w:rPr>
                <w:b/>
                <w:sz w:val="16"/>
              </w:rPr>
              <w:t>Görevler Ayrılığı Sağlanıyor mu?</w:t>
            </w:r>
          </w:p>
        </w:tc>
        <w:tc>
          <w:tcPr>
            <w:tcW w:w="661" w:type="pct"/>
            <w:vAlign w:val="center"/>
          </w:tcPr>
          <w:p w14:paraId="250C9C78" w14:textId="77777777" w:rsidR="00840A9E" w:rsidRDefault="00000000">
            <w:pPr>
              <w:jc w:val="center"/>
            </w:pPr>
            <w:r>
              <w:rPr>
                <w:b/>
                <w:sz w:val="16"/>
              </w:rPr>
              <w:t>Tespit Edilen Risk / Açıklama</w:t>
            </w:r>
          </w:p>
        </w:tc>
        <w:tc>
          <w:tcPr>
            <w:tcW w:w="750" w:type="pct"/>
            <w:vAlign w:val="center"/>
          </w:tcPr>
          <w:p w14:paraId="6FDB7A2A" w14:textId="77777777" w:rsidR="00840A9E" w:rsidRDefault="00000000">
            <w:pPr>
              <w:jc w:val="center"/>
            </w:pPr>
            <w:r>
              <w:rPr>
                <w:b/>
                <w:sz w:val="16"/>
              </w:rPr>
              <w:t>Gerekli Telafi Edici Kontrol / Tedbir</w:t>
            </w:r>
          </w:p>
        </w:tc>
      </w:tr>
      <w:tr w:rsidR="00840A9E" w14:paraId="7A9B17E7" w14:textId="77777777" w:rsidTr="000E1D1D">
        <w:trPr>
          <w:jc w:val="center"/>
        </w:trPr>
        <w:tc>
          <w:tcPr>
            <w:tcW w:w="214" w:type="pct"/>
            <w:vAlign w:val="center"/>
          </w:tcPr>
          <w:p w14:paraId="2BDF00B5" w14:textId="77777777" w:rsidR="00840A9E" w:rsidRDefault="00000000">
            <w:pPr>
              <w:jc w:val="center"/>
            </w:pPr>
            <w:r>
              <w:t>1</w:t>
            </w:r>
          </w:p>
        </w:tc>
        <w:tc>
          <w:tcPr>
            <w:tcW w:w="607" w:type="pct"/>
            <w:vAlign w:val="center"/>
          </w:tcPr>
          <w:p w14:paraId="252AF6F9" w14:textId="77777777" w:rsidR="00840A9E" w:rsidRDefault="00000000">
            <w:r>
              <w:br/>
            </w:r>
          </w:p>
        </w:tc>
        <w:tc>
          <w:tcPr>
            <w:tcW w:w="625" w:type="pct"/>
            <w:vAlign w:val="center"/>
          </w:tcPr>
          <w:p w14:paraId="7C51726A" w14:textId="77777777" w:rsidR="00840A9E" w:rsidRDefault="00000000">
            <w:r>
              <w:br/>
            </w:r>
          </w:p>
        </w:tc>
        <w:tc>
          <w:tcPr>
            <w:tcW w:w="571" w:type="pct"/>
            <w:vAlign w:val="center"/>
          </w:tcPr>
          <w:p w14:paraId="5B9F430B" w14:textId="77777777" w:rsidR="00840A9E" w:rsidRDefault="00000000">
            <w:r>
              <w:br/>
            </w:r>
          </w:p>
        </w:tc>
        <w:tc>
          <w:tcPr>
            <w:tcW w:w="553" w:type="pct"/>
            <w:vAlign w:val="center"/>
          </w:tcPr>
          <w:p w14:paraId="07DBE4A0" w14:textId="77777777" w:rsidR="00840A9E" w:rsidRDefault="00000000">
            <w:r>
              <w:br/>
            </w:r>
          </w:p>
        </w:tc>
        <w:tc>
          <w:tcPr>
            <w:tcW w:w="571" w:type="pct"/>
            <w:vAlign w:val="center"/>
          </w:tcPr>
          <w:p w14:paraId="19DE899F" w14:textId="77777777" w:rsidR="00840A9E" w:rsidRDefault="00000000">
            <w:r>
              <w:br/>
            </w:r>
          </w:p>
        </w:tc>
        <w:tc>
          <w:tcPr>
            <w:tcW w:w="446" w:type="pct"/>
            <w:vAlign w:val="center"/>
          </w:tcPr>
          <w:p w14:paraId="095254C8" w14:textId="77777777" w:rsidR="00840A9E" w:rsidRDefault="00000000">
            <w:pPr>
              <w:jc w:val="center"/>
            </w:pPr>
            <w:r>
              <w:br/>
            </w:r>
          </w:p>
        </w:tc>
        <w:tc>
          <w:tcPr>
            <w:tcW w:w="661" w:type="pct"/>
            <w:vAlign w:val="center"/>
          </w:tcPr>
          <w:p w14:paraId="368B4317" w14:textId="77777777" w:rsidR="00840A9E" w:rsidRDefault="00000000">
            <w:r>
              <w:br/>
            </w:r>
          </w:p>
        </w:tc>
        <w:tc>
          <w:tcPr>
            <w:tcW w:w="750" w:type="pct"/>
            <w:vAlign w:val="center"/>
          </w:tcPr>
          <w:p w14:paraId="1799994F" w14:textId="77777777" w:rsidR="00840A9E" w:rsidRDefault="00000000">
            <w:r>
              <w:br/>
            </w:r>
          </w:p>
        </w:tc>
      </w:tr>
      <w:tr w:rsidR="00840A9E" w14:paraId="1F79DAE3" w14:textId="77777777" w:rsidTr="000E1D1D">
        <w:trPr>
          <w:jc w:val="center"/>
        </w:trPr>
        <w:tc>
          <w:tcPr>
            <w:tcW w:w="214" w:type="pct"/>
            <w:vAlign w:val="center"/>
          </w:tcPr>
          <w:p w14:paraId="2AF0FF91" w14:textId="77777777" w:rsidR="00840A9E" w:rsidRDefault="00000000">
            <w:pPr>
              <w:jc w:val="center"/>
            </w:pPr>
            <w:r>
              <w:t>2</w:t>
            </w:r>
          </w:p>
        </w:tc>
        <w:tc>
          <w:tcPr>
            <w:tcW w:w="607" w:type="pct"/>
            <w:vAlign w:val="center"/>
          </w:tcPr>
          <w:p w14:paraId="7A8920E2" w14:textId="77777777" w:rsidR="00840A9E" w:rsidRDefault="00000000">
            <w:r>
              <w:br/>
            </w:r>
          </w:p>
        </w:tc>
        <w:tc>
          <w:tcPr>
            <w:tcW w:w="625" w:type="pct"/>
            <w:vAlign w:val="center"/>
          </w:tcPr>
          <w:p w14:paraId="79BF7BAE" w14:textId="77777777" w:rsidR="00840A9E" w:rsidRDefault="00000000">
            <w:r>
              <w:br/>
            </w:r>
          </w:p>
        </w:tc>
        <w:tc>
          <w:tcPr>
            <w:tcW w:w="571" w:type="pct"/>
            <w:vAlign w:val="center"/>
          </w:tcPr>
          <w:p w14:paraId="41F8AC89" w14:textId="77777777" w:rsidR="00840A9E" w:rsidRDefault="00000000">
            <w:r>
              <w:br/>
            </w:r>
          </w:p>
        </w:tc>
        <w:tc>
          <w:tcPr>
            <w:tcW w:w="553" w:type="pct"/>
            <w:vAlign w:val="center"/>
          </w:tcPr>
          <w:p w14:paraId="7BFFD404" w14:textId="77777777" w:rsidR="00840A9E" w:rsidRDefault="00000000">
            <w:r>
              <w:br/>
            </w:r>
          </w:p>
        </w:tc>
        <w:tc>
          <w:tcPr>
            <w:tcW w:w="571" w:type="pct"/>
            <w:vAlign w:val="center"/>
          </w:tcPr>
          <w:p w14:paraId="20758BE6" w14:textId="77777777" w:rsidR="00840A9E" w:rsidRDefault="00000000">
            <w:r>
              <w:br/>
            </w:r>
          </w:p>
        </w:tc>
        <w:tc>
          <w:tcPr>
            <w:tcW w:w="446" w:type="pct"/>
            <w:vAlign w:val="center"/>
          </w:tcPr>
          <w:p w14:paraId="5884C681" w14:textId="77777777" w:rsidR="00840A9E" w:rsidRDefault="00000000">
            <w:pPr>
              <w:jc w:val="center"/>
            </w:pPr>
            <w:r>
              <w:br/>
            </w:r>
          </w:p>
        </w:tc>
        <w:tc>
          <w:tcPr>
            <w:tcW w:w="661" w:type="pct"/>
            <w:vAlign w:val="center"/>
          </w:tcPr>
          <w:p w14:paraId="78C0156E" w14:textId="77777777" w:rsidR="00840A9E" w:rsidRDefault="00000000">
            <w:r>
              <w:br/>
            </w:r>
          </w:p>
        </w:tc>
        <w:tc>
          <w:tcPr>
            <w:tcW w:w="750" w:type="pct"/>
            <w:vAlign w:val="center"/>
          </w:tcPr>
          <w:p w14:paraId="7C03239B" w14:textId="77777777" w:rsidR="00840A9E" w:rsidRDefault="00000000">
            <w:r>
              <w:br/>
            </w:r>
          </w:p>
        </w:tc>
      </w:tr>
      <w:tr w:rsidR="00840A9E" w14:paraId="06C40501" w14:textId="77777777" w:rsidTr="000E1D1D">
        <w:trPr>
          <w:jc w:val="center"/>
        </w:trPr>
        <w:tc>
          <w:tcPr>
            <w:tcW w:w="214" w:type="pct"/>
            <w:vAlign w:val="center"/>
          </w:tcPr>
          <w:p w14:paraId="20CEE765" w14:textId="77777777" w:rsidR="00840A9E" w:rsidRDefault="00000000">
            <w:pPr>
              <w:jc w:val="center"/>
            </w:pPr>
            <w:r>
              <w:t>3</w:t>
            </w:r>
          </w:p>
        </w:tc>
        <w:tc>
          <w:tcPr>
            <w:tcW w:w="607" w:type="pct"/>
            <w:vAlign w:val="center"/>
          </w:tcPr>
          <w:p w14:paraId="3C8FD89F" w14:textId="77777777" w:rsidR="00840A9E" w:rsidRDefault="00000000">
            <w:r>
              <w:br/>
            </w:r>
          </w:p>
        </w:tc>
        <w:tc>
          <w:tcPr>
            <w:tcW w:w="625" w:type="pct"/>
            <w:vAlign w:val="center"/>
          </w:tcPr>
          <w:p w14:paraId="757617D0" w14:textId="77777777" w:rsidR="00840A9E" w:rsidRDefault="00000000">
            <w:r>
              <w:br/>
            </w:r>
          </w:p>
        </w:tc>
        <w:tc>
          <w:tcPr>
            <w:tcW w:w="571" w:type="pct"/>
            <w:vAlign w:val="center"/>
          </w:tcPr>
          <w:p w14:paraId="4E7C6E6A" w14:textId="77777777" w:rsidR="00840A9E" w:rsidRDefault="00000000">
            <w:r>
              <w:br/>
            </w:r>
          </w:p>
        </w:tc>
        <w:tc>
          <w:tcPr>
            <w:tcW w:w="553" w:type="pct"/>
            <w:vAlign w:val="center"/>
          </w:tcPr>
          <w:p w14:paraId="16A4A90F" w14:textId="77777777" w:rsidR="00840A9E" w:rsidRDefault="00000000">
            <w:r>
              <w:br/>
            </w:r>
          </w:p>
        </w:tc>
        <w:tc>
          <w:tcPr>
            <w:tcW w:w="571" w:type="pct"/>
            <w:vAlign w:val="center"/>
          </w:tcPr>
          <w:p w14:paraId="45F6620A" w14:textId="77777777" w:rsidR="00840A9E" w:rsidRDefault="00000000">
            <w:r>
              <w:br/>
            </w:r>
          </w:p>
        </w:tc>
        <w:tc>
          <w:tcPr>
            <w:tcW w:w="446" w:type="pct"/>
            <w:vAlign w:val="center"/>
          </w:tcPr>
          <w:p w14:paraId="181BFF50" w14:textId="77777777" w:rsidR="00840A9E" w:rsidRDefault="00000000">
            <w:pPr>
              <w:jc w:val="center"/>
            </w:pPr>
            <w:r>
              <w:br/>
            </w:r>
          </w:p>
        </w:tc>
        <w:tc>
          <w:tcPr>
            <w:tcW w:w="661" w:type="pct"/>
            <w:vAlign w:val="center"/>
          </w:tcPr>
          <w:p w14:paraId="051E6633" w14:textId="77777777" w:rsidR="00840A9E" w:rsidRDefault="00000000">
            <w:r>
              <w:br/>
            </w:r>
          </w:p>
        </w:tc>
        <w:tc>
          <w:tcPr>
            <w:tcW w:w="750" w:type="pct"/>
            <w:vAlign w:val="center"/>
          </w:tcPr>
          <w:p w14:paraId="7A436699" w14:textId="77777777" w:rsidR="00840A9E" w:rsidRDefault="00000000">
            <w:r>
              <w:br/>
            </w:r>
          </w:p>
        </w:tc>
      </w:tr>
      <w:tr w:rsidR="00840A9E" w14:paraId="7D646F38" w14:textId="77777777" w:rsidTr="000E1D1D">
        <w:trPr>
          <w:jc w:val="center"/>
        </w:trPr>
        <w:tc>
          <w:tcPr>
            <w:tcW w:w="214" w:type="pct"/>
            <w:vAlign w:val="center"/>
          </w:tcPr>
          <w:p w14:paraId="2900AFF0" w14:textId="77777777" w:rsidR="00840A9E" w:rsidRDefault="00000000">
            <w:pPr>
              <w:jc w:val="center"/>
            </w:pPr>
            <w:r>
              <w:t>4</w:t>
            </w:r>
          </w:p>
        </w:tc>
        <w:tc>
          <w:tcPr>
            <w:tcW w:w="607" w:type="pct"/>
            <w:vAlign w:val="center"/>
          </w:tcPr>
          <w:p w14:paraId="1A6A42FC" w14:textId="77777777" w:rsidR="00840A9E" w:rsidRDefault="00000000">
            <w:r>
              <w:br/>
            </w:r>
          </w:p>
        </w:tc>
        <w:tc>
          <w:tcPr>
            <w:tcW w:w="625" w:type="pct"/>
            <w:vAlign w:val="center"/>
          </w:tcPr>
          <w:p w14:paraId="79988B3F" w14:textId="77777777" w:rsidR="00840A9E" w:rsidRDefault="00000000">
            <w:r>
              <w:br/>
            </w:r>
          </w:p>
        </w:tc>
        <w:tc>
          <w:tcPr>
            <w:tcW w:w="571" w:type="pct"/>
            <w:vAlign w:val="center"/>
          </w:tcPr>
          <w:p w14:paraId="6C22D796" w14:textId="77777777" w:rsidR="00840A9E" w:rsidRDefault="00000000">
            <w:r>
              <w:br/>
            </w:r>
          </w:p>
        </w:tc>
        <w:tc>
          <w:tcPr>
            <w:tcW w:w="553" w:type="pct"/>
            <w:vAlign w:val="center"/>
          </w:tcPr>
          <w:p w14:paraId="0FB57E52" w14:textId="77777777" w:rsidR="00840A9E" w:rsidRDefault="00000000">
            <w:r>
              <w:br/>
            </w:r>
          </w:p>
        </w:tc>
        <w:tc>
          <w:tcPr>
            <w:tcW w:w="571" w:type="pct"/>
            <w:vAlign w:val="center"/>
          </w:tcPr>
          <w:p w14:paraId="40BBC7C3" w14:textId="77777777" w:rsidR="00840A9E" w:rsidRDefault="00000000">
            <w:r>
              <w:br/>
            </w:r>
          </w:p>
        </w:tc>
        <w:tc>
          <w:tcPr>
            <w:tcW w:w="446" w:type="pct"/>
            <w:vAlign w:val="center"/>
          </w:tcPr>
          <w:p w14:paraId="7EEB519D" w14:textId="77777777" w:rsidR="00840A9E" w:rsidRDefault="00000000">
            <w:pPr>
              <w:jc w:val="center"/>
            </w:pPr>
            <w:r>
              <w:br/>
            </w:r>
          </w:p>
        </w:tc>
        <w:tc>
          <w:tcPr>
            <w:tcW w:w="661" w:type="pct"/>
            <w:vAlign w:val="center"/>
          </w:tcPr>
          <w:p w14:paraId="24A6E2B5" w14:textId="77777777" w:rsidR="00840A9E" w:rsidRDefault="00000000">
            <w:r>
              <w:br/>
            </w:r>
          </w:p>
        </w:tc>
        <w:tc>
          <w:tcPr>
            <w:tcW w:w="750" w:type="pct"/>
            <w:vAlign w:val="center"/>
          </w:tcPr>
          <w:p w14:paraId="3153F82C" w14:textId="77777777" w:rsidR="00840A9E" w:rsidRDefault="00000000">
            <w:r>
              <w:br/>
            </w:r>
          </w:p>
        </w:tc>
      </w:tr>
      <w:tr w:rsidR="00840A9E" w14:paraId="20239400" w14:textId="77777777" w:rsidTr="000E1D1D">
        <w:trPr>
          <w:jc w:val="center"/>
        </w:trPr>
        <w:tc>
          <w:tcPr>
            <w:tcW w:w="214" w:type="pct"/>
            <w:vAlign w:val="center"/>
          </w:tcPr>
          <w:p w14:paraId="110BC33D" w14:textId="77777777" w:rsidR="00840A9E" w:rsidRDefault="00000000">
            <w:pPr>
              <w:jc w:val="center"/>
            </w:pPr>
            <w:r>
              <w:t>5</w:t>
            </w:r>
          </w:p>
        </w:tc>
        <w:tc>
          <w:tcPr>
            <w:tcW w:w="607" w:type="pct"/>
            <w:vAlign w:val="center"/>
          </w:tcPr>
          <w:p w14:paraId="0B4DB36F" w14:textId="77777777" w:rsidR="00840A9E" w:rsidRDefault="00000000">
            <w:r>
              <w:br/>
            </w:r>
          </w:p>
        </w:tc>
        <w:tc>
          <w:tcPr>
            <w:tcW w:w="625" w:type="pct"/>
            <w:vAlign w:val="center"/>
          </w:tcPr>
          <w:p w14:paraId="3EE96C9C" w14:textId="77777777" w:rsidR="00840A9E" w:rsidRDefault="00000000">
            <w:r>
              <w:br/>
            </w:r>
          </w:p>
        </w:tc>
        <w:tc>
          <w:tcPr>
            <w:tcW w:w="571" w:type="pct"/>
            <w:vAlign w:val="center"/>
          </w:tcPr>
          <w:p w14:paraId="1BF87ADC" w14:textId="77777777" w:rsidR="00840A9E" w:rsidRDefault="00000000">
            <w:r>
              <w:br/>
            </w:r>
          </w:p>
        </w:tc>
        <w:tc>
          <w:tcPr>
            <w:tcW w:w="553" w:type="pct"/>
            <w:vAlign w:val="center"/>
          </w:tcPr>
          <w:p w14:paraId="268E09C3" w14:textId="77777777" w:rsidR="00840A9E" w:rsidRDefault="00000000">
            <w:r>
              <w:br/>
            </w:r>
          </w:p>
        </w:tc>
        <w:tc>
          <w:tcPr>
            <w:tcW w:w="571" w:type="pct"/>
            <w:vAlign w:val="center"/>
          </w:tcPr>
          <w:p w14:paraId="32194E64" w14:textId="77777777" w:rsidR="00840A9E" w:rsidRDefault="00000000">
            <w:r>
              <w:br/>
            </w:r>
          </w:p>
        </w:tc>
        <w:tc>
          <w:tcPr>
            <w:tcW w:w="446" w:type="pct"/>
            <w:vAlign w:val="center"/>
          </w:tcPr>
          <w:p w14:paraId="0FE10FEC" w14:textId="77777777" w:rsidR="00840A9E" w:rsidRDefault="00000000">
            <w:pPr>
              <w:jc w:val="center"/>
            </w:pPr>
            <w:r>
              <w:br/>
            </w:r>
          </w:p>
        </w:tc>
        <w:tc>
          <w:tcPr>
            <w:tcW w:w="661" w:type="pct"/>
            <w:vAlign w:val="center"/>
          </w:tcPr>
          <w:p w14:paraId="482C900C" w14:textId="77777777" w:rsidR="00840A9E" w:rsidRDefault="00000000">
            <w:r>
              <w:br/>
            </w:r>
          </w:p>
        </w:tc>
        <w:tc>
          <w:tcPr>
            <w:tcW w:w="750" w:type="pct"/>
            <w:vAlign w:val="center"/>
          </w:tcPr>
          <w:p w14:paraId="709F08DA" w14:textId="77777777" w:rsidR="00840A9E" w:rsidRDefault="00000000">
            <w:r>
              <w:br/>
            </w:r>
          </w:p>
        </w:tc>
      </w:tr>
      <w:tr w:rsidR="00840A9E" w14:paraId="1C2B2633" w14:textId="77777777" w:rsidTr="000E1D1D">
        <w:trPr>
          <w:jc w:val="center"/>
        </w:trPr>
        <w:tc>
          <w:tcPr>
            <w:tcW w:w="214" w:type="pct"/>
            <w:vAlign w:val="center"/>
          </w:tcPr>
          <w:p w14:paraId="0FF180C5" w14:textId="77777777" w:rsidR="00840A9E" w:rsidRDefault="00000000">
            <w:pPr>
              <w:jc w:val="center"/>
            </w:pPr>
            <w:r>
              <w:t>6</w:t>
            </w:r>
          </w:p>
        </w:tc>
        <w:tc>
          <w:tcPr>
            <w:tcW w:w="607" w:type="pct"/>
            <w:vAlign w:val="center"/>
          </w:tcPr>
          <w:p w14:paraId="3EE5C4F5" w14:textId="77777777" w:rsidR="00840A9E" w:rsidRDefault="00000000">
            <w:r>
              <w:br/>
            </w:r>
          </w:p>
        </w:tc>
        <w:tc>
          <w:tcPr>
            <w:tcW w:w="625" w:type="pct"/>
            <w:vAlign w:val="center"/>
          </w:tcPr>
          <w:p w14:paraId="0FC1B81C" w14:textId="77777777" w:rsidR="00840A9E" w:rsidRDefault="00000000">
            <w:r>
              <w:br/>
            </w:r>
          </w:p>
        </w:tc>
        <w:tc>
          <w:tcPr>
            <w:tcW w:w="571" w:type="pct"/>
            <w:vAlign w:val="center"/>
          </w:tcPr>
          <w:p w14:paraId="15C0BA21" w14:textId="77777777" w:rsidR="00840A9E" w:rsidRDefault="00000000">
            <w:r>
              <w:br/>
            </w:r>
          </w:p>
        </w:tc>
        <w:tc>
          <w:tcPr>
            <w:tcW w:w="553" w:type="pct"/>
            <w:vAlign w:val="center"/>
          </w:tcPr>
          <w:p w14:paraId="1DB1410F" w14:textId="77777777" w:rsidR="00840A9E" w:rsidRDefault="00000000">
            <w:r>
              <w:br/>
            </w:r>
          </w:p>
        </w:tc>
        <w:tc>
          <w:tcPr>
            <w:tcW w:w="571" w:type="pct"/>
            <w:vAlign w:val="center"/>
          </w:tcPr>
          <w:p w14:paraId="3419915A" w14:textId="77777777" w:rsidR="00840A9E" w:rsidRDefault="00000000">
            <w:r>
              <w:br/>
            </w:r>
          </w:p>
        </w:tc>
        <w:tc>
          <w:tcPr>
            <w:tcW w:w="446" w:type="pct"/>
            <w:vAlign w:val="center"/>
          </w:tcPr>
          <w:p w14:paraId="53E9E650" w14:textId="77777777" w:rsidR="00840A9E" w:rsidRDefault="00000000">
            <w:pPr>
              <w:jc w:val="center"/>
            </w:pPr>
            <w:r>
              <w:br/>
            </w:r>
          </w:p>
        </w:tc>
        <w:tc>
          <w:tcPr>
            <w:tcW w:w="661" w:type="pct"/>
            <w:vAlign w:val="center"/>
          </w:tcPr>
          <w:p w14:paraId="4F3562E1" w14:textId="77777777" w:rsidR="00840A9E" w:rsidRDefault="00000000">
            <w:r>
              <w:br/>
            </w:r>
          </w:p>
        </w:tc>
        <w:tc>
          <w:tcPr>
            <w:tcW w:w="750" w:type="pct"/>
            <w:vAlign w:val="center"/>
          </w:tcPr>
          <w:p w14:paraId="4E1F2715" w14:textId="77777777" w:rsidR="00840A9E" w:rsidRDefault="00000000">
            <w:r>
              <w:br/>
            </w:r>
          </w:p>
        </w:tc>
      </w:tr>
      <w:tr w:rsidR="00840A9E" w14:paraId="1E99842A" w14:textId="77777777" w:rsidTr="000E1D1D">
        <w:trPr>
          <w:jc w:val="center"/>
        </w:trPr>
        <w:tc>
          <w:tcPr>
            <w:tcW w:w="214" w:type="pct"/>
            <w:vAlign w:val="center"/>
          </w:tcPr>
          <w:p w14:paraId="3E6536A3" w14:textId="77777777" w:rsidR="00840A9E" w:rsidRDefault="00000000">
            <w:pPr>
              <w:jc w:val="center"/>
            </w:pPr>
            <w:r>
              <w:t>7</w:t>
            </w:r>
          </w:p>
        </w:tc>
        <w:tc>
          <w:tcPr>
            <w:tcW w:w="607" w:type="pct"/>
            <w:vAlign w:val="center"/>
          </w:tcPr>
          <w:p w14:paraId="4BEDE953" w14:textId="77777777" w:rsidR="00840A9E" w:rsidRDefault="00000000">
            <w:r>
              <w:br/>
            </w:r>
          </w:p>
        </w:tc>
        <w:tc>
          <w:tcPr>
            <w:tcW w:w="625" w:type="pct"/>
            <w:vAlign w:val="center"/>
          </w:tcPr>
          <w:p w14:paraId="011CF464" w14:textId="77777777" w:rsidR="00840A9E" w:rsidRDefault="00000000">
            <w:r>
              <w:br/>
            </w:r>
          </w:p>
        </w:tc>
        <w:tc>
          <w:tcPr>
            <w:tcW w:w="571" w:type="pct"/>
            <w:vAlign w:val="center"/>
          </w:tcPr>
          <w:p w14:paraId="4ED84EA2" w14:textId="77777777" w:rsidR="00840A9E" w:rsidRDefault="00000000">
            <w:r>
              <w:br/>
            </w:r>
          </w:p>
        </w:tc>
        <w:tc>
          <w:tcPr>
            <w:tcW w:w="553" w:type="pct"/>
            <w:vAlign w:val="center"/>
          </w:tcPr>
          <w:p w14:paraId="5B4D806E" w14:textId="77777777" w:rsidR="00840A9E" w:rsidRDefault="00000000">
            <w:r>
              <w:br/>
            </w:r>
          </w:p>
        </w:tc>
        <w:tc>
          <w:tcPr>
            <w:tcW w:w="571" w:type="pct"/>
            <w:vAlign w:val="center"/>
          </w:tcPr>
          <w:p w14:paraId="4744F0A0" w14:textId="77777777" w:rsidR="00840A9E" w:rsidRDefault="00000000">
            <w:r>
              <w:br/>
            </w:r>
          </w:p>
        </w:tc>
        <w:tc>
          <w:tcPr>
            <w:tcW w:w="446" w:type="pct"/>
            <w:vAlign w:val="center"/>
          </w:tcPr>
          <w:p w14:paraId="3ACFFCD9" w14:textId="77777777" w:rsidR="00840A9E" w:rsidRDefault="00000000">
            <w:pPr>
              <w:jc w:val="center"/>
            </w:pPr>
            <w:r>
              <w:br/>
            </w:r>
          </w:p>
        </w:tc>
        <w:tc>
          <w:tcPr>
            <w:tcW w:w="661" w:type="pct"/>
            <w:vAlign w:val="center"/>
          </w:tcPr>
          <w:p w14:paraId="5823D8B0" w14:textId="77777777" w:rsidR="00840A9E" w:rsidRDefault="00000000">
            <w:r>
              <w:br/>
            </w:r>
          </w:p>
        </w:tc>
        <w:tc>
          <w:tcPr>
            <w:tcW w:w="750" w:type="pct"/>
            <w:vAlign w:val="center"/>
          </w:tcPr>
          <w:p w14:paraId="723CB931" w14:textId="77777777" w:rsidR="00840A9E" w:rsidRDefault="00000000">
            <w:r>
              <w:br/>
            </w:r>
          </w:p>
        </w:tc>
      </w:tr>
      <w:tr w:rsidR="00840A9E" w14:paraId="4621486A" w14:textId="77777777" w:rsidTr="000E1D1D">
        <w:trPr>
          <w:jc w:val="center"/>
        </w:trPr>
        <w:tc>
          <w:tcPr>
            <w:tcW w:w="214" w:type="pct"/>
            <w:vAlign w:val="center"/>
          </w:tcPr>
          <w:p w14:paraId="02700060" w14:textId="77777777" w:rsidR="00840A9E" w:rsidRDefault="00000000">
            <w:pPr>
              <w:jc w:val="center"/>
            </w:pPr>
            <w:r>
              <w:t>8</w:t>
            </w:r>
          </w:p>
        </w:tc>
        <w:tc>
          <w:tcPr>
            <w:tcW w:w="607" w:type="pct"/>
            <w:vAlign w:val="center"/>
          </w:tcPr>
          <w:p w14:paraId="1DCB106F" w14:textId="77777777" w:rsidR="00840A9E" w:rsidRDefault="00000000">
            <w:r>
              <w:br/>
            </w:r>
          </w:p>
        </w:tc>
        <w:tc>
          <w:tcPr>
            <w:tcW w:w="625" w:type="pct"/>
            <w:vAlign w:val="center"/>
          </w:tcPr>
          <w:p w14:paraId="12423697" w14:textId="77777777" w:rsidR="00840A9E" w:rsidRDefault="00000000">
            <w:r>
              <w:br/>
            </w:r>
          </w:p>
        </w:tc>
        <w:tc>
          <w:tcPr>
            <w:tcW w:w="571" w:type="pct"/>
            <w:vAlign w:val="center"/>
          </w:tcPr>
          <w:p w14:paraId="1134F52F" w14:textId="77777777" w:rsidR="00840A9E" w:rsidRDefault="00000000">
            <w:r>
              <w:br/>
            </w:r>
          </w:p>
        </w:tc>
        <w:tc>
          <w:tcPr>
            <w:tcW w:w="553" w:type="pct"/>
            <w:vAlign w:val="center"/>
          </w:tcPr>
          <w:p w14:paraId="37AEB3A3" w14:textId="77777777" w:rsidR="00840A9E" w:rsidRDefault="00000000">
            <w:r>
              <w:br/>
            </w:r>
          </w:p>
        </w:tc>
        <w:tc>
          <w:tcPr>
            <w:tcW w:w="571" w:type="pct"/>
            <w:vAlign w:val="center"/>
          </w:tcPr>
          <w:p w14:paraId="442E4A75" w14:textId="77777777" w:rsidR="00840A9E" w:rsidRDefault="00000000">
            <w:r>
              <w:br/>
            </w:r>
          </w:p>
        </w:tc>
        <w:tc>
          <w:tcPr>
            <w:tcW w:w="446" w:type="pct"/>
            <w:vAlign w:val="center"/>
          </w:tcPr>
          <w:p w14:paraId="3EEB46F7" w14:textId="77777777" w:rsidR="00840A9E" w:rsidRDefault="00000000">
            <w:pPr>
              <w:jc w:val="center"/>
            </w:pPr>
            <w:r>
              <w:br/>
            </w:r>
          </w:p>
        </w:tc>
        <w:tc>
          <w:tcPr>
            <w:tcW w:w="661" w:type="pct"/>
            <w:vAlign w:val="center"/>
          </w:tcPr>
          <w:p w14:paraId="630E511D" w14:textId="77777777" w:rsidR="00840A9E" w:rsidRDefault="00000000">
            <w:r>
              <w:br/>
            </w:r>
          </w:p>
        </w:tc>
        <w:tc>
          <w:tcPr>
            <w:tcW w:w="750" w:type="pct"/>
            <w:vAlign w:val="center"/>
          </w:tcPr>
          <w:p w14:paraId="374AA824" w14:textId="77777777" w:rsidR="00840A9E" w:rsidRDefault="00000000">
            <w:r>
              <w:br/>
            </w:r>
          </w:p>
        </w:tc>
      </w:tr>
    </w:tbl>
    <w:p w14:paraId="05E3F476" w14:textId="77777777" w:rsidR="00840A9E" w:rsidRDefault="00840A9E"/>
    <w:p w14:paraId="15260034" w14:textId="77777777" w:rsidR="00840A9E" w:rsidRDefault="00000000">
      <w:r>
        <w:rPr>
          <w:b/>
        </w:rPr>
        <w:lastRenderedPageBreak/>
        <w:t xml:space="preserve">Değerlendirme Notu: </w:t>
      </w:r>
      <w:r>
        <w:t>Aynı kişinin işlemin birden fazla kritik aşamasını yürütmesi tek başına uygunsuzluk olarak değerlendirilmez. Personel sayısı, organizasyon yapısı veya işin niteliği nedeniyle görevler ayrılığının sağlanamadığı durumlarda ikinci kontrol/onay, yönetici incelemesi, periyodik raporlama, işlem sonrası kontrol veya benzeri telafi edici kontroller açıkça tanımlanmalıdır.</w:t>
      </w:r>
    </w:p>
    <w:tbl>
      <w:tblPr>
        <w:tblStyle w:val="TabloKlavuzu"/>
        <w:tblW w:w="0" w:type="auto"/>
        <w:tblLook w:val="04A0" w:firstRow="1" w:lastRow="0" w:firstColumn="1" w:lastColumn="0" w:noHBand="0" w:noVBand="1"/>
      </w:tblPr>
      <w:tblGrid>
        <w:gridCol w:w="3563"/>
        <w:gridCol w:w="3563"/>
        <w:gridCol w:w="3563"/>
        <w:gridCol w:w="3563"/>
      </w:tblGrid>
      <w:tr w:rsidR="00840A9E" w14:paraId="438D7009" w14:textId="77777777">
        <w:tc>
          <w:tcPr>
            <w:tcW w:w="3563" w:type="dxa"/>
          </w:tcPr>
          <w:p w14:paraId="6DE27A3E" w14:textId="77777777" w:rsidR="00840A9E" w:rsidRDefault="00000000">
            <w:r>
              <w:rPr>
                <w:b/>
              </w:rPr>
              <w:t>Genel Değerlendirme</w:t>
            </w:r>
          </w:p>
        </w:tc>
        <w:tc>
          <w:tcPr>
            <w:tcW w:w="3563" w:type="dxa"/>
          </w:tcPr>
          <w:p w14:paraId="247894EF" w14:textId="77777777" w:rsidR="00840A9E" w:rsidRDefault="00000000">
            <w:r>
              <w:t>☐ Uygun   ☐ Kısmen Uygun   ☐ İyileştirme Gerekli</w:t>
            </w:r>
          </w:p>
        </w:tc>
        <w:tc>
          <w:tcPr>
            <w:tcW w:w="3563" w:type="dxa"/>
          </w:tcPr>
          <w:p w14:paraId="40F66AC4" w14:textId="77777777" w:rsidR="00840A9E" w:rsidRDefault="00000000">
            <w:r>
              <w:rPr>
                <w:b/>
              </w:rPr>
              <w:t>İyileştirme Termin Tarihi</w:t>
            </w:r>
          </w:p>
        </w:tc>
        <w:tc>
          <w:tcPr>
            <w:tcW w:w="3563" w:type="dxa"/>
          </w:tcPr>
          <w:p w14:paraId="486AC828" w14:textId="77777777" w:rsidR="00840A9E" w:rsidRDefault="00840A9E"/>
        </w:tc>
      </w:tr>
      <w:tr w:rsidR="00840A9E" w14:paraId="0A1E975A" w14:textId="77777777">
        <w:tc>
          <w:tcPr>
            <w:tcW w:w="3563" w:type="dxa"/>
          </w:tcPr>
          <w:p w14:paraId="240FEA61" w14:textId="77777777" w:rsidR="00840A9E" w:rsidRDefault="00000000">
            <w:r>
              <w:rPr>
                <w:b/>
              </w:rPr>
              <w:t>Birim Yöneticisi</w:t>
            </w:r>
          </w:p>
        </w:tc>
        <w:tc>
          <w:tcPr>
            <w:tcW w:w="3563" w:type="dxa"/>
          </w:tcPr>
          <w:p w14:paraId="119F4E4D" w14:textId="77777777" w:rsidR="00840A9E" w:rsidRDefault="00840A9E"/>
        </w:tc>
        <w:tc>
          <w:tcPr>
            <w:tcW w:w="3563" w:type="dxa"/>
          </w:tcPr>
          <w:p w14:paraId="278BA941" w14:textId="77777777" w:rsidR="00840A9E" w:rsidRDefault="00000000">
            <w:r>
              <w:rPr>
                <w:b/>
              </w:rPr>
              <w:t>İmza / Tarih</w:t>
            </w:r>
          </w:p>
        </w:tc>
        <w:tc>
          <w:tcPr>
            <w:tcW w:w="3563" w:type="dxa"/>
          </w:tcPr>
          <w:p w14:paraId="33E8EED1" w14:textId="77777777" w:rsidR="00840A9E" w:rsidRDefault="00840A9E"/>
        </w:tc>
      </w:tr>
      <w:tr w:rsidR="00840A9E" w14:paraId="22355377" w14:textId="77777777">
        <w:tc>
          <w:tcPr>
            <w:tcW w:w="3563" w:type="dxa"/>
          </w:tcPr>
          <w:p w14:paraId="52A11FDA" w14:textId="77777777" w:rsidR="00840A9E" w:rsidRDefault="00000000">
            <w:r>
              <w:rPr>
                <w:b/>
              </w:rPr>
              <w:t>İzleme Sonucu</w:t>
            </w:r>
          </w:p>
        </w:tc>
        <w:tc>
          <w:tcPr>
            <w:tcW w:w="3563" w:type="dxa"/>
          </w:tcPr>
          <w:p w14:paraId="0A4FC4F7" w14:textId="77777777" w:rsidR="00840A9E" w:rsidRDefault="00840A9E"/>
        </w:tc>
        <w:tc>
          <w:tcPr>
            <w:tcW w:w="3563" w:type="dxa"/>
          </w:tcPr>
          <w:p w14:paraId="3143F83F" w14:textId="77777777" w:rsidR="00840A9E" w:rsidRDefault="00000000">
            <w:r>
              <w:rPr>
                <w:b/>
              </w:rPr>
              <w:t>İzleme Tarihi</w:t>
            </w:r>
          </w:p>
        </w:tc>
        <w:tc>
          <w:tcPr>
            <w:tcW w:w="3563" w:type="dxa"/>
          </w:tcPr>
          <w:p w14:paraId="17974B6D" w14:textId="77777777" w:rsidR="00840A9E" w:rsidRDefault="00840A9E"/>
        </w:tc>
      </w:tr>
    </w:tbl>
    <w:p w14:paraId="72CFBEEA" w14:textId="77777777" w:rsidR="003A4E49" w:rsidRDefault="003A4E49"/>
    <w:sectPr w:rsidR="003A4E49" w:rsidSect="00BC62C8">
      <w:headerReference w:type="even" r:id="rId8"/>
      <w:headerReference w:type="default" r:id="rId9"/>
      <w:footerReference w:type="even" r:id="rId10"/>
      <w:footerReference w:type="default" r:id="rId11"/>
      <w:headerReference w:type="first" r:id="rId12"/>
      <w:footerReference w:type="first" r:id="rId13"/>
      <w:pgSz w:w="15840" w:h="12240" w:orient="landscape"/>
      <w:pgMar w:top="794" w:right="794" w:bottom="794" w:left="794" w:header="72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2357F" w14:textId="77777777" w:rsidR="000C3F13" w:rsidRDefault="000C3F13" w:rsidP="000E1D1D">
      <w:pPr>
        <w:spacing w:after="0" w:line="240" w:lineRule="auto"/>
      </w:pPr>
      <w:r>
        <w:separator/>
      </w:r>
    </w:p>
  </w:endnote>
  <w:endnote w:type="continuationSeparator" w:id="0">
    <w:p w14:paraId="5F541469" w14:textId="77777777" w:rsidR="000C3F13" w:rsidRDefault="000C3F13" w:rsidP="000E1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1594D" w14:textId="77777777" w:rsidR="000E1D1D" w:rsidRDefault="000E1D1D">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822"/>
      <w:gridCol w:w="4822"/>
      <w:gridCol w:w="4824"/>
    </w:tblGrid>
    <w:tr w:rsidR="00BC62C8" w:rsidRPr="00BC62C8" w14:paraId="61A7EC4C" w14:textId="77777777" w:rsidTr="000B504F">
      <w:trPr>
        <w:jc w:val="center"/>
      </w:trPr>
      <w:tc>
        <w:tcPr>
          <w:tcW w:w="1666" w:type="pct"/>
        </w:tcPr>
        <w:p w14:paraId="540D6A74" w14:textId="77777777" w:rsidR="00BC62C8" w:rsidRPr="00BC62C8" w:rsidRDefault="00BC62C8" w:rsidP="00BC62C8">
          <w:pPr>
            <w:jc w:val="center"/>
            <w:rPr>
              <w:rFonts w:ascii="Times New Roman" w:hAnsi="Times New Roman"/>
              <w:sz w:val="24"/>
              <w:szCs w:val="24"/>
            </w:rPr>
          </w:pPr>
          <w:r w:rsidRPr="00BC62C8">
            <w:rPr>
              <w:rFonts w:ascii="Times New Roman" w:hAnsi="Times New Roman"/>
              <w:sz w:val="24"/>
              <w:szCs w:val="24"/>
            </w:rPr>
            <w:t>Hazırlayan</w:t>
          </w:r>
        </w:p>
      </w:tc>
      <w:tc>
        <w:tcPr>
          <w:tcW w:w="1666" w:type="pct"/>
        </w:tcPr>
        <w:p w14:paraId="21B9CCD1" w14:textId="77777777" w:rsidR="00BC62C8" w:rsidRPr="00BC62C8" w:rsidRDefault="00BC62C8" w:rsidP="00BC62C8">
          <w:pPr>
            <w:jc w:val="center"/>
            <w:rPr>
              <w:rFonts w:ascii="Times New Roman" w:hAnsi="Times New Roman"/>
              <w:sz w:val="24"/>
              <w:szCs w:val="24"/>
            </w:rPr>
          </w:pPr>
          <w:r w:rsidRPr="00BC62C8">
            <w:rPr>
              <w:rFonts w:ascii="Times New Roman" w:hAnsi="Times New Roman"/>
              <w:sz w:val="24"/>
              <w:szCs w:val="24"/>
            </w:rPr>
            <w:t>Sistem Onayı</w:t>
          </w:r>
        </w:p>
      </w:tc>
      <w:tc>
        <w:tcPr>
          <w:tcW w:w="1667" w:type="pct"/>
        </w:tcPr>
        <w:p w14:paraId="6FF33E3F" w14:textId="77777777" w:rsidR="00BC62C8" w:rsidRPr="00BC62C8" w:rsidRDefault="00BC62C8" w:rsidP="00BC62C8">
          <w:pPr>
            <w:jc w:val="center"/>
            <w:rPr>
              <w:rFonts w:ascii="Times New Roman" w:hAnsi="Times New Roman"/>
              <w:sz w:val="24"/>
              <w:szCs w:val="24"/>
            </w:rPr>
          </w:pPr>
          <w:r w:rsidRPr="00BC62C8">
            <w:rPr>
              <w:rFonts w:ascii="Times New Roman" w:hAnsi="Times New Roman"/>
              <w:sz w:val="24"/>
              <w:szCs w:val="24"/>
            </w:rPr>
            <w:t>Yürürlük Onayı</w:t>
          </w:r>
        </w:p>
      </w:tc>
    </w:tr>
    <w:tr w:rsidR="00BC62C8" w:rsidRPr="00BC62C8" w14:paraId="38804670" w14:textId="77777777" w:rsidTr="000B504F">
      <w:trPr>
        <w:trHeight w:val="1002"/>
        <w:jc w:val="center"/>
      </w:trPr>
      <w:tc>
        <w:tcPr>
          <w:tcW w:w="1666" w:type="pct"/>
        </w:tcPr>
        <w:p w14:paraId="022111BB" w14:textId="77777777" w:rsidR="00BC62C8" w:rsidRPr="00BC62C8" w:rsidRDefault="00BC62C8" w:rsidP="00BC62C8">
          <w:pPr>
            <w:jc w:val="center"/>
            <w:rPr>
              <w:rFonts w:ascii="Times New Roman" w:hAnsi="Times New Roman"/>
              <w:sz w:val="24"/>
              <w:szCs w:val="24"/>
            </w:rPr>
          </w:pPr>
          <w:r w:rsidRPr="00BC62C8">
            <w:rPr>
              <w:rFonts w:ascii="Times New Roman" w:hAnsi="Times New Roman"/>
              <w:sz w:val="24"/>
              <w:szCs w:val="24"/>
            </w:rPr>
            <w:t>Kalite Koordinatörlüğü</w:t>
          </w:r>
        </w:p>
      </w:tc>
      <w:tc>
        <w:tcPr>
          <w:tcW w:w="1666" w:type="pct"/>
        </w:tcPr>
        <w:p w14:paraId="49B1D88C" w14:textId="77777777" w:rsidR="00BC62C8" w:rsidRPr="00BC62C8" w:rsidRDefault="00BC62C8" w:rsidP="00BC62C8">
          <w:pPr>
            <w:jc w:val="center"/>
            <w:rPr>
              <w:rFonts w:ascii="Times New Roman" w:hAnsi="Times New Roman"/>
              <w:sz w:val="24"/>
              <w:szCs w:val="24"/>
            </w:rPr>
          </w:pPr>
          <w:r w:rsidRPr="00BC62C8">
            <w:rPr>
              <w:rFonts w:ascii="Times New Roman" w:hAnsi="Times New Roman"/>
              <w:sz w:val="24"/>
              <w:szCs w:val="24"/>
            </w:rPr>
            <w:t>Selin TOZOĞLU</w:t>
          </w:r>
        </w:p>
      </w:tc>
      <w:tc>
        <w:tcPr>
          <w:tcW w:w="1667" w:type="pct"/>
        </w:tcPr>
        <w:p w14:paraId="46CD53BE" w14:textId="77777777" w:rsidR="00BC62C8" w:rsidRPr="00BC62C8" w:rsidRDefault="00BC62C8" w:rsidP="00BC62C8">
          <w:pPr>
            <w:jc w:val="center"/>
            <w:rPr>
              <w:rFonts w:ascii="Times New Roman" w:hAnsi="Times New Roman"/>
              <w:sz w:val="24"/>
              <w:szCs w:val="24"/>
            </w:rPr>
          </w:pPr>
          <w:r w:rsidRPr="00BC62C8">
            <w:rPr>
              <w:rFonts w:ascii="Times New Roman" w:hAnsi="Times New Roman"/>
              <w:sz w:val="24"/>
              <w:szCs w:val="24"/>
            </w:rPr>
            <w:t>Öğr. Gör. Cankat ÖZLÜ</w:t>
          </w:r>
        </w:p>
        <w:p w14:paraId="4E128B8C" w14:textId="77777777" w:rsidR="00BC62C8" w:rsidRPr="00BC62C8" w:rsidRDefault="00BC62C8" w:rsidP="00BC62C8">
          <w:pPr>
            <w:jc w:val="center"/>
            <w:rPr>
              <w:rFonts w:ascii="Times New Roman" w:hAnsi="Times New Roman"/>
              <w:sz w:val="24"/>
              <w:szCs w:val="24"/>
            </w:rPr>
          </w:pPr>
        </w:p>
      </w:tc>
    </w:tr>
  </w:tbl>
  <w:p w14:paraId="6CF31898" w14:textId="77777777" w:rsidR="000E1D1D" w:rsidRDefault="000E1D1D">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26BE3" w14:textId="77777777" w:rsidR="000E1D1D" w:rsidRDefault="000E1D1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D6A03" w14:textId="77777777" w:rsidR="000C3F13" w:rsidRDefault="000C3F13" w:rsidP="000E1D1D">
      <w:pPr>
        <w:spacing w:after="0" w:line="240" w:lineRule="auto"/>
      </w:pPr>
      <w:r>
        <w:separator/>
      </w:r>
    </w:p>
  </w:footnote>
  <w:footnote w:type="continuationSeparator" w:id="0">
    <w:p w14:paraId="28951400" w14:textId="77777777" w:rsidR="000C3F13" w:rsidRDefault="000C3F13" w:rsidP="000E1D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641A" w14:textId="77777777" w:rsidR="000E1D1D" w:rsidRDefault="000E1D1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506"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222"/>
      <w:gridCol w:w="1841"/>
      <w:gridCol w:w="1416"/>
    </w:tblGrid>
    <w:tr w:rsidR="000E1D1D" w:rsidRPr="000E1D1D" w14:paraId="7ED3AF3B" w14:textId="77777777" w:rsidTr="000E1D1D">
      <w:trPr>
        <w:trHeight w:val="276"/>
      </w:trPr>
      <w:tc>
        <w:tcPr>
          <w:tcW w:w="598" w:type="pct"/>
          <w:vMerge w:val="restart"/>
          <w:vAlign w:val="center"/>
        </w:tcPr>
        <w:p w14:paraId="6F32EE09" w14:textId="77777777" w:rsidR="000E1D1D" w:rsidRPr="000E1D1D" w:rsidRDefault="000E1D1D" w:rsidP="000E1D1D">
          <w:pPr>
            <w:rPr>
              <w:rFonts w:cs="Arial"/>
            </w:rPr>
          </w:pPr>
          <w:r w:rsidRPr="000E1D1D">
            <w:rPr>
              <w:rFonts w:cs="Arial"/>
              <w:noProof/>
              <w:lang w:eastAsia="tr-TR"/>
            </w:rPr>
            <w:drawing>
              <wp:inline distT="0" distB="0" distL="0" distR="0" wp14:anchorId="5EF8B184" wp14:editId="05BF0AD2">
                <wp:extent cx="739140" cy="1059180"/>
                <wp:effectExtent l="0" t="0" r="3810" b="7620"/>
                <wp:docPr id="281454652" name="Resim 1" descr="logo, yazı tipi, simge, sembol, metin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454652" name="Resim 1" descr="logo, yazı tipi, simge, sembol, metin içeren bir resim&#10;&#10;Yapay zeka tarafından oluşturulan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140" cy="1059180"/>
                        </a:xfrm>
                        <a:prstGeom prst="rect">
                          <a:avLst/>
                        </a:prstGeom>
                        <a:noFill/>
                        <a:ln>
                          <a:noFill/>
                        </a:ln>
                      </pic:spPr>
                    </pic:pic>
                  </a:graphicData>
                </a:graphic>
              </wp:inline>
            </w:drawing>
          </w:r>
        </w:p>
      </w:tc>
      <w:tc>
        <w:tcPr>
          <w:tcW w:w="3152" w:type="pct"/>
          <w:vMerge w:val="restart"/>
          <w:vAlign w:val="center"/>
        </w:tcPr>
        <w:p w14:paraId="0FE2C19D" w14:textId="2C27D469" w:rsidR="000E1D1D" w:rsidRPr="000E1D1D" w:rsidRDefault="000E1D1D" w:rsidP="000E1D1D">
          <w:pPr>
            <w:jc w:val="center"/>
            <w:rPr>
              <w:rFonts w:ascii="Times New Roman" w:hAnsi="Times New Roman"/>
              <w:b/>
              <w:iCs/>
              <w:sz w:val="28"/>
              <w:szCs w:val="28"/>
            </w:rPr>
          </w:pPr>
          <w:r>
            <w:rPr>
              <w:b/>
              <w:sz w:val="30"/>
            </w:rPr>
            <w:t>GÖREVLER AYRILIĞI DEĞERLENDİRME FORMU</w:t>
          </w:r>
        </w:p>
      </w:tc>
      <w:tc>
        <w:tcPr>
          <w:tcW w:w="706" w:type="pct"/>
          <w:vAlign w:val="center"/>
        </w:tcPr>
        <w:p w14:paraId="092A5EB5" w14:textId="77777777" w:rsidR="000E1D1D" w:rsidRPr="000E1D1D" w:rsidRDefault="000E1D1D" w:rsidP="000E1D1D">
          <w:pPr>
            <w:rPr>
              <w:rFonts w:cs="Arial"/>
            </w:rPr>
          </w:pPr>
          <w:r w:rsidRPr="000E1D1D">
            <w:rPr>
              <w:rFonts w:cs="Arial"/>
            </w:rPr>
            <w:t>Doküman No</w:t>
          </w:r>
        </w:p>
      </w:tc>
      <w:tc>
        <w:tcPr>
          <w:tcW w:w="543" w:type="pct"/>
          <w:vAlign w:val="center"/>
        </w:tcPr>
        <w:p w14:paraId="398001D9" w14:textId="2FCCA9A7" w:rsidR="000E1D1D" w:rsidRPr="000E1D1D" w:rsidRDefault="000E1D1D" w:rsidP="000E1D1D">
          <w:pPr>
            <w:rPr>
              <w:rFonts w:cs="Arial"/>
              <w:b/>
            </w:rPr>
          </w:pPr>
          <w:r w:rsidRPr="000E1D1D">
            <w:rPr>
              <w:rFonts w:cs="Arial"/>
              <w:b/>
            </w:rPr>
            <w:t>FR-KBK-0</w:t>
          </w:r>
          <w:r w:rsidR="001A601C">
            <w:rPr>
              <w:rFonts w:cs="Arial"/>
              <w:b/>
            </w:rPr>
            <w:t>149</w:t>
          </w:r>
        </w:p>
      </w:tc>
    </w:tr>
    <w:tr w:rsidR="000E1D1D" w:rsidRPr="000E1D1D" w14:paraId="0DCBA0C6" w14:textId="77777777" w:rsidTr="000E1D1D">
      <w:trPr>
        <w:trHeight w:val="305"/>
      </w:trPr>
      <w:tc>
        <w:tcPr>
          <w:tcW w:w="598" w:type="pct"/>
          <w:vMerge/>
          <w:vAlign w:val="center"/>
        </w:tcPr>
        <w:p w14:paraId="19F65CA1" w14:textId="77777777" w:rsidR="000E1D1D" w:rsidRPr="000E1D1D" w:rsidRDefault="000E1D1D" w:rsidP="000E1D1D">
          <w:pPr>
            <w:jc w:val="center"/>
            <w:rPr>
              <w:rFonts w:cs="Arial"/>
            </w:rPr>
          </w:pPr>
        </w:p>
      </w:tc>
      <w:tc>
        <w:tcPr>
          <w:tcW w:w="3152" w:type="pct"/>
          <w:vMerge/>
          <w:vAlign w:val="center"/>
        </w:tcPr>
        <w:p w14:paraId="1B4C3913" w14:textId="77777777" w:rsidR="000E1D1D" w:rsidRPr="000E1D1D" w:rsidRDefault="000E1D1D" w:rsidP="000E1D1D">
          <w:pPr>
            <w:jc w:val="center"/>
            <w:rPr>
              <w:rFonts w:cs="Arial"/>
            </w:rPr>
          </w:pPr>
        </w:p>
      </w:tc>
      <w:tc>
        <w:tcPr>
          <w:tcW w:w="706" w:type="pct"/>
          <w:vAlign w:val="center"/>
        </w:tcPr>
        <w:p w14:paraId="5636444D" w14:textId="77777777" w:rsidR="000E1D1D" w:rsidRPr="000E1D1D" w:rsidRDefault="000E1D1D" w:rsidP="000E1D1D">
          <w:pPr>
            <w:rPr>
              <w:rFonts w:cs="Arial"/>
            </w:rPr>
          </w:pPr>
          <w:r w:rsidRPr="000E1D1D">
            <w:rPr>
              <w:rFonts w:cs="Arial"/>
            </w:rPr>
            <w:t>İlk Yayın Tarihi</w:t>
          </w:r>
        </w:p>
      </w:tc>
      <w:tc>
        <w:tcPr>
          <w:tcW w:w="543" w:type="pct"/>
          <w:vAlign w:val="center"/>
        </w:tcPr>
        <w:p w14:paraId="7AE712DD" w14:textId="77777777" w:rsidR="000E1D1D" w:rsidRPr="000E1D1D" w:rsidRDefault="000E1D1D" w:rsidP="000E1D1D">
          <w:pPr>
            <w:rPr>
              <w:rFonts w:cs="Arial"/>
              <w:b/>
            </w:rPr>
          </w:pPr>
          <w:r w:rsidRPr="000E1D1D">
            <w:rPr>
              <w:rFonts w:cs="Arial"/>
              <w:b/>
            </w:rPr>
            <w:t>02.12.2025</w:t>
          </w:r>
        </w:p>
      </w:tc>
    </w:tr>
    <w:tr w:rsidR="000E1D1D" w:rsidRPr="000E1D1D" w14:paraId="5373D15D" w14:textId="77777777" w:rsidTr="000E1D1D">
      <w:trPr>
        <w:trHeight w:val="276"/>
      </w:trPr>
      <w:tc>
        <w:tcPr>
          <w:tcW w:w="598" w:type="pct"/>
          <w:vMerge/>
          <w:vAlign w:val="center"/>
        </w:tcPr>
        <w:p w14:paraId="57E38267" w14:textId="77777777" w:rsidR="000E1D1D" w:rsidRPr="000E1D1D" w:rsidRDefault="000E1D1D" w:rsidP="000E1D1D">
          <w:pPr>
            <w:jc w:val="center"/>
            <w:rPr>
              <w:rFonts w:cs="Arial"/>
            </w:rPr>
          </w:pPr>
        </w:p>
      </w:tc>
      <w:tc>
        <w:tcPr>
          <w:tcW w:w="3152" w:type="pct"/>
          <w:vMerge/>
          <w:vAlign w:val="center"/>
        </w:tcPr>
        <w:p w14:paraId="4E0E8548" w14:textId="77777777" w:rsidR="000E1D1D" w:rsidRPr="000E1D1D" w:rsidRDefault="000E1D1D" w:rsidP="000E1D1D">
          <w:pPr>
            <w:jc w:val="center"/>
            <w:rPr>
              <w:rFonts w:cs="Arial"/>
            </w:rPr>
          </w:pPr>
        </w:p>
      </w:tc>
      <w:tc>
        <w:tcPr>
          <w:tcW w:w="706" w:type="pct"/>
          <w:vAlign w:val="center"/>
        </w:tcPr>
        <w:p w14:paraId="1E1BE929" w14:textId="77777777" w:rsidR="000E1D1D" w:rsidRPr="000E1D1D" w:rsidRDefault="000E1D1D" w:rsidP="000E1D1D">
          <w:pPr>
            <w:rPr>
              <w:rFonts w:cs="Arial"/>
            </w:rPr>
          </w:pPr>
          <w:r w:rsidRPr="000E1D1D">
            <w:rPr>
              <w:rFonts w:cs="Arial"/>
            </w:rPr>
            <w:t>Revizyon Tarihi</w:t>
          </w:r>
        </w:p>
      </w:tc>
      <w:tc>
        <w:tcPr>
          <w:tcW w:w="543" w:type="pct"/>
          <w:vAlign w:val="center"/>
        </w:tcPr>
        <w:p w14:paraId="2FCC80BE" w14:textId="77777777" w:rsidR="000E1D1D" w:rsidRPr="000E1D1D" w:rsidRDefault="000E1D1D" w:rsidP="000E1D1D">
          <w:pPr>
            <w:rPr>
              <w:rFonts w:cs="Arial"/>
              <w:b/>
            </w:rPr>
          </w:pPr>
        </w:p>
      </w:tc>
    </w:tr>
    <w:tr w:rsidR="000E1D1D" w:rsidRPr="000E1D1D" w14:paraId="75A93D78" w14:textId="77777777" w:rsidTr="000E1D1D">
      <w:trPr>
        <w:trHeight w:val="276"/>
      </w:trPr>
      <w:tc>
        <w:tcPr>
          <w:tcW w:w="598" w:type="pct"/>
          <w:vMerge/>
          <w:vAlign w:val="center"/>
        </w:tcPr>
        <w:p w14:paraId="1D33BC8C" w14:textId="77777777" w:rsidR="000E1D1D" w:rsidRPr="000E1D1D" w:rsidRDefault="000E1D1D" w:rsidP="000E1D1D">
          <w:pPr>
            <w:jc w:val="center"/>
            <w:rPr>
              <w:rFonts w:cs="Arial"/>
            </w:rPr>
          </w:pPr>
        </w:p>
      </w:tc>
      <w:tc>
        <w:tcPr>
          <w:tcW w:w="3152" w:type="pct"/>
          <w:vMerge/>
          <w:vAlign w:val="center"/>
        </w:tcPr>
        <w:p w14:paraId="64D4FF94" w14:textId="77777777" w:rsidR="000E1D1D" w:rsidRPr="000E1D1D" w:rsidRDefault="000E1D1D" w:rsidP="000E1D1D">
          <w:pPr>
            <w:jc w:val="center"/>
            <w:rPr>
              <w:rFonts w:cs="Arial"/>
            </w:rPr>
          </w:pPr>
        </w:p>
      </w:tc>
      <w:tc>
        <w:tcPr>
          <w:tcW w:w="706" w:type="pct"/>
          <w:vAlign w:val="center"/>
        </w:tcPr>
        <w:p w14:paraId="5A5DBDDC" w14:textId="77777777" w:rsidR="000E1D1D" w:rsidRPr="000E1D1D" w:rsidRDefault="000E1D1D" w:rsidP="000E1D1D">
          <w:pPr>
            <w:rPr>
              <w:rFonts w:cs="Arial"/>
            </w:rPr>
          </w:pPr>
          <w:r w:rsidRPr="000E1D1D">
            <w:rPr>
              <w:rFonts w:cs="Arial"/>
            </w:rPr>
            <w:t>Revizyon No</w:t>
          </w:r>
        </w:p>
      </w:tc>
      <w:tc>
        <w:tcPr>
          <w:tcW w:w="543" w:type="pct"/>
          <w:vAlign w:val="center"/>
        </w:tcPr>
        <w:p w14:paraId="59498CBE" w14:textId="77777777" w:rsidR="000E1D1D" w:rsidRPr="000E1D1D" w:rsidRDefault="000E1D1D" w:rsidP="000E1D1D">
          <w:pPr>
            <w:rPr>
              <w:rFonts w:cs="Arial"/>
              <w:b/>
            </w:rPr>
          </w:pPr>
        </w:p>
      </w:tc>
    </w:tr>
    <w:tr w:rsidR="000E1D1D" w:rsidRPr="000E1D1D" w14:paraId="18145474" w14:textId="77777777" w:rsidTr="000E1D1D">
      <w:trPr>
        <w:trHeight w:val="276"/>
      </w:trPr>
      <w:tc>
        <w:tcPr>
          <w:tcW w:w="598" w:type="pct"/>
          <w:vMerge/>
          <w:vAlign w:val="center"/>
        </w:tcPr>
        <w:p w14:paraId="78A82CBC" w14:textId="77777777" w:rsidR="000E1D1D" w:rsidRPr="000E1D1D" w:rsidRDefault="000E1D1D" w:rsidP="000E1D1D">
          <w:pPr>
            <w:jc w:val="center"/>
            <w:rPr>
              <w:rFonts w:cs="Arial"/>
            </w:rPr>
          </w:pPr>
        </w:p>
      </w:tc>
      <w:tc>
        <w:tcPr>
          <w:tcW w:w="3152" w:type="pct"/>
          <w:vMerge/>
          <w:vAlign w:val="center"/>
        </w:tcPr>
        <w:p w14:paraId="66C92A25" w14:textId="77777777" w:rsidR="000E1D1D" w:rsidRPr="000E1D1D" w:rsidRDefault="000E1D1D" w:rsidP="000E1D1D">
          <w:pPr>
            <w:jc w:val="center"/>
            <w:rPr>
              <w:rFonts w:cs="Arial"/>
            </w:rPr>
          </w:pPr>
        </w:p>
      </w:tc>
      <w:tc>
        <w:tcPr>
          <w:tcW w:w="706" w:type="pct"/>
          <w:vAlign w:val="center"/>
        </w:tcPr>
        <w:p w14:paraId="4E62C567" w14:textId="77777777" w:rsidR="000E1D1D" w:rsidRPr="000E1D1D" w:rsidRDefault="000E1D1D" w:rsidP="000E1D1D">
          <w:pPr>
            <w:rPr>
              <w:rFonts w:cs="Arial"/>
            </w:rPr>
          </w:pPr>
          <w:r w:rsidRPr="000E1D1D">
            <w:rPr>
              <w:rFonts w:cs="Arial"/>
            </w:rPr>
            <w:t>Sayfa</w:t>
          </w:r>
        </w:p>
      </w:tc>
      <w:tc>
        <w:tcPr>
          <w:tcW w:w="543" w:type="pct"/>
          <w:vAlign w:val="center"/>
        </w:tcPr>
        <w:p w14:paraId="3E3BD2D7" w14:textId="77777777" w:rsidR="000E1D1D" w:rsidRPr="000E1D1D" w:rsidRDefault="000E1D1D" w:rsidP="000E1D1D">
          <w:pPr>
            <w:rPr>
              <w:rFonts w:cs="Arial"/>
              <w:b/>
            </w:rPr>
          </w:pPr>
          <w:r w:rsidRPr="000E1D1D">
            <w:rPr>
              <w:rFonts w:cs="Arial"/>
              <w:b/>
            </w:rPr>
            <w:fldChar w:fldCharType="begin"/>
          </w:r>
          <w:r w:rsidRPr="000E1D1D">
            <w:rPr>
              <w:rFonts w:cs="Arial"/>
              <w:b/>
            </w:rPr>
            <w:instrText xml:space="preserve"> PAGE   \* MERGEFORMAT </w:instrText>
          </w:r>
          <w:r w:rsidRPr="000E1D1D">
            <w:rPr>
              <w:rFonts w:cs="Arial"/>
              <w:b/>
            </w:rPr>
            <w:fldChar w:fldCharType="separate"/>
          </w:r>
          <w:r w:rsidRPr="000E1D1D">
            <w:rPr>
              <w:rFonts w:cs="Arial"/>
              <w:b/>
              <w:noProof/>
            </w:rPr>
            <w:t>1</w:t>
          </w:r>
          <w:r w:rsidRPr="000E1D1D">
            <w:rPr>
              <w:rFonts w:cs="Arial"/>
              <w:b/>
            </w:rPr>
            <w:fldChar w:fldCharType="end"/>
          </w:r>
          <w:r w:rsidRPr="000E1D1D">
            <w:rPr>
              <w:rFonts w:cs="Arial"/>
              <w:b/>
            </w:rPr>
            <w:t>/</w:t>
          </w:r>
          <w:r w:rsidRPr="000E1D1D">
            <w:rPr>
              <w:rFonts w:cs="Arial"/>
              <w:b/>
            </w:rPr>
            <w:fldChar w:fldCharType="begin"/>
          </w:r>
          <w:r w:rsidRPr="000E1D1D">
            <w:rPr>
              <w:rFonts w:cs="Arial"/>
              <w:b/>
            </w:rPr>
            <w:instrText xml:space="preserve"> NUMPAGES   \* MERGEFORMAT </w:instrText>
          </w:r>
          <w:r w:rsidRPr="000E1D1D">
            <w:rPr>
              <w:rFonts w:cs="Arial"/>
              <w:b/>
            </w:rPr>
            <w:fldChar w:fldCharType="separate"/>
          </w:r>
          <w:r w:rsidRPr="000E1D1D">
            <w:rPr>
              <w:rFonts w:cs="Arial"/>
              <w:b/>
              <w:noProof/>
            </w:rPr>
            <w:t>1</w:t>
          </w:r>
          <w:r w:rsidRPr="000E1D1D">
            <w:rPr>
              <w:rFonts w:cs="Arial"/>
              <w:b/>
            </w:rPr>
            <w:fldChar w:fldCharType="end"/>
          </w:r>
        </w:p>
      </w:tc>
    </w:tr>
  </w:tbl>
  <w:p w14:paraId="52915E59" w14:textId="77777777" w:rsidR="000E1D1D" w:rsidRDefault="000E1D1D">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A3278" w14:textId="77777777" w:rsidR="000E1D1D" w:rsidRDefault="000E1D1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48648397">
    <w:abstractNumId w:val="8"/>
  </w:num>
  <w:num w:numId="2" w16cid:durableId="1876039882">
    <w:abstractNumId w:val="6"/>
  </w:num>
  <w:num w:numId="3" w16cid:durableId="1228341472">
    <w:abstractNumId w:val="5"/>
  </w:num>
  <w:num w:numId="4" w16cid:durableId="262882230">
    <w:abstractNumId w:val="4"/>
  </w:num>
  <w:num w:numId="5" w16cid:durableId="578177987">
    <w:abstractNumId w:val="7"/>
  </w:num>
  <w:num w:numId="6" w16cid:durableId="12928754">
    <w:abstractNumId w:val="3"/>
  </w:num>
  <w:num w:numId="7" w16cid:durableId="1696006371">
    <w:abstractNumId w:val="2"/>
  </w:num>
  <w:num w:numId="8" w16cid:durableId="1426658388">
    <w:abstractNumId w:val="1"/>
  </w:num>
  <w:num w:numId="9" w16cid:durableId="502086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3F13"/>
    <w:rsid w:val="000E1D1D"/>
    <w:rsid w:val="0015074B"/>
    <w:rsid w:val="001A601C"/>
    <w:rsid w:val="0029639D"/>
    <w:rsid w:val="00326F90"/>
    <w:rsid w:val="003A4E49"/>
    <w:rsid w:val="00516BD0"/>
    <w:rsid w:val="00767895"/>
    <w:rsid w:val="00840A9E"/>
    <w:rsid w:val="00AA1D8D"/>
    <w:rsid w:val="00B47730"/>
    <w:rsid w:val="00BC62C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85C643"/>
  <w14:defaultImageDpi w14:val="300"/>
  <w15:docId w15:val="{1FD9E257-4416-4523-A8B6-DDE23A4D4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217</Words>
  <Characters>1238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Selin Tozoglu</cp:lastModifiedBy>
  <cp:revision>4</cp:revision>
  <dcterms:created xsi:type="dcterms:W3CDTF">2013-12-23T23:15:00Z</dcterms:created>
  <dcterms:modified xsi:type="dcterms:W3CDTF">2026-08-07T13:37:00Z</dcterms:modified>
  <cp:category/>
</cp:coreProperties>
</file>