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FD79" w14:textId="4AE748D3" w:rsidR="00247B57" w:rsidRDefault="00000000">
      <w:pPr>
        <w:jc w:val="center"/>
      </w:pPr>
      <w:r>
        <w:rPr>
          <w:i/>
        </w:rPr>
        <w:br/>
        <w:t>İzleme Standartları – İSE 17.1.3</w:t>
      </w:r>
    </w:p>
    <w:p w14:paraId="2E58D2BE" w14:textId="77777777" w:rsidR="00247B57" w:rsidRDefault="00000000">
      <w:r>
        <w:rPr>
          <w:b/>
        </w:rPr>
        <w:t xml:space="preserve">Amaç: </w:t>
      </w:r>
      <w:r>
        <w:t>İç Kontrol Eylem Planında yer alan eylemlerin altı aylık dönemler itibarıyla gerçekleşme durumunun izlenmesi; tamamlanan, devam eden, geciken ve başlatılmayan eylemlerin nedenleri ve sonraki adımlarının raporlanmasıdır.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2375"/>
        <w:gridCol w:w="2375"/>
        <w:gridCol w:w="2375"/>
        <w:gridCol w:w="2375"/>
      </w:tblGrid>
      <w:tr w:rsidR="00247B57" w14:paraId="0CAB7B7C" w14:textId="77777777">
        <w:tc>
          <w:tcPr>
            <w:tcW w:w="2375" w:type="dxa"/>
            <w:shd w:val="clear" w:color="auto" w:fill="D9EAF7"/>
          </w:tcPr>
          <w:p w14:paraId="20998274" w14:textId="77777777" w:rsidR="00247B57" w:rsidRDefault="00000000">
            <w:r>
              <w:rPr>
                <w:b/>
                <w:sz w:val="16"/>
              </w:rPr>
              <w:t>Birim</w:t>
            </w:r>
          </w:p>
        </w:tc>
        <w:tc>
          <w:tcPr>
            <w:tcW w:w="2375" w:type="dxa"/>
          </w:tcPr>
          <w:p w14:paraId="3C2E598C" w14:textId="77777777" w:rsidR="00247B57" w:rsidRDefault="00247B57"/>
        </w:tc>
        <w:tc>
          <w:tcPr>
            <w:tcW w:w="2375" w:type="dxa"/>
            <w:shd w:val="clear" w:color="auto" w:fill="D9EAF7"/>
          </w:tcPr>
          <w:p w14:paraId="592E10EF" w14:textId="77777777" w:rsidR="00247B57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75" w:type="dxa"/>
          </w:tcPr>
          <w:p w14:paraId="574C847A" w14:textId="77777777" w:rsidR="00247B57" w:rsidRDefault="00247B57"/>
        </w:tc>
        <w:tc>
          <w:tcPr>
            <w:tcW w:w="2375" w:type="dxa"/>
            <w:shd w:val="clear" w:color="auto" w:fill="D9EAF7"/>
          </w:tcPr>
          <w:p w14:paraId="2D832C7D" w14:textId="77777777" w:rsidR="00247B57" w:rsidRDefault="00000000">
            <w:r>
              <w:rPr>
                <w:b/>
                <w:sz w:val="16"/>
              </w:rPr>
              <w:t>Tarih</w:t>
            </w:r>
          </w:p>
        </w:tc>
        <w:tc>
          <w:tcPr>
            <w:tcW w:w="2375" w:type="dxa"/>
          </w:tcPr>
          <w:p w14:paraId="1C4E8E08" w14:textId="77777777" w:rsidR="00247B57" w:rsidRDefault="00247B57"/>
        </w:tc>
      </w:tr>
      <w:tr w:rsidR="00247B57" w14:paraId="2DA7845E" w14:textId="77777777">
        <w:tc>
          <w:tcPr>
            <w:tcW w:w="2375" w:type="dxa"/>
            <w:shd w:val="clear" w:color="auto" w:fill="D9EAF7"/>
          </w:tcPr>
          <w:p w14:paraId="29AD0ED4" w14:textId="77777777" w:rsidR="00247B57" w:rsidRDefault="00000000">
            <w:r>
              <w:rPr>
                <w:b/>
                <w:sz w:val="16"/>
              </w:rPr>
              <w:t>Hazırlayan / Değerlendiren</w:t>
            </w:r>
          </w:p>
        </w:tc>
        <w:tc>
          <w:tcPr>
            <w:tcW w:w="2375" w:type="dxa"/>
          </w:tcPr>
          <w:p w14:paraId="6F1E9921" w14:textId="77777777" w:rsidR="00247B57" w:rsidRDefault="00247B57"/>
        </w:tc>
        <w:tc>
          <w:tcPr>
            <w:tcW w:w="2375" w:type="dxa"/>
            <w:shd w:val="clear" w:color="auto" w:fill="D9EAF7"/>
          </w:tcPr>
          <w:p w14:paraId="03E57716" w14:textId="77777777" w:rsidR="00247B57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75" w:type="dxa"/>
          </w:tcPr>
          <w:p w14:paraId="15163048" w14:textId="77777777" w:rsidR="00247B57" w:rsidRDefault="00247B57"/>
        </w:tc>
        <w:tc>
          <w:tcPr>
            <w:tcW w:w="2375" w:type="dxa"/>
            <w:shd w:val="clear" w:color="auto" w:fill="D9EAF7"/>
          </w:tcPr>
          <w:p w14:paraId="0F46F0DB" w14:textId="77777777" w:rsidR="00247B57" w:rsidRDefault="00000000">
            <w:r>
              <w:rPr>
                <w:b/>
                <w:sz w:val="16"/>
              </w:rPr>
              <w:t>Onaylayan</w:t>
            </w:r>
          </w:p>
        </w:tc>
        <w:tc>
          <w:tcPr>
            <w:tcW w:w="2375" w:type="dxa"/>
          </w:tcPr>
          <w:p w14:paraId="2F92CBF7" w14:textId="77777777" w:rsidR="00247B57" w:rsidRDefault="00247B57"/>
        </w:tc>
      </w:tr>
    </w:tbl>
    <w:p w14:paraId="0E8DE87D" w14:textId="77777777" w:rsidR="00247B57" w:rsidRDefault="00247B57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:rsidR="00247B57" w14:paraId="1B1F538F" w14:textId="77777777">
        <w:trPr>
          <w:tblHeader/>
          <w:jc w:val="center"/>
        </w:trPr>
        <w:tc>
          <w:tcPr>
            <w:tcW w:w="1296" w:type="dxa"/>
            <w:shd w:val="clear" w:color="auto" w:fill="D9EAF7"/>
            <w:vAlign w:val="center"/>
          </w:tcPr>
          <w:p w14:paraId="751CAAD2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Sıra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67D228F5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Eylem Kodu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047A23C9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Eylem / Yapılacak İş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5CBB9542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Sorumlu Birim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2359EA82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Termin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4B86356C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Gerçekleşme Durumu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6BC52E9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Gerçekleşen Çıktı / Kanıt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31C5BD51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Gecikme / Sapma Nedeni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09FC8BE5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Sonraki Adım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388F7DE6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Yeni Termin (varsa)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3DDB2C0" w14:textId="77777777" w:rsidR="00247B57" w:rsidRDefault="00000000">
            <w:pPr>
              <w:jc w:val="center"/>
            </w:pPr>
            <w:r>
              <w:rPr>
                <w:b/>
                <w:sz w:val="14"/>
              </w:rPr>
              <w:t>Açıklama</w:t>
            </w:r>
          </w:p>
        </w:tc>
      </w:tr>
      <w:tr w:rsidR="00247B57" w14:paraId="6A30B048" w14:textId="77777777">
        <w:trPr>
          <w:jc w:val="center"/>
        </w:trPr>
        <w:tc>
          <w:tcPr>
            <w:tcW w:w="1296" w:type="dxa"/>
            <w:vAlign w:val="center"/>
          </w:tcPr>
          <w:p w14:paraId="1BD54654" w14:textId="77777777" w:rsidR="00247B57" w:rsidRDefault="00000000">
            <w:r>
              <w:t>1</w:t>
            </w:r>
          </w:p>
        </w:tc>
        <w:tc>
          <w:tcPr>
            <w:tcW w:w="1296" w:type="dxa"/>
            <w:vAlign w:val="center"/>
          </w:tcPr>
          <w:p w14:paraId="5FF7D2E4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1624E84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36B080C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C20BC5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EE6BC9C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4DE868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7DB214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C97E0BC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995342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BFED4A6" w14:textId="77777777" w:rsidR="00247B57" w:rsidRDefault="00000000">
            <w:r>
              <w:br/>
            </w:r>
          </w:p>
        </w:tc>
      </w:tr>
      <w:tr w:rsidR="00247B57" w14:paraId="756D502E" w14:textId="77777777">
        <w:trPr>
          <w:jc w:val="center"/>
        </w:trPr>
        <w:tc>
          <w:tcPr>
            <w:tcW w:w="1296" w:type="dxa"/>
            <w:vAlign w:val="center"/>
          </w:tcPr>
          <w:p w14:paraId="68E79B09" w14:textId="77777777" w:rsidR="00247B57" w:rsidRDefault="00000000">
            <w:r>
              <w:t>2</w:t>
            </w:r>
          </w:p>
        </w:tc>
        <w:tc>
          <w:tcPr>
            <w:tcW w:w="1296" w:type="dxa"/>
            <w:vAlign w:val="center"/>
          </w:tcPr>
          <w:p w14:paraId="1833A32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006E4D0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384CAA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85ECF91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84DCD5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BCC1A8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022EAFD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69DB0F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A9BEC3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AC2FCEA" w14:textId="77777777" w:rsidR="00247B57" w:rsidRDefault="00000000">
            <w:r>
              <w:br/>
            </w:r>
          </w:p>
        </w:tc>
      </w:tr>
      <w:tr w:rsidR="00247B57" w14:paraId="7711F44A" w14:textId="77777777">
        <w:trPr>
          <w:jc w:val="center"/>
        </w:trPr>
        <w:tc>
          <w:tcPr>
            <w:tcW w:w="1296" w:type="dxa"/>
            <w:vAlign w:val="center"/>
          </w:tcPr>
          <w:p w14:paraId="7DA9F73C" w14:textId="77777777" w:rsidR="00247B57" w:rsidRDefault="00000000">
            <w:r>
              <w:t>3</w:t>
            </w:r>
          </w:p>
        </w:tc>
        <w:tc>
          <w:tcPr>
            <w:tcW w:w="1296" w:type="dxa"/>
            <w:vAlign w:val="center"/>
          </w:tcPr>
          <w:p w14:paraId="7C7EA2D1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1392D0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9813E2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E3B6657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7D20C92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0390545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68C05CD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4C76C3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18FD65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61ECFAD" w14:textId="77777777" w:rsidR="00247B57" w:rsidRDefault="00000000">
            <w:r>
              <w:br/>
            </w:r>
          </w:p>
        </w:tc>
      </w:tr>
      <w:tr w:rsidR="00247B57" w14:paraId="184D3D6C" w14:textId="77777777">
        <w:trPr>
          <w:jc w:val="center"/>
        </w:trPr>
        <w:tc>
          <w:tcPr>
            <w:tcW w:w="1296" w:type="dxa"/>
            <w:vAlign w:val="center"/>
          </w:tcPr>
          <w:p w14:paraId="06D5AFED" w14:textId="77777777" w:rsidR="00247B57" w:rsidRDefault="00000000">
            <w:r>
              <w:t>4</w:t>
            </w:r>
          </w:p>
        </w:tc>
        <w:tc>
          <w:tcPr>
            <w:tcW w:w="1296" w:type="dxa"/>
            <w:vAlign w:val="center"/>
          </w:tcPr>
          <w:p w14:paraId="4ECAC015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337CD2E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EC7389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BD32C15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F4F0E0D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6DADC32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53E2AF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D03973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DCD872D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0C7B3E5" w14:textId="77777777" w:rsidR="00247B57" w:rsidRDefault="00000000">
            <w:r>
              <w:br/>
            </w:r>
          </w:p>
        </w:tc>
      </w:tr>
      <w:tr w:rsidR="00247B57" w14:paraId="3669625F" w14:textId="77777777">
        <w:trPr>
          <w:jc w:val="center"/>
        </w:trPr>
        <w:tc>
          <w:tcPr>
            <w:tcW w:w="1296" w:type="dxa"/>
            <w:vAlign w:val="center"/>
          </w:tcPr>
          <w:p w14:paraId="663A1AEB" w14:textId="77777777" w:rsidR="00247B57" w:rsidRDefault="00000000">
            <w:r>
              <w:t>5</w:t>
            </w:r>
          </w:p>
        </w:tc>
        <w:tc>
          <w:tcPr>
            <w:tcW w:w="1296" w:type="dxa"/>
            <w:vAlign w:val="center"/>
          </w:tcPr>
          <w:p w14:paraId="5E279C8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0AD1494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AFB3F50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3B8E031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67D82A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80A2C1E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94B408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6F68B40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B48EFC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823F48C" w14:textId="77777777" w:rsidR="00247B57" w:rsidRDefault="00000000">
            <w:r>
              <w:br/>
            </w:r>
          </w:p>
        </w:tc>
      </w:tr>
      <w:tr w:rsidR="00247B57" w14:paraId="35A9BB00" w14:textId="77777777">
        <w:trPr>
          <w:jc w:val="center"/>
        </w:trPr>
        <w:tc>
          <w:tcPr>
            <w:tcW w:w="1296" w:type="dxa"/>
            <w:vAlign w:val="center"/>
          </w:tcPr>
          <w:p w14:paraId="03EFA33E" w14:textId="77777777" w:rsidR="00247B57" w:rsidRDefault="00000000">
            <w:r>
              <w:t>6</w:t>
            </w:r>
          </w:p>
        </w:tc>
        <w:tc>
          <w:tcPr>
            <w:tcW w:w="1296" w:type="dxa"/>
            <w:vAlign w:val="center"/>
          </w:tcPr>
          <w:p w14:paraId="1B563500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53C12AC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CA529D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744449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10893B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1170602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B4E353E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25D866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8FA24F7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68E1C3" w14:textId="77777777" w:rsidR="00247B57" w:rsidRDefault="00000000">
            <w:r>
              <w:br/>
            </w:r>
          </w:p>
        </w:tc>
      </w:tr>
      <w:tr w:rsidR="00247B57" w14:paraId="5B07804E" w14:textId="77777777">
        <w:trPr>
          <w:jc w:val="center"/>
        </w:trPr>
        <w:tc>
          <w:tcPr>
            <w:tcW w:w="1296" w:type="dxa"/>
            <w:vAlign w:val="center"/>
          </w:tcPr>
          <w:p w14:paraId="4B77BB94" w14:textId="77777777" w:rsidR="00247B57" w:rsidRDefault="00000000">
            <w:r>
              <w:t>7</w:t>
            </w:r>
          </w:p>
        </w:tc>
        <w:tc>
          <w:tcPr>
            <w:tcW w:w="1296" w:type="dxa"/>
            <w:vAlign w:val="center"/>
          </w:tcPr>
          <w:p w14:paraId="4B63E8A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2E1C20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9DDABE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818DEE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D2C859C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00E79E6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66770A6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959997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D628D7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8D97FC5" w14:textId="77777777" w:rsidR="00247B57" w:rsidRDefault="00000000">
            <w:r>
              <w:br/>
            </w:r>
          </w:p>
        </w:tc>
      </w:tr>
      <w:tr w:rsidR="00247B57" w14:paraId="231A08D5" w14:textId="77777777">
        <w:trPr>
          <w:jc w:val="center"/>
        </w:trPr>
        <w:tc>
          <w:tcPr>
            <w:tcW w:w="1296" w:type="dxa"/>
            <w:vAlign w:val="center"/>
          </w:tcPr>
          <w:p w14:paraId="49D22513" w14:textId="77777777" w:rsidR="00247B57" w:rsidRDefault="00000000">
            <w:r>
              <w:t>8</w:t>
            </w:r>
          </w:p>
        </w:tc>
        <w:tc>
          <w:tcPr>
            <w:tcW w:w="1296" w:type="dxa"/>
            <w:vAlign w:val="center"/>
          </w:tcPr>
          <w:p w14:paraId="1DE5239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A9341F3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E560F45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694BDFB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3492006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75E57D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95D1F96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4918BB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EA9DD99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5A7028E" w14:textId="77777777" w:rsidR="00247B57" w:rsidRDefault="00000000">
            <w:r>
              <w:br/>
            </w:r>
          </w:p>
        </w:tc>
      </w:tr>
      <w:tr w:rsidR="00247B57" w14:paraId="1D4FE1D4" w14:textId="77777777">
        <w:trPr>
          <w:jc w:val="center"/>
        </w:trPr>
        <w:tc>
          <w:tcPr>
            <w:tcW w:w="1296" w:type="dxa"/>
            <w:vAlign w:val="center"/>
          </w:tcPr>
          <w:p w14:paraId="38D1A7F9" w14:textId="77777777" w:rsidR="00247B57" w:rsidRDefault="00000000">
            <w:r>
              <w:t>9</w:t>
            </w:r>
          </w:p>
        </w:tc>
        <w:tc>
          <w:tcPr>
            <w:tcW w:w="1296" w:type="dxa"/>
            <w:vAlign w:val="center"/>
          </w:tcPr>
          <w:p w14:paraId="5E25D811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CDEF17E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E36F80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3395DBD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ACDE624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802BBAE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BE702CA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862CD88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173C58F" w14:textId="77777777" w:rsidR="00247B57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16EA8D5" w14:textId="77777777" w:rsidR="00247B57" w:rsidRDefault="00000000">
            <w:r>
              <w:br/>
            </w:r>
          </w:p>
        </w:tc>
      </w:tr>
    </w:tbl>
    <w:p w14:paraId="1C9736EB" w14:textId="77777777" w:rsidR="00247B57" w:rsidRDefault="00000000">
      <w:r>
        <w:rPr>
          <w:b/>
        </w:rPr>
        <w:t xml:space="preserve">Gerçekleşme Durumu: </w:t>
      </w:r>
      <w:r>
        <w:t>☐ Tamamlandı  ☐ Devam Ediyor  ☐ Gecikti  ☐ Başlatılmadı</w:t>
      </w:r>
    </w:p>
    <w:p w14:paraId="702291FC" w14:textId="77777777" w:rsidR="00247B57" w:rsidRDefault="00000000">
      <w:r>
        <w:rPr>
          <w:b/>
        </w:rPr>
        <w:t xml:space="preserve">Dönemsel Özet: </w:t>
      </w:r>
      <w:r>
        <w:t>Toplam eylem: ____  Tamamlanan: ____  Devam eden: ____  Geciken: ____  Başlatılmayan: ____</w:t>
      </w:r>
    </w:p>
    <w:sectPr w:rsidR="00247B57" w:rsidSect="00725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65" w:right="794" w:bottom="765" w:left="794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3A79" w14:textId="77777777" w:rsidR="00A01A0A" w:rsidRDefault="00A01A0A" w:rsidP="007250C0">
      <w:pPr>
        <w:spacing w:after="0" w:line="240" w:lineRule="auto"/>
      </w:pPr>
      <w:r>
        <w:separator/>
      </w:r>
    </w:p>
  </w:endnote>
  <w:endnote w:type="continuationSeparator" w:id="0">
    <w:p w14:paraId="22CC483D" w14:textId="77777777" w:rsidR="00A01A0A" w:rsidRDefault="00A01A0A" w:rsidP="00725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E4C5" w14:textId="77777777" w:rsidR="007250C0" w:rsidRDefault="007250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22"/>
      <w:gridCol w:w="4822"/>
      <w:gridCol w:w="4824"/>
    </w:tblGrid>
    <w:tr w:rsidR="007250C0" w:rsidRPr="00BC62C8" w14:paraId="10F16B86" w14:textId="77777777" w:rsidTr="00C40620">
      <w:trPr>
        <w:jc w:val="center"/>
      </w:trPr>
      <w:tc>
        <w:tcPr>
          <w:tcW w:w="1666" w:type="pct"/>
        </w:tcPr>
        <w:p w14:paraId="75FC9C73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770AEAF9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78E554C1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7250C0" w:rsidRPr="00BC62C8" w14:paraId="307A895A" w14:textId="77777777" w:rsidTr="00C40620">
      <w:trPr>
        <w:trHeight w:val="1002"/>
        <w:jc w:val="center"/>
      </w:trPr>
      <w:tc>
        <w:tcPr>
          <w:tcW w:w="1666" w:type="pct"/>
        </w:tcPr>
        <w:p w14:paraId="18B6AD74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3328F057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44991219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3F58106A" w14:textId="77777777" w:rsidR="007250C0" w:rsidRPr="00BC62C8" w:rsidRDefault="007250C0" w:rsidP="007250C0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617B573F" w14:textId="77777777" w:rsidR="007250C0" w:rsidRDefault="007250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8CED1" w14:textId="77777777" w:rsidR="007250C0" w:rsidRDefault="007250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4C74" w14:textId="77777777" w:rsidR="00A01A0A" w:rsidRDefault="00A01A0A" w:rsidP="007250C0">
      <w:pPr>
        <w:spacing w:after="0" w:line="240" w:lineRule="auto"/>
      </w:pPr>
      <w:r>
        <w:separator/>
      </w:r>
    </w:p>
  </w:footnote>
  <w:footnote w:type="continuationSeparator" w:id="0">
    <w:p w14:paraId="1A7914B9" w14:textId="77777777" w:rsidR="00A01A0A" w:rsidRDefault="00A01A0A" w:rsidP="00725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C4F6" w14:textId="77777777" w:rsidR="007250C0" w:rsidRDefault="007250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0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0"/>
      <w:gridCol w:w="8222"/>
      <w:gridCol w:w="1841"/>
      <w:gridCol w:w="1416"/>
    </w:tblGrid>
    <w:tr w:rsidR="007250C0" w14:paraId="46B75BAA" w14:textId="77777777" w:rsidTr="007250C0">
      <w:trPr>
        <w:trHeight w:val="276"/>
      </w:trPr>
      <w:tc>
        <w:tcPr>
          <w:tcW w:w="598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F3C295" w14:textId="75D1E165" w:rsidR="007250C0" w:rsidRDefault="007250C0" w:rsidP="007250C0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59C32F20" wp14:editId="0E769229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57C8D72" w14:textId="5D32EC1C" w:rsidR="007250C0" w:rsidRDefault="007250C0" w:rsidP="007250C0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br/>
            <w:t>İÇ KONTROL EYLEM PLANI ALTI AYLIK İZLEME VE GERÇEKLEŞME RAPORU</w:t>
          </w: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4B148D" w14:textId="77777777" w:rsidR="007250C0" w:rsidRDefault="007250C0" w:rsidP="007250C0">
          <w:pPr>
            <w:rPr>
              <w:rFonts w:cs="Arial"/>
            </w:rPr>
          </w:pPr>
          <w:r>
            <w:rPr>
              <w:rFonts w:cs="Arial"/>
            </w:rPr>
            <w:t>Doküman No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60194D" w14:textId="5A161983" w:rsidR="007250C0" w:rsidRDefault="007250C0" w:rsidP="007250C0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570533">
            <w:rPr>
              <w:rFonts w:cs="Arial"/>
              <w:b/>
            </w:rPr>
            <w:t>150</w:t>
          </w:r>
        </w:p>
      </w:tc>
    </w:tr>
    <w:tr w:rsidR="007250C0" w14:paraId="7F5E5B41" w14:textId="77777777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44678C" w14:textId="77777777" w:rsidR="007250C0" w:rsidRDefault="007250C0" w:rsidP="007250C0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4510B7" w14:textId="77777777" w:rsidR="007250C0" w:rsidRDefault="007250C0" w:rsidP="007250C0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9F38CA" w14:textId="77777777" w:rsidR="007250C0" w:rsidRDefault="007250C0" w:rsidP="007250C0">
          <w:pPr>
            <w:rPr>
              <w:rFonts w:cs="Arial"/>
            </w:rPr>
          </w:pPr>
          <w:r>
            <w:rPr>
              <w:rFonts w:cs="Arial"/>
            </w:rPr>
            <w:t>İlk Yayın Tarihi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5274FA" w14:textId="77777777" w:rsidR="007250C0" w:rsidRDefault="007250C0" w:rsidP="007250C0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7250C0" w14:paraId="7D39C861" w14:textId="77777777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DFD4E8" w14:textId="77777777" w:rsidR="007250C0" w:rsidRDefault="007250C0" w:rsidP="007250C0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F7B1B4" w14:textId="77777777" w:rsidR="007250C0" w:rsidRDefault="007250C0" w:rsidP="007250C0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693608" w14:textId="77777777" w:rsidR="007250C0" w:rsidRDefault="007250C0" w:rsidP="007250C0">
          <w:pPr>
            <w:rPr>
              <w:rFonts w:cs="Arial"/>
            </w:rPr>
          </w:pPr>
          <w:r>
            <w:rPr>
              <w:rFonts w:cs="Arial"/>
            </w:rPr>
            <w:t>Revizyon Tarihi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4AC37A" w14:textId="77777777" w:rsidR="007250C0" w:rsidRDefault="007250C0" w:rsidP="007250C0">
          <w:pPr>
            <w:rPr>
              <w:rFonts w:cs="Arial"/>
              <w:b/>
            </w:rPr>
          </w:pPr>
        </w:p>
      </w:tc>
    </w:tr>
    <w:tr w:rsidR="007250C0" w14:paraId="091FE826" w14:textId="77777777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C91FC2" w14:textId="77777777" w:rsidR="007250C0" w:rsidRDefault="007250C0" w:rsidP="007250C0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D42C52" w14:textId="77777777" w:rsidR="007250C0" w:rsidRDefault="007250C0" w:rsidP="007250C0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B50D44" w14:textId="77777777" w:rsidR="007250C0" w:rsidRDefault="007250C0" w:rsidP="007250C0">
          <w:pPr>
            <w:rPr>
              <w:rFonts w:cs="Arial"/>
            </w:rPr>
          </w:pPr>
          <w:r>
            <w:rPr>
              <w:rFonts w:cs="Arial"/>
            </w:rPr>
            <w:t>Revizyon No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CAF4D8" w14:textId="77777777" w:rsidR="007250C0" w:rsidRDefault="007250C0" w:rsidP="007250C0">
          <w:pPr>
            <w:rPr>
              <w:rFonts w:cs="Arial"/>
              <w:b/>
            </w:rPr>
          </w:pPr>
        </w:p>
      </w:tc>
    </w:tr>
    <w:tr w:rsidR="007250C0" w14:paraId="3179F91A" w14:textId="77777777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19BFF0" w14:textId="77777777" w:rsidR="007250C0" w:rsidRDefault="007250C0" w:rsidP="007250C0">
          <w:pPr>
            <w:spacing w:after="0"/>
            <w:rPr>
              <w:rFonts w:cs="Arial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E5349F" w14:textId="77777777" w:rsidR="007250C0" w:rsidRDefault="007250C0" w:rsidP="007250C0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7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20C12E" w14:textId="77777777" w:rsidR="007250C0" w:rsidRDefault="007250C0" w:rsidP="007250C0">
          <w:pPr>
            <w:rPr>
              <w:rFonts w:cs="Arial"/>
            </w:rPr>
          </w:pPr>
          <w:r>
            <w:rPr>
              <w:rFonts w:cs="Arial"/>
            </w:rPr>
            <w:t>Sayfa</w:t>
          </w:r>
        </w:p>
      </w:tc>
      <w:tc>
        <w:tcPr>
          <w:tcW w:w="5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9FE0A6" w14:textId="77777777" w:rsidR="007250C0" w:rsidRDefault="007250C0" w:rsidP="007250C0">
          <w:pPr>
            <w:rPr>
              <w:rFonts w:cs="Arial"/>
              <w:b/>
            </w:rPr>
          </w:pPr>
          <w:r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t>/</w:t>
          </w:r>
          <w:r>
            <w:rPr>
              <w:rFonts w:cs="Arial"/>
              <w:b/>
              <w:noProof/>
            </w:rPr>
            <w:t>1</w:t>
          </w:r>
        </w:p>
      </w:tc>
    </w:tr>
  </w:tbl>
  <w:p w14:paraId="64CA213D" w14:textId="77777777" w:rsidR="007250C0" w:rsidRDefault="007250C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4B05" w14:textId="77777777" w:rsidR="007250C0" w:rsidRDefault="007250C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5023679">
    <w:abstractNumId w:val="8"/>
  </w:num>
  <w:num w:numId="2" w16cid:durableId="1415667369">
    <w:abstractNumId w:val="6"/>
  </w:num>
  <w:num w:numId="3" w16cid:durableId="1604605666">
    <w:abstractNumId w:val="5"/>
  </w:num>
  <w:num w:numId="4" w16cid:durableId="1492211192">
    <w:abstractNumId w:val="4"/>
  </w:num>
  <w:num w:numId="5" w16cid:durableId="311299888">
    <w:abstractNumId w:val="7"/>
  </w:num>
  <w:num w:numId="6" w16cid:durableId="1112551302">
    <w:abstractNumId w:val="3"/>
  </w:num>
  <w:num w:numId="7" w16cid:durableId="1258443368">
    <w:abstractNumId w:val="2"/>
  </w:num>
  <w:num w:numId="8" w16cid:durableId="1531869067">
    <w:abstractNumId w:val="1"/>
  </w:num>
  <w:num w:numId="9" w16cid:durableId="859272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B57"/>
    <w:rsid w:val="0029639D"/>
    <w:rsid w:val="00326F90"/>
    <w:rsid w:val="00516BD0"/>
    <w:rsid w:val="00570533"/>
    <w:rsid w:val="007250C0"/>
    <w:rsid w:val="00751A79"/>
    <w:rsid w:val="00A01A0A"/>
    <w:rsid w:val="00AA1D8D"/>
    <w:rsid w:val="00B47730"/>
    <w:rsid w:val="00CB0664"/>
    <w:rsid w:val="00DD5A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ED9C0"/>
  <w14:defaultImageDpi w14:val="300"/>
  <w15:docId w15:val="{A2490CCF-8FE1-40F7-AF47-7DD014CC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2026-08-07T13:39:00Z</dcterms:modified>
  <cp:category/>
</cp:coreProperties>
</file>