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1A633" w14:textId="1E3D259C" w:rsidR="00E63697" w:rsidRDefault="00000000">
      <w:pPr>
        <w:jc w:val="center"/>
      </w:pPr>
      <w:r>
        <w:rPr>
          <w:i/>
        </w:rPr>
        <w:br/>
        <w:t>İzleme Standartları – İSE 17.1.1 / İS 17.2 / İSE 17.3.1</w:t>
      </w:r>
    </w:p>
    <w:p w14:paraId="6F41B8CF" w14:textId="77777777" w:rsidR="00E63697" w:rsidRDefault="00000000">
      <w:r>
        <w:rPr>
          <w:b/>
        </w:rPr>
        <w:t xml:space="preserve">Amaç: </w:t>
      </w:r>
      <w:r>
        <w:t>Akademik ve idari birimlerin iç kontrol sistemini standart bir yöntemle değerlendirmesi; eksikliklerin, yetersiz veya etkisiz kontrollerin ve iyileştirme önerilerinin sistematik olarak kayıt altına alınmasıdır.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375"/>
        <w:gridCol w:w="2375"/>
        <w:gridCol w:w="2375"/>
        <w:gridCol w:w="2375"/>
        <w:gridCol w:w="2375"/>
        <w:gridCol w:w="2375"/>
      </w:tblGrid>
      <w:tr w:rsidR="00E63697" w14:paraId="46D1E918" w14:textId="77777777">
        <w:tc>
          <w:tcPr>
            <w:tcW w:w="2375" w:type="dxa"/>
            <w:shd w:val="clear" w:color="auto" w:fill="D9EAF7"/>
          </w:tcPr>
          <w:p w14:paraId="475BC593" w14:textId="77777777" w:rsidR="00E63697" w:rsidRDefault="00000000">
            <w:r>
              <w:rPr>
                <w:b/>
                <w:sz w:val="16"/>
              </w:rPr>
              <w:t>Birim</w:t>
            </w:r>
          </w:p>
        </w:tc>
        <w:tc>
          <w:tcPr>
            <w:tcW w:w="2375" w:type="dxa"/>
          </w:tcPr>
          <w:p w14:paraId="26B7734B" w14:textId="77777777" w:rsidR="00E63697" w:rsidRDefault="00E63697"/>
        </w:tc>
        <w:tc>
          <w:tcPr>
            <w:tcW w:w="2375" w:type="dxa"/>
            <w:shd w:val="clear" w:color="auto" w:fill="D9EAF7"/>
          </w:tcPr>
          <w:p w14:paraId="66CEC462" w14:textId="77777777" w:rsidR="00E63697" w:rsidRDefault="00000000">
            <w:r>
              <w:rPr>
                <w:b/>
                <w:sz w:val="16"/>
              </w:rPr>
              <w:t>Değerlendirme Yılı</w:t>
            </w:r>
          </w:p>
        </w:tc>
        <w:tc>
          <w:tcPr>
            <w:tcW w:w="2375" w:type="dxa"/>
          </w:tcPr>
          <w:p w14:paraId="2550D006" w14:textId="77777777" w:rsidR="00E63697" w:rsidRDefault="00E63697"/>
        </w:tc>
        <w:tc>
          <w:tcPr>
            <w:tcW w:w="2375" w:type="dxa"/>
            <w:shd w:val="clear" w:color="auto" w:fill="D9EAF7"/>
          </w:tcPr>
          <w:p w14:paraId="284949A7" w14:textId="77777777" w:rsidR="00E63697" w:rsidRDefault="00000000">
            <w:r>
              <w:rPr>
                <w:b/>
                <w:sz w:val="16"/>
              </w:rPr>
              <w:t>Tarih</w:t>
            </w:r>
          </w:p>
        </w:tc>
        <w:tc>
          <w:tcPr>
            <w:tcW w:w="2375" w:type="dxa"/>
          </w:tcPr>
          <w:p w14:paraId="1E9B4C7C" w14:textId="77777777" w:rsidR="00E63697" w:rsidRDefault="00E63697"/>
        </w:tc>
      </w:tr>
      <w:tr w:rsidR="00E63697" w14:paraId="17AB2973" w14:textId="77777777">
        <w:tc>
          <w:tcPr>
            <w:tcW w:w="2375" w:type="dxa"/>
            <w:shd w:val="clear" w:color="auto" w:fill="D9EAF7"/>
          </w:tcPr>
          <w:p w14:paraId="7DE81276" w14:textId="77777777" w:rsidR="00E63697" w:rsidRDefault="00000000">
            <w:r>
              <w:rPr>
                <w:b/>
                <w:sz w:val="16"/>
              </w:rPr>
              <w:t>Hazırlayan / Değerlendiren</w:t>
            </w:r>
          </w:p>
        </w:tc>
        <w:tc>
          <w:tcPr>
            <w:tcW w:w="2375" w:type="dxa"/>
          </w:tcPr>
          <w:p w14:paraId="4B19236A" w14:textId="77777777" w:rsidR="00E63697" w:rsidRDefault="00E63697"/>
        </w:tc>
        <w:tc>
          <w:tcPr>
            <w:tcW w:w="2375" w:type="dxa"/>
            <w:shd w:val="clear" w:color="auto" w:fill="D9EAF7"/>
          </w:tcPr>
          <w:p w14:paraId="1E707EBD" w14:textId="77777777" w:rsidR="00E63697" w:rsidRDefault="00000000">
            <w:r>
              <w:rPr>
                <w:b/>
                <w:sz w:val="16"/>
              </w:rPr>
              <w:t>Görevi / Unvanı</w:t>
            </w:r>
          </w:p>
        </w:tc>
        <w:tc>
          <w:tcPr>
            <w:tcW w:w="2375" w:type="dxa"/>
          </w:tcPr>
          <w:p w14:paraId="5CBADB58" w14:textId="77777777" w:rsidR="00E63697" w:rsidRDefault="00E63697"/>
        </w:tc>
        <w:tc>
          <w:tcPr>
            <w:tcW w:w="2375" w:type="dxa"/>
            <w:shd w:val="clear" w:color="auto" w:fill="D9EAF7"/>
          </w:tcPr>
          <w:p w14:paraId="077DB223" w14:textId="77777777" w:rsidR="00E63697" w:rsidRDefault="00000000">
            <w:r>
              <w:rPr>
                <w:b/>
                <w:sz w:val="16"/>
              </w:rPr>
              <w:t>Onaylayan</w:t>
            </w:r>
          </w:p>
        </w:tc>
        <w:tc>
          <w:tcPr>
            <w:tcW w:w="2375" w:type="dxa"/>
          </w:tcPr>
          <w:p w14:paraId="7C27A328" w14:textId="77777777" w:rsidR="00E63697" w:rsidRDefault="00E63697"/>
        </w:tc>
      </w:tr>
    </w:tbl>
    <w:p w14:paraId="1C61D441" w14:textId="77777777" w:rsidR="00E63697" w:rsidRDefault="00E63697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296"/>
        <w:gridCol w:w="1296"/>
        <w:gridCol w:w="1296"/>
        <w:gridCol w:w="1296"/>
        <w:gridCol w:w="1296"/>
        <w:gridCol w:w="1296"/>
        <w:gridCol w:w="1296"/>
        <w:gridCol w:w="1296"/>
        <w:gridCol w:w="1296"/>
        <w:gridCol w:w="1296"/>
        <w:gridCol w:w="1296"/>
      </w:tblGrid>
      <w:tr w:rsidR="00E63697" w14:paraId="0DF378D4" w14:textId="77777777">
        <w:trPr>
          <w:tblHeader/>
          <w:jc w:val="center"/>
        </w:trPr>
        <w:tc>
          <w:tcPr>
            <w:tcW w:w="1296" w:type="dxa"/>
            <w:shd w:val="clear" w:color="auto" w:fill="D9EAF7"/>
            <w:vAlign w:val="center"/>
          </w:tcPr>
          <w:p w14:paraId="70189348" w14:textId="77777777" w:rsidR="00E63697" w:rsidRDefault="00000000">
            <w:pPr>
              <w:jc w:val="center"/>
            </w:pPr>
            <w:r>
              <w:rPr>
                <w:b/>
                <w:sz w:val="14"/>
              </w:rPr>
              <w:t>Sıra</w:t>
            </w:r>
          </w:p>
        </w:tc>
        <w:tc>
          <w:tcPr>
            <w:tcW w:w="1296" w:type="dxa"/>
            <w:shd w:val="clear" w:color="auto" w:fill="D9EAF7"/>
            <w:vAlign w:val="center"/>
          </w:tcPr>
          <w:p w14:paraId="79D730E8" w14:textId="77777777" w:rsidR="00E63697" w:rsidRDefault="00000000">
            <w:pPr>
              <w:jc w:val="center"/>
            </w:pPr>
            <w:r>
              <w:rPr>
                <w:b/>
                <w:sz w:val="14"/>
              </w:rPr>
              <w:t>İç Kontrol Standardı / Eylem Alanı</w:t>
            </w:r>
          </w:p>
        </w:tc>
        <w:tc>
          <w:tcPr>
            <w:tcW w:w="1296" w:type="dxa"/>
            <w:shd w:val="clear" w:color="auto" w:fill="D9EAF7"/>
            <w:vAlign w:val="center"/>
          </w:tcPr>
          <w:p w14:paraId="4F7C28F2" w14:textId="77777777" w:rsidR="00E63697" w:rsidRDefault="00000000">
            <w:pPr>
              <w:jc w:val="center"/>
            </w:pPr>
            <w:r>
              <w:rPr>
                <w:b/>
                <w:sz w:val="14"/>
              </w:rPr>
              <w:t>Mevcut Uygulama / Kontrol</w:t>
            </w:r>
          </w:p>
        </w:tc>
        <w:tc>
          <w:tcPr>
            <w:tcW w:w="1296" w:type="dxa"/>
            <w:shd w:val="clear" w:color="auto" w:fill="D9EAF7"/>
            <w:vAlign w:val="center"/>
          </w:tcPr>
          <w:p w14:paraId="693B9EB5" w14:textId="77777777" w:rsidR="00E63697" w:rsidRDefault="00000000">
            <w:pPr>
              <w:jc w:val="center"/>
            </w:pPr>
            <w:r>
              <w:rPr>
                <w:b/>
                <w:sz w:val="14"/>
              </w:rPr>
              <w:t>Kanıt / Doküman</w:t>
            </w:r>
          </w:p>
        </w:tc>
        <w:tc>
          <w:tcPr>
            <w:tcW w:w="1296" w:type="dxa"/>
            <w:shd w:val="clear" w:color="auto" w:fill="D9EAF7"/>
            <w:vAlign w:val="center"/>
          </w:tcPr>
          <w:p w14:paraId="2F447AF1" w14:textId="77777777" w:rsidR="00E63697" w:rsidRDefault="00000000">
            <w:pPr>
              <w:jc w:val="center"/>
            </w:pPr>
            <w:r>
              <w:rPr>
                <w:b/>
                <w:sz w:val="14"/>
              </w:rPr>
              <w:t>Yeterlilik Durumu</w:t>
            </w:r>
          </w:p>
        </w:tc>
        <w:tc>
          <w:tcPr>
            <w:tcW w:w="1296" w:type="dxa"/>
            <w:shd w:val="clear" w:color="auto" w:fill="D9EAF7"/>
            <w:vAlign w:val="center"/>
          </w:tcPr>
          <w:p w14:paraId="712D4CAF" w14:textId="77777777" w:rsidR="00E63697" w:rsidRDefault="00000000">
            <w:pPr>
              <w:jc w:val="center"/>
            </w:pPr>
            <w:r>
              <w:rPr>
                <w:b/>
                <w:sz w:val="14"/>
              </w:rPr>
              <w:t>Tespit Edilen Eksiklik / Sorun</w:t>
            </w:r>
          </w:p>
        </w:tc>
        <w:tc>
          <w:tcPr>
            <w:tcW w:w="1296" w:type="dxa"/>
            <w:shd w:val="clear" w:color="auto" w:fill="D9EAF7"/>
            <w:vAlign w:val="center"/>
          </w:tcPr>
          <w:p w14:paraId="71E3CD4F" w14:textId="77777777" w:rsidR="00E63697" w:rsidRDefault="00000000">
            <w:pPr>
              <w:jc w:val="center"/>
            </w:pPr>
            <w:r>
              <w:rPr>
                <w:b/>
                <w:sz w:val="14"/>
              </w:rPr>
              <w:t>Risk / Etki</w:t>
            </w:r>
          </w:p>
        </w:tc>
        <w:tc>
          <w:tcPr>
            <w:tcW w:w="1296" w:type="dxa"/>
            <w:shd w:val="clear" w:color="auto" w:fill="D9EAF7"/>
            <w:vAlign w:val="center"/>
          </w:tcPr>
          <w:p w14:paraId="4B4833BA" w14:textId="77777777" w:rsidR="00E63697" w:rsidRDefault="00000000">
            <w:pPr>
              <w:jc w:val="center"/>
            </w:pPr>
            <w:r>
              <w:rPr>
                <w:b/>
                <w:sz w:val="14"/>
              </w:rPr>
              <w:t>İyileştirme Önerisi</w:t>
            </w:r>
          </w:p>
        </w:tc>
        <w:tc>
          <w:tcPr>
            <w:tcW w:w="1296" w:type="dxa"/>
            <w:shd w:val="clear" w:color="auto" w:fill="D9EAF7"/>
            <w:vAlign w:val="center"/>
          </w:tcPr>
          <w:p w14:paraId="2BF5534B" w14:textId="77777777" w:rsidR="00E63697" w:rsidRDefault="00000000">
            <w:pPr>
              <w:jc w:val="center"/>
            </w:pPr>
            <w:r>
              <w:rPr>
                <w:b/>
                <w:sz w:val="14"/>
              </w:rPr>
              <w:t>Sorumlu Birim</w:t>
            </w:r>
          </w:p>
        </w:tc>
        <w:tc>
          <w:tcPr>
            <w:tcW w:w="1296" w:type="dxa"/>
            <w:shd w:val="clear" w:color="auto" w:fill="D9EAF7"/>
            <w:vAlign w:val="center"/>
          </w:tcPr>
          <w:p w14:paraId="7D892D39" w14:textId="77777777" w:rsidR="00E63697" w:rsidRDefault="00000000">
            <w:pPr>
              <w:jc w:val="center"/>
            </w:pPr>
            <w:r>
              <w:rPr>
                <w:b/>
                <w:sz w:val="14"/>
              </w:rPr>
              <w:t>Önerilen Termin</w:t>
            </w:r>
          </w:p>
        </w:tc>
        <w:tc>
          <w:tcPr>
            <w:tcW w:w="1296" w:type="dxa"/>
            <w:shd w:val="clear" w:color="auto" w:fill="D9EAF7"/>
            <w:vAlign w:val="center"/>
          </w:tcPr>
          <w:p w14:paraId="1298E0C4" w14:textId="77777777" w:rsidR="00E63697" w:rsidRDefault="00000000">
            <w:pPr>
              <w:jc w:val="center"/>
            </w:pPr>
            <w:r>
              <w:rPr>
                <w:b/>
                <w:sz w:val="14"/>
              </w:rPr>
              <w:t>Açıklama</w:t>
            </w:r>
          </w:p>
        </w:tc>
      </w:tr>
      <w:tr w:rsidR="00E63697" w14:paraId="0483D797" w14:textId="77777777">
        <w:trPr>
          <w:jc w:val="center"/>
        </w:trPr>
        <w:tc>
          <w:tcPr>
            <w:tcW w:w="1296" w:type="dxa"/>
            <w:vAlign w:val="center"/>
          </w:tcPr>
          <w:p w14:paraId="506F0447" w14:textId="77777777" w:rsidR="00E63697" w:rsidRDefault="00000000">
            <w:r>
              <w:t>1</w:t>
            </w:r>
          </w:p>
        </w:tc>
        <w:tc>
          <w:tcPr>
            <w:tcW w:w="1296" w:type="dxa"/>
            <w:vAlign w:val="center"/>
          </w:tcPr>
          <w:p w14:paraId="4E03F886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096219A1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137DED03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60FA566B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7ED227E6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5F51AB5F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5B284F6D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347BE25D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0FA7D47E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348F9CEC" w14:textId="77777777" w:rsidR="00E63697" w:rsidRDefault="00000000">
            <w:r>
              <w:br/>
            </w:r>
          </w:p>
        </w:tc>
      </w:tr>
      <w:tr w:rsidR="00E63697" w14:paraId="2AE6BFC6" w14:textId="77777777">
        <w:trPr>
          <w:jc w:val="center"/>
        </w:trPr>
        <w:tc>
          <w:tcPr>
            <w:tcW w:w="1296" w:type="dxa"/>
            <w:vAlign w:val="center"/>
          </w:tcPr>
          <w:p w14:paraId="50F264C4" w14:textId="77777777" w:rsidR="00E63697" w:rsidRDefault="00000000">
            <w:r>
              <w:t>2</w:t>
            </w:r>
          </w:p>
        </w:tc>
        <w:tc>
          <w:tcPr>
            <w:tcW w:w="1296" w:type="dxa"/>
            <w:vAlign w:val="center"/>
          </w:tcPr>
          <w:p w14:paraId="7E1093C8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5D026507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3FEAA3AC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2795C711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380298E4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56B021C4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3E0C4C39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78D4EF62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1BF08A26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75F09DE8" w14:textId="77777777" w:rsidR="00E63697" w:rsidRDefault="00000000">
            <w:r>
              <w:br/>
            </w:r>
          </w:p>
        </w:tc>
      </w:tr>
      <w:tr w:rsidR="00E63697" w14:paraId="65708589" w14:textId="77777777">
        <w:trPr>
          <w:jc w:val="center"/>
        </w:trPr>
        <w:tc>
          <w:tcPr>
            <w:tcW w:w="1296" w:type="dxa"/>
            <w:vAlign w:val="center"/>
          </w:tcPr>
          <w:p w14:paraId="7157D762" w14:textId="77777777" w:rsidR="00E63697" w:rsidRDefault="00000000">
            <w:r>
              <w:t>3</w:t>
            </w:r>
          </w:p>
        </w:tc>
        <w:tc>
          <w:tcPr>
            <w:tcW w:w="1296" w:type="dxa"/>
            <w:vAlign w:val="center"/>
          </w:tcPr>
          <w:p w14:paraId="51EEBD3E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4EDECA11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53FAC025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55AA40B4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7F811D7E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17555E64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4112E04B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0C337F68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2EAB6A4F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011A3504" w14:textId="77777777" w:rsidR="00E63697" w:rsidRDefault="00000000">
            <w:r>
              <w:br/>
            </w:r>
          </w:p>
        </w:tc>
      </w:tr>
      <w:tr w:rsidR="00E63697" w14:paraId="40E784DC" w14:textId="77777777">
        <w:trPr>
          <w:jc w:val="center"/>
        </w:trPr>
        <w:tc>
          <w:tcPr>
            <w:tcW w:w="1296" w:type="dxa"/>
            <w:vAlign w:val="center"/>
          </w:tcPr>
          <w:p w14:paraId="28BFC39F" w14:textId="77777777" w:rsidR="00E63697" w:rsidRDefault="00000000">
            <w:r>
              <w:t>4</w:t>
            </w:r>
          </w:p>
        </w:tc>
        <w:tc>
          <w:tcPr>
            <w:tcW w:w="1296" w:type="dxa"/>
            <w:vAlign w:val="center"/>
          </w:tcPr>
          <w:p w14:paraId="5FC06A73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73C0A6C0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40C9FFF2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206CCBD8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08D4EAA6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6B3A993A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42152561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4047D5E0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1EE4D1D6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4B52C1F4" w14:textId="77777777" w:rsidR="00E63697" w:rsidRDefault="00000000">
            <w:r>
              <w:br/>
            </w:r>
          </w:p>
        </w:tc>
      </w:tr>
      <w:tr w:rsidR="00E63697" w14:paraId="4524F0E4" w14:textId="77777777">
        <w:trPr>
          <w:jc w:val="center"/>
        </w:trPr>
        <w:tc>
          <w:tcPr>
            <w:tcW w:w="1296" w:type="dxa"/>
            <w:vAlign w:val="center"/>
          </w:tcPr>
          <w:p w14:paraId="0CE0AFE3" w14:textId="77777777" w:rsidR="00E63697" w:rsidRDefault="00000000">
            <w:r>
              <w:t>5</w:t>
            </w:r>
          </w:p>
        </w:tc>
        <w:tc>
          <w:tcPr>
            <w:tcW w:w="1296" w:type="dxa"/>
            <w:vAlign w:val="center"/>
          </w:tcPr>
          <w:p w14:paraId="22C84147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777D01E7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11BEF534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65D19026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3393EDDA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4D189B30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440655DB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42188F18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43367212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1AC2FB07" w14:textId="77777777" w:rsidR="00E63697" w:rsidRDefault="00000000">
            <w:r>
              <w:br/>
            </w:r>
          </w:p>
        </w:tc>
      </w:tr>
      <w:tr w:rsidR="00E63697" w14:paraId="0CE48E86" w14:textId="77777777">
        <w:trPr>
          <w:jc w:val="center"/>
        </w:trPr>
        <w:tc>
          <w:tcPr>
            <w:tcW w:w="1296" w:type="dxa"/>
            <w:vAlign w:val="center"/>
          </w:tcPr>
          <w:p w14:paraId="353A4142" w14:textId="77777777" w:rsidR="00E63697" w:rsidRDefault="00000000">
            <w:r>
              <w:t>6</w:t>
            </w:r>
          </w:p>
        </w:tc>
        <w:tc>
          <w:tcPr>
            <w:tcW w:w="1296" w:type="dxa"/>
            <w:vAlign w:val="center"/>
          </w:tcPr>
          <w:p w14:paraId="16E64012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1A34A3C5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707B7D01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4C77714B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1D4233AC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0FC516C4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17072968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08CC4A35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20479B6A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7621E1E9" w14:textId="77777777" w:rsidR="00E63697" w:rsidRDefault="00000000">
            <w:r>
              <w:br/>
            </w:r>
          </w:p>
        </w:tc>
      </w:tr>
      <w:tr w:rsidR="00E63697" w14:paraId="5EF39138" w14:textId="77777777">
        <w:trPr>
          <w:jc w:val="center"/>
        </w:trPr>
        <w:tc>
          <w:tcPr>
            <w:tcW w:w="1296" w:type="dxa"/>
            <w:vAlign w:val="center"/>
          </w:tcPr>
          <w:p w14:paraId="373C6D4B" w14:textId="77777777" w:rsidR="00E63697" w:rsidRDefault="00000000">
            <w:r>
              <w:t>7</w:t>
            </w:r>
          </w:p>
        </w:tc>
        <w:tc>
          <w:tcPr>
            <w:tcW w:w="1296" w:type="dxa"/>
            <w:vAlign w:val="center"/>
          </w:tcPr>
          <w:p w14:paraId="24399C15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51259031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29199B58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566935E4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1D454B24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0660595B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3950B128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67A90EBD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5BA7663D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400A1C7C" w14:textId="77777777" w:rsidR="00E63697" w:rsidRDefault="00000000">
            <w:r>
              <w:br/>
            </w:r>
          </w:p>
        </w:tc>
      </w:tr>
      <w:tr w:rsidR="00E63697" w14:paraId="72BFADE2" w14:textId="77777777">
        <w:trPr>
          <w:jc w:val="center"/>
        </w:trPr>
        <w:tc>
          <w:tcPr>
            <w:tcW w:w="1296" w:type="dxa"/>
            <w:vAlign w:val="center"/>
          </w:tcPr>
          <w:p w14:paraId="4116F8D2" w14:textId="77777777" w:rsidR="00E63697" w:rsidRDefault="00000000">
            <w:r>
              <w:t>8</w:t>
            </w:r>
          </w:p>
        </w:tc>
        <w:tc>
          <w:tcPr>
            <w:tcW w:w="1296" w:type="dxa"/>
            <w:vAlign w:val="center"/>
          </w:tcPr>
          <w:p w14:paraId="29546436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25952FE1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675A906B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1863563B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35EFC47D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4A51CBF2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3F09E944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7A46B42F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057B7127" w14:textId="77777777" w:rsidR="00E6369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6BB0A53B" w14:textId="77777777" w:rsidR="00E63697" w:rsidRDefault="00000000">
            <w:r>
              <w:br/>
            </w:r>
          </w:p>
        </w:tc>
      </w:tr>
    </w:tbl>
    <w:p w14:paraId="3E7EB535" w14:textId="77777777" w:rsidR="00E63697" w:rsidRDefault="00000000">
      <w:r>
        <w:rPr>
          <w:b/>
        </w:rPr>
        <w:t xml:space="preserve">Yeterlilik Durumu: </w:t>
      </w:r>
      <w:r>
        <w:t>☐ Yeterli  ☐ Kısmen Yeterli  ☐ Yetersiz  ☐ Uygulanamaz</w:t>
      </w:r>
    </w:p>
    <w:p w14:paraId="1DFA80B5" w14:textId="77777777" w:rsidR="00E63697" w:rsidRDefault="00000000">
      <w:r>
        <w:rPr>
          <w:b/>
        </w:rPr>
        <w:lastRenderedPageBreak/>
        <w:t xml:space="preserve">Birim Genel Değerlendirmesi: </w:t>
      </w:r>
      <w:r>
        <w:br/>
      </w:r>
      <w:r>
        <w:br/>
      </w:r>
    </w:p>
    <w:sectPr w:rsidR="00E63697" w:rsidSect="000E28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765" w:right="794" w:bottom="765" w:left="794" w:header="72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403A6" w14:textId="77777777" w:rsidR="00886FB3" w:rsidRDefault="00886FB3" w:rsidP="000E2817">
      <w:pPr>
        <w:spacing w:after="0" w:line="240" w:lineRule="auto"/>
      </w:pPr>
      <w:r>
        <w:separator/>
      </w:r>
    </w:p>
  </w:endnote>
  <w:endnote w:type="continuationSeparator" w:id="0">
    <w:p w14:paraId="1EC98737" w14:textId="77777777" w:rsidR="00886FB3" w:rsidRDefault="00886FB3" w:rsidP="000E2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67FC3" w14:textId="77777777" w:rsidR="000E2817" w:rsidRDefault="000E281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4822"/>
      <w:gridCol w:w="4822"/>
      <w:gridCol w:w="4824"/>
    </w:tblGrid>
    <w:tr w:rsidR="000E2817" w:rsidRPr="00BC62C8" w14:paraId="27DD3E97" w14:textId="77777777" w:rsidTr="0005219D">
      <w:trPr>
        <w:jc w:val="center"/>
      </w:trPr>
      <w:tc>
        <w:tcPr>
          <w:tcW w:w="1666" w:type="pct"/>
        </w:tcPr>
        <w:p w14:paraId="51DD92F7" w14:textId="77777777" w:rsidR="000E2817" w:rsidRPr="00BC62C8" w:rsidRDefault="000E2817" w:rsidP="000E2817">
          <w:pPr>
            <w:jc w:val="center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BC62C8">
            <w:rPr>
              <w:rFonts w:ascii="Times New Roman" w:hAnsi="Times New Roman"/>
              <w:sz w:val="24"/>
              <w:szCs w:val="24"/>
            </w:rPr>
            <w:t>Hazırlayan</w:t>
          </w:r>
          <w:proofErr w:type="spellEnd"/>
        </w:p>
      </w:tc>
      <w:tc>
        <w:tcPr>
          <w:tcW w:w="1666" w:type="pct"/>
        </w:tcPr>
        <w:p w14:paraId="3C5BEFBD" w14:textId="77777777" w:rsidR="000E2817" w:rsidRPr="00BC62C8" w:rsidRDefault="000E2817" w:rsidP="000E2817">
          <w:pPr>
            <w:jc w:val="center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BC62C8">
            <w:rPr>
              <w:rFonts w:ascii="Times New Roman" w:hAnsi="Times New Roman"/>
              <w:sz w:val="24"/>
              <w:szCs w:val="24"/>
            </w:rPr>
            <w:t>Sistem</w:t>
          </w:r>
          <w:proofErr w:type="spellEnd"/>
          <w:r w:rsidRPr="00BC62C8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Pr="00BC62C8">
            <w:rPr>
              <w:rFonts w:ascii="Times New Roman" w:hAnsi="Times New Roman"/>
              <w:sz w:val="24"/>
              <w:szCs w:val="24"/>
            </w:rPr>
            <w:t>Onayı</w:t>
          </w:r>
          <w:proofErr w:type="spellEnd"/>
        </w:p>
      </w:tc>
      <w:tc>
        <w:tcPr>
          <w:tcW w:w="1667" w:type="pct"/>
        </w:tcPr>
        <w:p w14:paraId="2E08EF9E" w14:textId="77777777" w:rsidR="000E2817" w:rsidRPr="00BC62C8" w:rsidRDefault="000E2817" w:rsidP="000E2817">
          <w:pPr>
            <w:jc w:val="center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BC62C8">
            <w:rPr>
              <w:rFonts w:ascii="Times New Roman" w:hAnsi="Times New Roman"/>
              <w:sz w:val="24"/>
              <w:szCs w:val="24"/>
            </w:rPr>
            <w:t>Yürürlük</w:t>
          </w:r>
          <w:proofErr w:type="spellEnd"/>
          <w:r w:rsidRPr="00BC62C8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Pr="00BC62C8">
            <w:rPr>
              <w:rFonts w:ascii="Times New Roman" w:hAnsi="Times New Roman"/>
              <w:sz w:val="24"/>
              <w:szCs w:val="24"/>
            </w:rPr>
            <w:t>Onayı</w:t>
          </w:r>
          <w:proofErr w:type="spellEnd"/>
        </w:p>
      </w:tc>
    </w:tr>
    <w:tr w:rsidR="000E2817" w:rsidRPr="00BC62C8" w14:paraId="4A9CDB00" w14:textId="77777777" w:rsidTr="0005219D">
      <w:trPr>
        <w:trHeight w:val="1002"/>
        <w:jc w:val="center"/>
      </w:trPr>
      <w:tc>
        <w:tcPr>
          <w:tcW w:w="1666" w:type="pct"/>
        </w:tcPr>
        <w:p w14:paraId="6DB6F78D" w14:textId="77777777" w:rsidR="000E2817" w:rsidRPr="00BC62C8" w:rsidRDefault="000E2817" w:rsidP="000E2817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BC62C8">
            <w:rPr>
              <w:rFonts w:ascii="Times New Roman" w:hAnsi="Times New Roman"/>
              <w:sz w:val="24"/>
              <w:szCs w:val="24"/>
            </w:rPr>
            <w:t>Kalite Koordinatörlüğü</w:t>
          </w:r>
        </w:p>
      </w:tc>
      <w:tc>
        <w:tcPr>
          <w:tcW w:w="1666" w:type="pct"/>
        </w:tcPr>
        <w:p w14:paraId="1F43CE1E" w14:textId="77777777" w:rsidR="000E2817" w:rsidRPr="00BC62C8" w:rsidRDefault="000E2817" w:rsidP="000E2817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BC62C8">
            <w:rPr>
              <w:rFonts w:ascii="Times New Roman" w:hAnsi="Times New Roman"/>
              <w:sz w:val="24"/>
              <w:szCs w:val="24"/>
            </w:rPr>
            <w:t>Selin TOZOĞLU</w:t>
          </w:r>
        </w:p>
      </w:tc>
      <w:tc>
        <w:tcPr>
          <w:tcW w:w="1667" w:type="pct"/>
        </w:tcPr>
        <w:p w14:paraId="07470BF9" w14:textId="77777777" w:rsidR="000E2817" w:rsidRPr="00BC62C8" w:rsidRDefault="000E2817" w:rsidP="000E2817">
          <w:pPr>
            <w:jc w:val="center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BC62C8">
            <w:rPr>
              <w:rFonts w:ascii="Times New Roman" w:hAnsi="Times New Roman"/>
              <w:sz w:val="24"/>
              <w:szCs w:val="24"/>
            </w:rPr>
            <w:t>Öğr</w:t>
          </w:r>
          <w:proofErr w:type="spellEnd"/>
          <w:r w:rsidRPr="00BC62C8">
            <w:rPr>
              <w:rFonts w:ascii="Times New Roman" w:hAnsi="Times New Roman"/>
              <w:sz w:val="24"/>
              <w:szCs w:val="24"/>
            </w:rPr>
            <w:t xml:space="preserve">. </w:t>
          </w:r>
          <w:proofErr w:type="spellStart"/>
          <w:r w:rsidRPr="00BC62C8">
            <w:rPr>
              <w:rFonts w:ascii="Times New Roman" w:hAnsi="Times New Roman"/>
              <w:sz w:val="24"/>
              <w:szCs w:val="24"/>
            </w:rPr>
            <w:t>Gör</w:t>
          </w:r>
          <w:proofErr w:type="spellEnd"/>
          <w:r w:rsidRPr="00BC62C8">
            <w:rPr>
              <w:rFonts w:ascii="Times New Roman" w:hAnsi="Times New Roman"/>
              <w:sz w:val="24"/>
              <w:szCs w:val="24"/>
            </w:rPr>
            <w:t>. Cankat ÖZLÜ</w:t>
          </w:r>
        </w:p>
        <w:p w14:paraId="4BA31657" w14:textId="77777777" w:rsidR="000E2817" w:rsidRPr="00BC62C8" w:rsidRDefault="000E2817" w:rsidP="000E2817">
          <w:pPr>
            <w:jc w:val="center"/>
            <w:rPr>
              <w:rFonts w:ascii="Times New Roman" w:hAnsi="Times New Roman"/>
              <w:sz w:val="24"/>
              <w:szCs w:val="24"/>
            </w:rPr>
          </w:pPr>
        </w:p>
      </w:tc>
    </w:tr>
  </w:tbl>
  <w:p w14:paraId="7A051759" w14:textId="77777777" w:rsidR="000E2817" w:rsidRDefault="000E281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215F5" w14:textId="77777777" w:rsidR="000E2817" w:rsidRDefault="000E281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11076" w14:textId="77777777" w:rsidR="00886FB3" w:rsidRDefault="00886FB3" w:rsidP="000E2817">
      <w:pPr>
        <w:spacing w:after="0" w:line="240" w:lineRule="auto"/>
      </w:pPr>
      <w:r>
        <w:separator/>
      </w:r>
    </w:p>
  </w:footnote>
  <w:footnote w:type="continuationSeparator" w:id="0">
    <w:p w14:paraId="6F0D1B63" w14:textId="77777777" w:rsidR="00886FB3" w:rsidRDefault="00886FB3" w:rsidP="000E28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7C503" w14:textId="77777777" w:rsidR="000E2817" w:rsidRDefault="000E281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556" w:type="pct"/>
      <w:tblInd w:w="2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61"/>
      <w:gridCol w:w="8503"/>
      <w:gridCol w:w="1701"/>
      <w:gridCol w:w="1418"/>
    </w:tblGrid>
    <w:tr w:rsidR="000E2817" w14:paraId="030AC378" w14:textId="77777777" w:rsidTr="0005219D">
      <w:trPr>
        <w:trHeight w:val="276"/>
      </w:trPr>
      <w:tc>
        <w:tcPr>
          <w:tcW w:w="592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A72932A" w14:textId="77777777" w:rsidR="000E2817" w:rsidRDefault="000E2817" w:rsidP="000E2817">
          <w:pPr>
            <w:rPr>
              <w:rFonts w:cs="Arial"/>
            </w:rPr>
          </w:pPr>
          <w:r>
            <w:rPr>
              <w:rFonts w:cs="Arial"/>
              <w:noProof/>
              <w:lang w:eastAsia="tr-TR"/>
            </w:rPr>
            <w:drawing>
              <wp:inline distT="0" distB="0" distL="0" distR="0" wp14:anchorId="77B216C6" wp14:editId="0620AC4F">
                <wp:extent cx="739140" cy="1059180"/>
                <wp:effectExtent l="0" t="0" r="3810" b="7620"/>
                <wp:docPr id="1824646940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25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8848761" w14:textId="07E11825" w:rsidR="000E2817" w:rsidRDefault="000E2817" w:rsidP="000E2817">
          <w:pPr>
            <w:jc w:val="center"/>
            <w:rPr>
              <w:rFonts w:ascii="Times New Roman" w:hAnsi="Times New Roman"/>
              <w:b/>
              <w:iCs/>
              <w:sz w:val="28"/>
              <w:szCs w:val="28"/>
            </w:rPr>
          </w:pPr>
          <w:r>
            <w:rPr>
              <w:b/>
              <w:sz w:val="28"/>
            </w:rPr>
            <w:t>İÇ KONTROL SİSTEMİ DEĞERLENDİRME FORMU</w:t>
          </w:r>
        </w:p>
      </w:tc>
      <w:tc>
        <w:tcPr>
          <w:tcW w:w="64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F4A54E6" w14:textId="77777777" w:rsidR="000E2817" w:rsidRDefault="000E2817" w:rsidP="000E2817">
          <w:pPr>
            <w:rPr>
              <w:rFonts w:cs="Arial"/>
            </w:rPr>
          </w:pPr>
          <w:proofErr w:type="spellStart"/>
          <w:r>
            <w:rPr>
              <w:rFonts w:cs="Arial"/>
            </w:rPr>
            <w:t>Doküman</w:t>
          </w:r>
          <w:proofErr w:type="spellEnd"/>
          <w:r>
            <w:rPr>
              <w:rFonts w:cs="Arial"/>
            </w:rPr>
            <w:t xml:space="preserve"> No</w:t>
          </w:r>
        </w:p>
      </w:tc>
      <w:tc>
        <w:tcPr>
          <w:tcW w:w="53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1A7F264" w14:textId="07B9EFF0" w:rsidR="000E2817" w:rsidRDefault="000E2817" w:rsidP="000E2817">
          <w:pPr>
            <w:rPr>
              <w:rFonts w:cs="Arial"/>
              <w:b/>
            </w:rPr>
          </w:pPr>
          <w:r>
            <w:rPr>
              <w:rFonts w:cs="Arial"/>
              <w:b/>
            </w:rPr>
            <w:t>FR-KBK-0</w:t>
          </w:r>
          <w:r w:rsidR="000B167E">
            <w:rPr>
              <w:rFonts w:cs="Arial"/>
              <w:b/>
            </w:rPr>
            <w:t>152</w:t>
          </w:r>
        </w:p>
      </w:tc>
    </w:tr>
    <w:tr w:rsidR="000E2817" w14:paraId="4BADED21" w14:textId="77777777" w:rsidTr="0005219D">
      <w:trPr>
        <w:trHeight w:val="305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EF97D9A" w14:textId="77777777" w:rsidR="000E2817" w:rsidRDefault="000E2817" w:rsidP="000E2817">
          <w:pPr>
            <w:spacing w:after="0"/>
            <w:rPr>
              <w:rFonts w:cs="Arial"/>
            </w:rPr>
          </w:pPr>
        </w:p>
      </w:tc>
      <w:tc>
        <w:tcPr>
          <w:tcW w:w="3225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45460D3" w14:textId="77777777" w:rsidR="000E2817" w:rsidRDefault="000E2817" w:rsidP="000E2817">
          <w:pPr>
            <w:spacing w:after="0"/>
            <w:rPr>
              <w:rFonts w:ascii="Times New Roman" w:hAnsi="Times New Roman"/>
              <w:b/>
              <w:iCs/>
              <w:sz w:val="28"/>
              <w:szCs w:val="28"/>
            </w:rPr>
          </w:pPr>
        </w:p>
      </w:tc>
      <w:tc>
        <w:tcPr>
          <w:tcW w:w="64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413745D" w14:textId="77777777" w:rsidR="000E2817" w:rsidRDefault="000E2817" w:rsidP="000E2817">
          <w:pPr>
            <w:rPr>
              <w:rFonts w:cs="Arial"/>
            </w:rPr>
          </w:pPr>
          <w:r>
            <w:rPr>
              <w:rFonts w:cs="Arial"/>
            </w:rPr>
            <w:t xml:space="preserve">İlk </w:t>
          </w:r>
          <w:proofErr w:type="spellStart"/>
          <w:r>
            <w:rPr>
              <w:rFonts w:cs="Arial"/>
            </w:rPr>
            <w:t>Yayın</w:t>
          </w:r>
          <w:proofErr w:type="spellEnd"/>
          <w:r>
            <w:rPr>
              <w:rFonts w:cs="Arial"/>
            </w:rPr>
            <w:t xml:space="preserve"> </w:t>
          </w:r>
          <w:proofErr w:type="spellStart"/>
          <w:r>
            <w:rPr>
              <w:rFonts w:cs="Arial"/>
            </w:rPr>
            <w:t>Tarihi</w:t>
          </w:r>
          <w:proofErr w:type="spellEnd"/>
        </w:p>
      </w:tc>
      <w:tc>
        <w:tcPr>
          <w:tcW w:w="53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963FB56" w14:textId="77777777" w:rsidR="000E2817" w:rsidRDefault="000E2817" w:rsidP="000E2817">
          <w:pPr>
            <w:rPr>
              <w:rFonts w:cs="Arial"/>
              <w:b/>
            </w:rPr>
          </w:pPr>
          <w:r>
            <w:rPr>
              <w:rFonts w:cs="Arial"/>
              <w:b/>
            </w:rPr>
            <w:t>02.12.2025</w:t>
          </w:r>
        </w:p>
      </w:tc>
    </w:tr>
    <w:tr w:rsidR="000E2817" w14:paraId="679C9936" w14:textId="77777777" w:rsidTr="0005219D">
      <w:trPr>
        <w:trHeight w:val="276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A6EF17D" w14:textId="77777777" w:rsidR="000E2817" w:rsidRDefault="000E2817" w:rsidP="000E2817">
          <w:pPr>
            <w:spacing w:after="0"/>
            <w:rPr>
              <w:rFonts w:cs="Arial"/>
            </w:rPr>
          </w:pPr>
        </w:p>
      </w:tc>
      <w:tc>
        <w:tcPr>
          <w:tcW w:w="3225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D3334D5" w14:textId="77777777" w:rsidR="000E2817" w:rsidRDefault="000E2817" w:rsidP="000E2817">
          <w:pPr>
            <w:spacing w:after="0"/>
            <w:rPr>
              <w:rFonts w:ascii="Times New Roman" w:hAnsi="Times New Roman"/>
              <w:b/>
              <w:iCs/>
              <w:sz w:val="28"/>
              <w:szCs w:val="28"/>
            </w:rPr>
          </w:pPr>
        </w:p>
      </w:tc>
      <w:tc>
        <w:tcPr>
          <w:tcW w:w="64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07EA2D9" w14:textId="77777777" w:rsidR="000E2817" w:rsidRDefault="000E2817" w:rsidP="000E2817">
          <w:pPr>
            <w:rPr>
              <w:rFonts w:cs="Arial"/>
            </w:rPr>
          </w:pPr>
          <w:proofErr w:type="spellStart"/>
          <w:r>
            <w:rPr>
              <w:rFonts w:cs="Arial"/>
            </w:rPr>
            <w:t>Revizyon</w:t>
          </w:r>
          <w:proofErr w:type="spellEnd"/>
          <w:r>
            <w:rPr>
              <w:rFonts w:cs="Arial"/>
            </w:rPr>
            <w:t xml:space="preserve"> </w:t>
          </w:r>
          <w:proofErr w:type="spellStart"/>
          <w:r>
            <w:rPr>
              <w:rFonts w:cs="Arial"/>
            </w:rPr>
            <w:t>Tarihi</w:t>
          </w:r>
          <w:proofErr w:type="spellEnd"/>
        </w:p>
      </w:tc>
      <w:tc>
        <w:tcPr>
          <w:tcW w:w="53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53A4602" w14:textId="77777777" w:rsidR="000E2817" w:rsidRDefault="000E2817" w:rsidP="000E2817">
          <w:pPr>
            <w:rPr>
              <w:rFonts w:cs="Arial"/>
              <w:b/>
            </w:rPr>
          </w:pPr>
        </w:p>
      </w:tc>
    </w:tr>
    <w:tr w:rsidR="000E2817" w14:paraId="09049956" w14:textId="77777777" w:rsidTr="0005219D">
      <w:trPr>
        <w:trHeight w:val="276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DAE8853" w14:textId="77777777" w:rsidR="000E2817" w:rsidRDefault="000E2817" w:rsidP="000E2817">
          <w:pPr>
            <w:spacing w:after="0"/>
            <w:rPr>
              <w:rFonts w:cs="Arial"/>
            </w:rPr>
          </w:pPr>
        </w:p>
      </w:tc>
      <w:tc>
        <w:tcPr>
          <w:tcW w:w="3225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BB0E4F2" w14:textId="77777777" w:rsidR="000E2817" w:rsidRDefault="000E2817" w:rsidP="000E2817">
          <w:pPr>
            <w:spacing w:after="0"/>
            <w:rPr>
              <w:rFonts w:ascii="Times New Roman" w:hAnsi="Times New Roman"/>
              <w:b/>
              <w:iCs/>
              <w:sz w:val="28"/>
              <w:szCs w:val="28"/>
            </w:rPr>
          </w:pPr>
        </w:p>
      </w:tc>
      <w:tc>
        <w:tcPr>
          <w:tcW w:w="64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C4BD714" w14:textId="77777777" w:rsidR="000E2817" w:rsidRDefault="000E2817" w:rsidP="000E2817">
          <w:pPr>
            <w:rPr>
              <w:rFonts w:cs="Arial"/>
            </w:rPr>
          </w:pPr>
          <w:proofErr w:type="spellStart"/>
          <w:r>
            <w:rPr>
              <w:rFonts w:cs="Arial"/>
            </w:rPr>
            <w:t>Revizyon</w:t>
          </w:r>
          <w:proofErr w:type="spellEnd"/>
          <w:r>
            <w:rPr>
              <w:rFonts w:cs="Arial"/>
            </w:rPr>
            <w:t xml:space="preserve"> No</w:t>
          </w:r>
        </w:p>
      </w:tc>
      <w:tc>
        <w:tcPr>
          <w:tcW w:w="53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486F8D3" w14:textId="77777777" w:rsidR="000E2817" w:rsidRDefault="000E2817" w:rsidP="000E2817">
          <w:pPr>
            <w:rPr>
              <w:rFonts w:cs="Arial"/>
              <w:b/>
            </w:rPr>
          </w:pPr>
        </w:p>
      </w:tc>
    </w:tr>
    <w:tr w:rsidR="000E2817" w14:paraId="2379189D" w14:textId="77777777" w:rsidTr="0005219D">
      <w:trPr>
        <w:trHeight w:val="276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07B3430" w14:textId="77777777" w:rsidR="000E2817" w:rsidRDefault="000E2817" w:rsidP="000E2817">
          <w:pPr>
            <w:spacing w:after="0"/>
            <w:rPr>
              <w:rFonts w:cs="Arial"/>
            </w:rPr>
          </w:pPr>
        </w:p>
      </w:tc>
      <w:tc>
        <w:tcPr>
          <w:tcW w:w="3225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18DD4E6" w14:textId="77777777" w:rsidR="000E2817" w:rsidRDefault="000E2817" w:rsidP="000E2817">
          <w:pPr>
            <w:spacing w:after="0"/>
            <w:rPr>
              <w:rFonts w:ascii="Times New Roman" w:hAnsi="Times New Roman"/>
              <w:b/>
              <w:iCs/>
              <w:sz w:val="28"/>
              <w:szCs w:val="28"/>
            </w:rPr>
          </w:pPr>
        </w:p>
      </w:tc>
      <w:tc>
        <w:tcPr>
          <w:tcW w:w="64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92D75FD" w14:textId="77777777" w:rsidR="000E2817" w:rsidRDefault="000E2817" w:rsidP="000E2817">
          <w:pPr>
            <w:rPr>
              <w:rFonts w:cs="Arial"/>
            </w:rPr>
          </w:pPr>
          <w:proofErr w:type="spellStart"/>
          <w:r>
            <w:rPr>
              <w:rFonts w:cs="Arial"/>
            </w:rPr>
            <w:t>Sayfa</w:t>
          </w:r>
          <w:proofErr w:type="spellEnd"/>
        </w:p>
      </w:tc>
      <w:tc>
        <w:tcPr>
          <w:tcW w:w="53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0143D1C" w14:textId="77777777" w:rsidR="000E2817" w:rsidRDefault="000E2817" w:rsidP="000E2817">
          <w:pPr>
            <w:rPr>
              <w:rFonts w:cs="Arial"/>
              <w:b/>
            </w:rPr>
          </w:pPr>
          <w:r>
            <w:rPr>
              <w:rFonts w:cs="Arial"/>
              <w:b/>
              <w:noProof/>
            </w:rPr>
            <w:t>1</w:t>
          </w:r>
          <w:r>
            <w:rPr>
              <w:rFonts w:cs="Arial"/>
              <w:b/>
            </w:rPr>
            <w:t>/</w:t>
          </w:r>
          <w:r>
            <w:rPr>
              <w:rFonts w:cs="Arial"/>
              <w:b/>
              <w:noProof/>
            </w:rPr>
            <w:t>1</w:t>
          </w:r>
        </w:p>
      </w:tc>
    </w:tr>
  </w:tbl>
  <w:p w14:paraId="2B023950" w14:textId="77777777" w:rsidR="000E2817" w:rsidRDefault="000E281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B4419" w14:textId="77777777" w:rsidR="000E2817" w:rsidRDefault="000E281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3150751">
    <w:abstractNumId w:val="8"/>
  </w:num>
  <w:num w:numId="2" w16cid:durableId="2114128420">
    <w:abstractNumId w:val="6"/>
  </w:num>
  <w:num w:numId="3" w16cid:durableId="854883875">
    <w:abstractNumId w:val="5"/>
  </w:num>
  <w:num w:numId="4" w16cid:durableId="1390615787">
    <w:abstractNumId w:val="4"/>
  </w:num>
  <w:num w:numId="5" w16cid:durableId="1399815737">
    <w:abstractNumId w:val="7"/>
  </w:num>
  <w:num w:numId="6" w16cid:durableId="1317689117">
    <w:abstractNumId w:val="3"/>
  </w:num>
  <w:num w:numId="7" w16cid:durableId="578447503">
    <w:abstractNumId w:val="2"/>
  </w:num>
  <w:num w:numId="8" w16cid:durableId="868445473">
    <w:abstractNumId w:val="1"/>
  </w:num>
  <w:num w:numId="9" w16cid:durableId="2096783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167E"/>
    <w:rsid w:val="000E2817"/>
    <w:rsid w:val="0015074B"/>
    <w:rsid w:val="0029639D"/>
    <w:rsid w:val="00326F90"/>
    <w:rsid w:val="00516BD0"/>
    <w:rsid w:val="00886FB3"/>
    <w:rsid w:val="00AA1D8D"/>
    <w:rsid w:val="00B47730"/>
    <w:rsid w:val="00BC7A63"/>
    <w:rsid w:val="00CB0664"/>
    <w:rsid w:val="00E63697"/>
    <w:rsid w:val="00E80E7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BE7634"/>
  <w14:defaultImageDpi w14:val="300"/>
  <w15:docId w15:val="{4F0B894D-E937-40E8-ADB1-A406913B7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Selin Tozoglu</cp:lastModifiedBy>
  <cp:revision>3</cp:revision>
  <dcterms:created xsi:type="dcterms:W3CDTF">2013-12-23T23:15:00Z</dcterms:created>
  <dcterms:modified xsi:type="dcterms:W3CDTF">2026-08-07T13:42:00Z</dcterms:modified>
  <cp:category/>
</cp:coreProperties>
</file>