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9BE9" w14:textId="1E8A31AB" w:rsidR="00AD0984" w:rsidRDefault="00000000">
      <w:pPr>
        <w:jc w:val="center"/>
      </w:pPr>
      <w:r>
        <w:rPr>
          <w:i/>
          <w:sz w:val="18"/>
        </w:rPr>
        <w:br/>
        <w:t>Kontrol Faaliyetleri Standartları – KFSE 12.2.1</w:t>
      </w:r>
    </w:p>
    <w:p w14:paraId="0A94082C" w14:textId="77777777" w:rsidR="00AD0984" w:rsidRDefault="00000000">
      <w:r>
        <w:rPr>
          <w:b/>
        </w:rPr>
        <w:t xml:space="preserve">Amaç: </w:t>
      </w:r>
      <w:r>
        <w:t>Kurumsal bilgi sistemlerindeki kullanıcı ve erişim yetkilerinin görev ve sorumluluklarla uyumunun periyodik olarak gözden geçirilmesi; görev değişikliği, ayrılma veya yetki değişikliklerinde erişimlerin güncellenmesinin kayıt altına alınmasıdır.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  <w:gridCol w:w="2394"/>
        <w:gridCol w:w="2394"/>
      </w:tblGrid>
      <w:tr w:rsidR="00AD0984" w14:paraId="4B1BB9ED" w14:textId="77777777">
        <w:trPr>
          <w:jc w:val="center"/>
        </w:trPr>
        <w:tc>
          <w:tcPr>
            <w:tcW w:w="2394" w:type="dxa"/>
          </w:tcPr>
          <w:p w14:paraId="6C0A413F" w14:textId="77777777" w:rsidR="00AD0984" w:rsidRDefault="00000000">
            <w:r>
              <w:rPr>
                <w:b/>
              </w:rPr>
              <w:t>Birim</w:t>
            </w:r>
          </w:p>
        </w:tc>
        <w:tc>
          <w:tcPr>
            <w:tcW w:w="2394" w:type="dxa"/>
          </w:tcPr>
          <w:p w14:paraId="6075EFBE" w14:textId="77777777" w:rsidR="00AD0984" w:rsidRDefault="00AD0984"/>
        </w:tc>
        <w:tc>
          <w:tcPr>
            <w:tcW w:w="2394" w:type="dxa"/>
          </w:tcPr>
          <w:p w14:paraId="277B2E8E" w14:textId="77777777" w:rsidR="00AD0984" w:rsidRDefault="00000000">
            <w:r>
              <w:rPr>
                <w:b/>
              </w:rPr>
              <w:t>Değerlendirme Yılı</w:t>
            </w:r>
          </w:p>
        </w:tc>
        <w:tc>
          <w:tcPr>
            <w:tcW w:w="2394" w:type="dxa"/>
          </w:tcPr>
          <w:p w14:paraId="3BB5D1F5" w14:textId="77777777" w:rsidR="00AD0984" w:rsidRDefault="00AD0984"/>
        </w:tc>
        <w:tc>
          <w:tcPr>
            <w:tcW w:w="2394" w:type="dxa"/>
          </w:tcPr>
          <w:p w14:paraId="49446BB6" w14:textId="77777777" w:rsidR="00AD0984" w:rsidRDefault="00000000">
            <w:r>
              <w:rPr>
                <w:b/>
              </w:rPr>
              <w:t>Form Tarihi</w:t>
            </w:r>
          </w:p>
        </w:tc>
        <w:tc>
          <w:tcPr>
            <w:tcW w:w="2394" w:type="dxa"/>
          </w:tcPr>
          <w:p w14:paraId="60E4F870" w14:textId="77777777" w:rsidR="00AD0984" w:rsidRDefault="00AD0984"/>
        </w:tc>
      </w:tr>
      <w:tr w:rsidR="00AD0984" w14:paraId="6CD9BE20" w14:textId="77777777">
        <w:trPr>
          <w:jc w:val="center"/>
        </w:trPr>
        <w:tc>
          <w:tcPr>
            <w:tcW w:w="2394" w:type="dxa"/>
          </w:tcPr>
          <w:p w14:paraId="01B89FC1" w14:textId="77777777" w:rsidR="00AD0984" w:rsidRDefault="00000000">
            <w:r>
              <w:rPr>
                <w:b/>
              </w:rPr>
              <w:t>Birim Yöneticisi</w:t>
            </w:r>
          </w:p>
        </w:tc>
        <w:tc>
          <w:tcPr>
            <w:tcW w:w="2394" w:type="dxa"/>
          </w:tcPr>
          <w:p w14:paraId="22D55CBF" w14:textId="77777777" w:rsidR="00AD0984" w:rsidRDefault="00AD0984"/>
        </w:tc>
        <w:tc>
          <w:tcPr>
            <w:tcW w:w="2394" w:type="dxa"/>
          </w:tcPr>
          <w:p w14:paraId="6E53D69D" w14:textId="77777777" w:rsidR="00AD0984" w:rsidRDefault="00000000">
            <w:r>
              <w:rPr>
                <w:b/>
              </w:rPr>
              <w:t>Hazırlayan/Değerlendiren</w:t>
            </w:r>
          </w:p>
        </w:tc>
        <w:tc>
          <w:tcPr>
            <w:tcW w:w="2394" w:type="dxa"/>
          </w:tcPr>
          <w:p w14:paraId="215D43F7" w14:textId="77777777" w:rsidR="00AD0984" w:rsidRDefault="00AD0984"/>
        </w:tc>
        <w:tc>
          <w:tcPr>
            <w:tcW w:w="2394" w:type="dxa"/>
          </w:tcPr>
          <w:p w14:paraId="1205292F" w14:textId="77777777" w:rsidR="00AD0984" w:rsidRDefault="00000000">
            <w:r>
              <w:rPr>
                <w:b/>
              </w:rPr>
              <w:t>Görevi/Unvanı</w:t>
            </w:r>
          </w:p>
        </w:tc>
        <w:tc>
          <w:tcPr>
            <w:tcW w:w="2394" w:type="dxa"/>
          </w:tcPr>
          <w:p w14:paraId="6B09AA5E" w14:textId="77777777" w:rsidR="00AD0984" w:rsidRDefault="00AD0984"/>
        </w:tc>
      </w:tr>
    </w:tbl>
    <w:p w14:paraId="785FB3B4" w14:textId="77777777" w:rsidR="00AD0984" w:rsidRDefault="00AD0984"/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511"/>
        <w:gridCol w:w="1378"/>
        <w:gridCol w:w="1532"/>
        <w:gridCol w:w="1426"/>
        <w:gridCol w:w="1581"/>
        <w:gridCol w:w="1274"/>
        <w:gridCol w:w="1377"/>
        <w:gridCol w:w="1426"/>
        <w:gridCol w:w="1021"/>
        <w:gridCol w:w="1426"/>
        <w:gridCol w:w="1630"/>
      </w:tblGrid>
      <w:tr w:rsidR="00AD0984" w14:paraId="265F9177" w14:textId="77777777" w:rsidTr="00C9129C">
        <w:trPr>
          <w:tblHeader/>
          <w:jc w:val="center"/>
        </w:trPr>
        <w:tc>
          <w:tcPr>
            <w:tcW w:w="175" w:type="pct"/>
            <w:vAlign w:val="center"/>
          </w:tcPr>
          <w:p w14:paraId="0A7DF7C1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Sıra No</w:t>
            </w:r>
          </w:p>
        </w:tc>
        <w:tc>
          <w:tcPr>
            <w:tcW w:w="472" w:type="pct"/>
            <w:vAlign w:val="center"/>
          </w:tcPr>
          <w:p w14:paraId="1D96683A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Sistem / Uygulama</w:t>
            </w:r>
          </w:p>
        </w:tc>
        <w:tc>
          <w:tcPr>
            <w:tcW w:w="525" w:type="pct"/>
            <w:vAlign w:val="center"/>
          </w:tcPr>
          <w:p w14:paraId="2E294CFE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Kullanıcı Adı / Personel</w:t>
            </w:r>
          </w:p>
        </w:tc>
        <w:tc>
          <w:tcPr>
            <w:tcW w:w="489" w:type="pct"/>
            <w:vAlign w:val="center"/>
          </w:tcPr>
          <w:p w14:paraId="017B708A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Birim / Görev</w:t>
            </w:r>
          </w:p>
        </w:tc>
        <w:tc>
          <w:tcPr>
            <w:tcW w:w="542" w:type="pct"/>
            <w:vAlign w:val="center"/>
          </w:tcPr>
          <w:p w14:paraId="7798FD73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Mevcut Yetki / Rol</w:t>
            </w:r>
          </w:p>
        </w:tc>
        <w:tc>
          <w:tcPr>
            <w:tcW w:w="437" w:type="pct"/>
            <w:vAlign w:val="center"/>
          </w:tcPr>
          <w:p w14:paraId="43402222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Yetki Görevle Uyumlu mu?</w:t>
            </w:r>
          </w:p>
        </w:tc>
        <w:tc>
          <w:tcPr>
            <w:tcW w:w="472" w:type="pct"/>
            <w:vAlign w:val="center"/>
          </w:tcPr>
          <w:p w14:paraId="0E6A5363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Değişiklik Nedeni</w:t>
            </w:r>
          </w:p>
        </w:tc>
        <w:tc>
          <w:tcPr>
            <w:tcW w:w="489" w:type="pct"/>
            <w:vAlign w:val="center"/>
          </w:tcPr>
          <w:p w14:paraId="200DB90F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Yapılacak İşlem</w:t>
            </w:r>
          </w:p>
        </w:tc>
        <w:tc>
          <w:tcPr>
            <w:tcW w:w="350" w:type="pct"/>
            <w:vAlign w:val="center"/>
          </w:tcPr>
          <w:p w14:paraId="498141DA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İşlem Tarihi</w:t>
            </w:r>
          </w:p>
        </w:tc>
        <w:tc>
          <w:tcPr>
            <w:tcW w:w="489" w:type="pct"/>
            <w:vAlign w:val="center"/>
          </w:tcPr>
          <w:p w14:paraId="7EC81405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Kontrol Eden / Onaylayan</w:t>
            </w:r>
          </w:p>
        </w:tc>
        <w:tc>
          <w:tcPr>
            <w:tcW w:w="559" w:type="pct"/>
            <w:vAlign w:val="center"/>
          </w:tcPr>
          <w:p w14:paraId="5CB4FD20" w14:textId="77777777" w:rsidR="00AD0984" w:rsidRDefault="00000000">
            <w:pPr>
              <w:jc w:val="center"/>
            </w:pPr>
            <w:r>
              <w:rPr>
                <w:b/>
                <w:sz w:val="14"/>
              </w:rPr>
              <w:t>Açıklama / Kanıt</w:t>
            </w:r>
          </w:p>
        </w:tc>
      </w:tr>
      <w:tr w:rsidR="00AD0984" w14:paraId="707F486A" w14:textId="77777777" w:rsidTr="00C9129C">
        <w:trPr>
          <w:jc w:val="center"/>
        </w:trPr>
        <w:tc>
          <w:tcPr>
            <w:tcW w:w="175" w:type="pct"/>
            <w:vAlign w:val="center"/>
          </w:tcPr>
          <w:p w14:paraId="3B5C37BB" w14:textId="77777777" w:rsidR="00AD0984" w:rsidRDefault="00000000">
            <w:pPr>
              <w:jc w:val="center"/>
            </w:pPr>
            <w:r>
              <w:t>1</w:t>
            </w:r>
          </w:p>
        </w:tc>
        <w:tc>
          <w:tcPr>
            <w:tcW w:w="472" w:type="pct"/>
            <w:vAlign w:val="center"/>
          </w:tcPr>
          <w:p w14:paraId="5BD2CEEF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41598409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222B259D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6C4EB16E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21F9A80C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01B09B2C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6F3D8D0C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2758E9B1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1909FE19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2F65D3E8" w14:textId="77777777" w:rsidR="00AD0984" w:rsidRDefault="00000000">
            <w:r>
              <w:br/>
            </w:r>
          </w:p>
        </w:tc>
      </w:tr>
      <w:tr w:rsidR="00AD0984" w14:paraId="4AB63409" w14:textId="77777777" w:rsidTr="00C9129C">
        <w:trPr>
          <w:jc w:val="center"/>
        </w:trPr>
        <w:tc>
          <w:tcPr>
            <w:tcW w:w="175" w:type="pct"/>
            <w:vAlign w:val="center"/>
          </w:tcPr>
          <w:p w14:paraId="5E0A023E" w14:textId="77777777" w:rsidR="00AD0984" w:rsidRDefault="00000000">
            <w:pPr>
              <w:jc w:val="center"/>
            </w:pPr>
            <w:r>
              <w:t>2</w:t>
            </w:r>
          </w:p>
        </w:tc>
        <w:tc>
          <w:tcPr>
            <w:tcW w:w="472" w:type="pct"/>
            <w:vAlign w:val="center"/>
          </w:tcPr>
          <w:p w14:paraId="4104E88E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745A55DE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89D0E06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4C2FD711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625A8DAD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46FA1245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029BB48A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2A69D2F3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38CE6C54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621E97E6" w14:textId="77777777" w:rsidR="00AD0984" w:rsidRDefault="00000000">
            <w:r>
              <w:br/>
            </w:r>
          </w:p>
        </w:tc>
      </w:tr>
      <w:tr w:rsidR="00AD0984" w14:paraId="188C2FAF" w14:textId="77777777" w:rsidTr="00C9129C">
        <w:trPr>
          <w:jc w:val="center"/>
        </w:trPr>
        <w:tc>
          <w:tcPr>
            <w:tcW w:w="175" w:type="pct"/>
            <w:vAlign w:val="center"/>
          </w:tcPr>
          <w:p w14:paraId="4AF7232C" w14:textId="77777777" w:rsidR="00AD0984" w:rsidRDefault="00000000">
            <w:pPr>
              <w:jc w:val="center"/>
            </w:pPr>
            <w:r>
              <w:t>3</w:t>
            </w:r>
          </w:p>
        </w:tc>
        <w:tc>
          <w:tcPr>
            <w:tcW w:w="472" w:type="pct"/>
            <w:vAlign w:val="center"/>
          </w:tcPr>
          <w:p w14:paraId="060D2A07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4211F641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620FFCB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7B01E2F6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126CFDDE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7A53E2EB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7F355731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3C5EDC86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1E3EE5E9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6E06DE54" w14:textId="77777777" w:rsidR="00AD0984" w:rsidRDefault="00000000">
            <w:r>
              <w:br/>
            </w:r>
          </w:p>
        </w:tc>
      </w:tr>
      <w:tr w:rsidR="00AD0984" w14:paraId="4B7EF875" w14:textId="77777777" w:rsidTr="00C9129C">
        <w:trPr>
          <w:jc w:val="center"/>
        </w:trPr>
        <w:tc>
          <w:tcPr>
            <w:tcW w:w="175" w:type="pct"/>
            <w:vAlign w:val="center"/>
          </w:tcPr>
          <w:p w14:paraId="550E0718" w14:textId="77777777" w:rsidR="00AD0984" w:rsidRDefault="00000000">
            <w:pPr>
              <w:jc w:val="center"/>
            </w:pPr>
            <w:r>
              <w:t>4</w:t>
            </w:r>
          </w:p>
        </w:tc>
        <w:tc>
          <w:tcPr>
            <w:tcW w:w="472" w:type="pct"/>
            <w:vAlign w:val="center"/>
          </w:tcPr>
          <w:p w14:paraId="1632F83E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3C6A11CE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C39D6EA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61F6A8FF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4EBE1E3F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6E9B2808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515BB03E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458525BF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2005E775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1D8D2988" w14:textId="77777777" w:rsidR="00AD0984" w:rsidRDefault="00000000">
            <w:r>
              <w:br/>
            </w:r>
          </w:p>
        </w:tc>
      </w:tr>
      <w:tr w:rsidR="00AD0984" w14:paraId="3EB00402" w14:textId="77777777" w:rsidTr="00C9129C">
        <w:trPr>
          <w:jc w:val="center"/>
        </w:trPr>
        <w:tc>
          <w:tcPr>
            <w:tcW w:w="175" w:type="pct"/>
            <w:vAlign w:val="center"/>
          </w:tcPr>
          <w:p w14:paraId="610E873B" w14:textId="77777777" w:rsidR="00AD0984" w:rsidRDefault="00000000">
            <w:pPr>
              <w:jc w:val="center"/>
            </w:pPr>
            <w:r>
              <w:t>5</w:t>
            </w:r>
          </w:p>
        </w:tc>
        <w:tc>
          <w:tcPr>
            <w:tcW w:w="472" w:type="pct"/>
            <w:vAlign w:val="center"/>
          </w:tcPr>
          <w:p w14:paraId="0566BD67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517CB929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38D84232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5B704C02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7E20CC61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4B4D9568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7A698D78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3E653ADE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C901D4E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4FC11E30" w14:textId="77777777" w:rsidR="00AD0984" w:rsidRDefault="00000000">
            <w:r>
              <w:br/>
            </w:r>
          </w:p>
        </w:tc>
      </w:tr>
      <w:tr w:rsidR="00AD0984" w14:paraId="3683A747" w14:textId="77777777" w:rsidTr="00C9129C">
        <w:trPr>
          <w:jc w:val="center"/>
        </w:trPr>
        <w:tc>
          <w:tcPr>
            <w:tcW w:w="175" w:type="pct"/>
            <w:vAlign w:val="center"/>
          </w:tcPr>
          <w:p w14:paraId="0196A223" w14:textId="77777777" w:rsidR="00AD0984" w:rsidRDefault="00000000">
            <w:pPr>
              <w:jc w:val="center"/>
            </w:pPr>
            <w:r>
              <w:t>6</w:t>
            </w:r>
          </w:p>
        </w:tc>
        <w:tc>
          <w:tcPr>
            <w:tcW w:w="472" w:type="pct"/>
            <w:vAlign w:val="center"/>
          </w:tcPr>
          <w:p w14:paraId="0AD6D14A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6E27BCAD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057E386B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56470A9B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7E6EBCD0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794E75F7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52106F0E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5B813C55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07F47754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48927AF3" w14:textId="77777777" w:rsidR="00AD0984" w:rsidRDefault="00000000">
            <w:r>
              <w:br/>
            </w:r>
          </w:p>
        </w:tc>
      </w:tr>
      <w:tr w:rsidR="00AD0984" w14:paraId="433362EC" w14:textId="77777777" w:rsidTr="00C9129C">
        <w:trPr>
          <w:jc w:val="center"/>
        </w:trPr>
        <w:tc>
          <w:tcPr>
            <w:tcW w:w="175" w:type="pct"/>
            <w:vAlign w:val="center"/>
          </w:tcPr>
          <w:p w14:paraId="73B510F4" w14:textId="77777777" w:rsidR="00AD0984" w:rsidRDefault="00000000">
            <w:pPr>
              <w:jc w:val="center"/>
            </w:pPr>
            <w:r>
              <w:t>7</w:t>
            </w:r>
          </w:p>
        </w:tc>
        <w:tc>
          <w:tcPr>
            <w:tcW w:w="472" w:type="pct"/>
            <w:vAlign w:val="center"/>
          </w:tcPr>
          <w:p w14:paraId="04584965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4A0458C5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23CE566F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3DD6A423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6E6394F3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7D561DFE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6BC992E1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2F14BA73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941993B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74A042E6" w14:textId="77777777" w:rsidR="00AD0984" w:rsidRDefault="00000000">
            <w:r>
              <w:br/>
            </w:r>
          </w:p>
        </w:tc>
      </w:tr>
      <w:tr w:rsidR="00AD0984" w14:paraId="20DFE8C0" w14:textId="77777777" w:rsidTr="00C9129C">
        <w:trPr>
          <w:jc w:val="center"/>
        </w:trPr>
        <w:tc>
          <w:tcPr>
            <w:tcW w:w="175" w:type="pct"/>
            <w:vAlign w:val="center"/>
          </w:tcPr>
          <w:p w14:paraId="2566CAD5" w14:textId="77777777" w:rsidR="00AD0984" w:rsidRDefault="00000000">
            <w:pPr>
              <w:jc w:val="center"/>
            </w:pPr>
            <w:r>
              <w:t>8</w:t>
            </w:r>
          </w:p>
        </w:tc>
        <w:tc>
          <w:tcPr>
            <w:tcW w:w="472" w:type="pct"/>
            <w:vAlign w:val="center"/>
          </w:tcPr>
          <w:p w14:paraId="738011B6" w14:textId="77777777" w:rsidR="00AD0984" w:rsidRDefault="00000000">
            <w:r>
              <w:br/>
            </w:r>
          </w:p>
        </w:tc>
        <w:tc>
          <w:tcPr>
            <w:tcW w:w="525" w:type="pct"/>
            <w:vAlign w:val="center"/>
          </w:tcPr>
          <w:p w14:paraId="13346623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5C3EF94C" w14:textId="77777777" w:rsidR="00AD0984" w:rsidRDefault="00000000">
            <w:r>
              <w:br/>
            </w:r>
          </w:p>
        </w:tc>
        <w:tc>
          <w:tcPr>
            <w:tcW w:w="542" w:type="pct"/>
            <w:vAlign w:val="center"/>
          </w:tcPr>
          <w:p w14:paraId="76EEB55E" w14:textId="77777777" w:rsidR="00AD0984" w:rsidRDefault="00000000">
            <w:r>
              <w:br/>
            </w:r>
          </w:p>
        </w:tc>
        <w:tc>
          <w:tcPr>
            <w:tcW w:w="437" w:type="pct"/>
            <w:vAlign w:val="center"/>
          </w:tcPr>
          <w:p w14:paraId="3EB0D268" w14:textId="77777777" w:rsidR="00AD0984" w:rsidRDefault="00000000">
            <w:r>
              <w:br/>
            </w:r>
          </w:p>
        </w:tc>
        <w:tc>
          <w:tcPr>
            <w:tcW w:w="472" w:type="pct"/>
            <w:vAlign w:val="center"/>
          </w:tcPr>
          <w:p w14:paraId="2084B1FB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1DACA7A1" w14:textId="77777777" w:rsidR="00AD0984" w:rsidRDefault="00000000">
            <w:r>
              <w:br/>
            </w:r>
          </w:p>
        </w:tc>
        <w:tc>
          <w:tcPr>
            <w:tcW w:w="350" w:type="pct"/>
            <w:vAlign w:val="center"/>
          </w:tcPr>
          <w:p w14:paraId="03A77CDF" w14:textId="77777777" w:rsidR="00AD0984" w:rsidRDefault="00000000">
            <w:r>
              <w:br/>
            </w:r>
          </w:p>
        </w:tc>
        <w:tc>
          <w:tcPr>
            <w:tcW w:w="489" w:type="pct"/>
            <w:vAlign w:val="center"/>
          </w:tcPr>
          <w:p w14:paraId="4B6E1F06" w14:textId="77777777" w:rsidR="00AD0984" w:rsidRDefault="00000000">
            <w:r>
              <w:br/>
            </w:r>
          </w:p>
        </w:tc>
        <w:tc>
          <w:tcPr>
            <w:tcW w:w="559" w:type="pct"/>
            <w:vAlign w:val="center"/>
          </w:tcPr>
          <w:p w14:paraId="5AA902DE" w14:textId="77777777" w:rsidR="00AD0984" w:rsidRDefault="00000000">
            <w:r>
              <w:br/>
            </w:r>
          </w:p>
        </w:tc>
      </w:tr>
    </w:tbl>
    <w:p w14:paraId="48F0C905" w14:textId="77777777" w:rsidR="00AD0984" w:rsidRDefault="00000000">
      <w:r>
        <w:rPr>
          <w:b/>
        </w:rPr>
        <w:t xml:space="preserve">Yapılacak İşlem seçenekleri: </w:t>
      </w:r>
      <w:r>
        <w:t>Yetki korunacak / Yetki değiştirilecek / Yetki kaldırılacak / Yeni yetki tanımlanacak.</w:t>
      </w:r>
    </w:p>
    <w:p w14:paraId="585C924B" w14:textId="77777777" w:rsidR="00AD0984" w:rsidRDefault="00000000">
      <w:r>
        <w:rPr>
          <w:b/>
        </w:rPr>
        <w:t xml:space="preserve">Gözden Geçirme Sonucu: </w:t>
      </w:r>
      <w:r>
        <w:t>☐ Uygun  ☐ Düzeltme yapıldı  ☐ İlave işlem gerekli      Sonraki gözden geçirme tarihi: __________</w:t>
      </w:r>
    </w:p>
    <w:sectPr w:rsidR="00AD0984" w:rsidSect="00C912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37" w:right="737" w:bottom="737" w:left="737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5A4FB" w14:textId="77777777" w:rsidR="00EB592A" w:rsidRDefault="00EB592A" w:rsidP="00C9129C">
      <w:pPr>
        <w:spacing w:after="0" w:line="240" w:lineRule="auto"/>
      </w:pPr>
      <w:r>
        <w:separator/>
      </w:r>
    </w:p>
  </w:endnote>
  <w:endnote w:type="continuationSeparator" w:id="0">
    <w:p w14:paraId="03D528E3" w14:textId="77777777" w:rsidR="00EB592A" w:rsidRDefault="00EB592A" w:rsidP="00C91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A69E" w14:textId="77777777" w:rsidR="00C9129C" w:rsidRDefault="00C912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60"/>
      <w:gridCol w:w="4860"/>
      <w:gridCol w:w="4862"/>
    </w:tblGrid>
    <w:tr w:rsidR="00C9129C" w:rsidRPr="00C9129C" w14:paraId="0A6AA79F" w14:textId="77777777" w:rsidTr="0005219D">
      <w:trPr>
        <w:jc w:val="center"/>
      </w:trPr>
      <w:tc>
        <w:tcPr>
          <w:tcW w:w="1666" w:type="pct"/>
        </w:tcPr>
        <w:p w14:paraId="4A374291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4501A0F2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6A884FCF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C9129C" w:rsidRPr="00C9129C" w14:paraId="051BC552" w14:textId="77777777" w:rsidTr="0005219D">
      <w:trPr>
        <w:trHeight w:val="1002"/>
        <w:jc w:val="center"/>
      </w:trPr>
      <w:tc>
        <w:tcPr>
          <w:tcW w:w="1666" w:type="pct"/>
        </w:tcPr>
        <w:p w14:paraId="38AD360F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67FFB93C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58722031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9129C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2D49D922" w14:textId="77777777" w:rsidR="00C9129C" w:rsidRPr="00C9129C" w:rsidRDefault="00C9129C" w:rsidP="00C9129C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737E37CA" w14:textId="77777777" w:rsidR="00C9129C" w:rsidRDefault="00C9129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4DEA" w14:textId="77777777" w:rsidR="00C9129C" w:rsidRDefault="00C912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B1BE" w14:textId="77777777" w:rsidR="00EB592A" w:rsidRDefault="00EB592A" w:rsidP="00C9129C">
      <w:pPr>
        <w:spacing w:after="0" w:line="240" w:lineRule="auto"/>
      </w:pPr>
      <w:r>
        <w:separator/>
      </w:r>
    </w:p>
  </w:footnote>
  <w:footnote w:type="continuationSeparator" w:id="0">
    <w:p w14:paraId="62819D3A" w14:textId="77777777" w:rsidR="00EB592A" w:rsidRDefault="00EB592A" w:rsidP="00C91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7D51" w14:textId="77777777" w:rsidR="00C9129C" w:rsidRDefault="00C912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6" w:type="pct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73"/>
      <w:gridCol w:w="8570"/>
      <w:gridCol w:w="1714"/>
      <w:gridCol w:w="1430"/>
    </w:tblGrid>
    <w:tr w:rsidR="00C9129C" w:rsidRPr="00254D97" w14:paraId="4BCFA9B5" w14:textId="77777777" w:rsidTr="0005219D">
      <w:trPr>
        <w:trHeight w:val="276"/>
      </w:trPr>
      <w:tc>
        <w:tcPr>
          <w:tcW w:w="592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6D2DAF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noProof/>
              <w:sz w:val="18"/>
              <w:lang w:eastAsia="tr-TR"/>
            </w:rPr>
            <w:drawing>
              <wp:inline distT="0" distB="0" distL="0" distR="0" wp14:anchorId="7B2F73AF" wp14:editId="66760472">
                <wp:extent cx="739140" cy="1059180"/>
                <wp:effectExtent l="0" t="0" r="3810" b="762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5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7E7841" w14:textId="673605D2" w:rsidR="00C9129C" w:rsidRPr="00254D97" w:rsidRDefault="00C9129C" w:rsidP="00C9129C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30"/>
            </w:rPr>
            <w:t>KULLANICI ERİŞİM YETKİLERİ GÖZDEN GEÇİRME FORMU</w:t>
          </w:r>
          <w:r>
            <w:rPr>
              <w:i/>
              <w:sz w:val="18"/>
            </w:rPr>
            <w:br/>
          </w: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D81BBF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Doküman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AD48D4" w14:textId="59A0279A" w:rsidR="00C9129C" w:rsidRPr="00254D97" w:rsidRDefault="00C9129C" w:rsidP="00C9129C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sz w:val="18"/>
            </w:rPr>
            <w:t>FR-KBK-0</w:t>
          </w:r>
          <w:r w:rsidR="00B37229">
            <w:rPr>
              <w:rFonts w:cs="Arial"/>
              <w:b/>
              <w:sz w:val="18"/>
            </w:rPr>
            <w:t>154</w:t>
          </w:r>
        </w:p>
      </w:tc>
    </w:tr>
    <w:tr w:rsidR="00C9129C" w:rsidRPr="00254D97" w14:paraId="63363725" w14:textId="77777777" w:rsidTr="0005219D">
      <w:trPr>
        <w:trHeight w:val="305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AE6389" w14:textId="77777777" w:rsidR="00C9129C" w:rsidRPr="00254D97" w:rsidRDefault="00C9129C" w:rsidP="00C9129C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2D765B" w14:textId="77777777" w:rsidR="00C9129C" w:rsidRPr="00254D97" w:rsidRDefault="00C9129C" w:rsidP="00C9129C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225700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İlk Yayın Tarihi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7081F3" w14:textId="77777777" w:rsidR="00C9129C" w:rsidRPr="00254D97" w:rsidRDefault="00C9129C" w:rsidP="00C9129C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sz w:val="18"/>
            </w:rPr>
            <w:t>02.12.2025</w:t>
          </w:r>
        </w:p>
      </w:tc>
    </w:tr>
    <w:tr w:rsidR="00C9129C" w:rsidRPr="00254D97" w14:paraId="3C9F7C46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EE678D" w14:textId="77777777" w:rsidR="00C9129C" w:rsidRPr="00254D97" w:rsidRDefault="00C9129C" w:rsidP="00C9129C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074F49" w14:textId="77777777" w:rsidR="00C9129C" w:rsidRPr="00254D97" w:rsidRDefault="00C9129C" w:rsidP="00C9129C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796CCE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Revizyon Tarihi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4FC0AE" w14:textId="77777777" w:rsidR="00C9129C" w:rsidRPr="00254D97" w:rsidRDefault="00C9129C" w:rsidP="00C9129C">
          <w:pPr>
            <w:rPr>
              <w:rFonts w:cs="Arial"/>
              <w:b/>
              <w:sz w:val="18"/>
            </w:rPr>
          </w:pPr>
        </w:p>
      </w:tc>
    </w:tr>
    <w:tr w:rsidR="00C9129C" w:rsidRPr="00254D97" w14:paraId="100E91F3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6F5196" w14:textId="77777777" w:rsidR="00C9129C" w:rsidRPr="00254D97" w:rsidRDefault="00C9129C" w:rsidP="00C9129C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99BE42" w14:textId="77777777" w:rsidR="00C9129C" w:rsidRPr="00254D97" w:rsidRDefault="00C9129C" w:rsidP="00C9129C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24D0DB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Revizyon No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6D2418" w14:textId="77777777" w:rsidR="00C9129C" w:rsidRPr="00254D97" w:rsidRDefault="00C9129C" w:rsidP="00C9129C">
          <w:pPr>
            <w:rPr>
              <w:rFonts w:cs="Arial"/>
              <w:b/>
              <w:sz w:val="18"/>
            </w:rPr>
          </w:pPr>
        </w:p>
      </w:tc>
    </w:tr>
    <w:tr w:rsidR="00C9129C" w:rsidRPr="00254D97" w14:paraId="2689452C" w14:textId="77777777" w:rsidTr="0005219D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01D9F7" w14:textId="77777777" w:rsidR="00C9129C" w:rsidRPr="00254D97" w:rsidRDefault="00C9129C" w:rsidP="00C9129C">
          <w:pPr>
            <w:spacing w:after="0"/>
            <w:rPr>
              <w:rFonts w:cs="Arial"/>
              <w:sz w:val="18"/>
            </w:rPr>
          </w:pPr>
        </w:p>
      </w:tc>
      <w:tc>
        <w:tcPr>
          <w:tcW w:w="3225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13A588" w14:textId="77777777" w:rsidR="00C9129C" w:rsidRPr="00254D97" w:rsidRDefault="00C9129C" w:rsidP="00C9129C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C23338" w14:textId="77777777" w:rsidR="00C9129C" w:rsidRPr="00254D97" w:rsidRDefault="00C9129C" w:rsidP="00C9129C">
          <w:pPr>
            <w:rPr>
              <w:rFonts w:cs="Arial"/>
              <w:sz w:val="18"/>
            </w:rPr>
          </w:pPr>
          <w:r w:rsidRPr="00254D97">
            <w:rPr>
              <w:rFonts w:cs="Arial"/>
              <w:sz w:val="18"/>
            </w:rPr>
            <w:t>Sayfa</w:t>
          </w:r>
        </w:p>
      </w:tc>
      <w:tc>
        <w:tcPr>
          <w:tcW w:w="5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339289" w14:textId="77777777" w:rsidR="00C9129C" w:rsidRPr="00254D97" w:rsidRDefault="00C9129C" w:rsidP="00C9129C">
          <w:pPr>
            <w:rPr>
              <w:rFonts w:cs="Arial"/>
              <w:b/>
              <w:sz w:val="18"/>
            </w:rPr>
          </w:pPr>
          <w:r w:rsidRPr="00254D97">
            <w:rPr>
              <w:rFonts w:cs="Arial"/>
              <w:b/>
              <w:noProof/>
              <w:sz w:val="18"/>
            </w:rPr>
            <w:t>1</w:t>
          </w:r>
          <w:r w:rsidRPr="00254D97">
            <w:rPr>
              <w:rFonts w:cs="Arial"/>
              <w:b/>
              <w:sz w:val="18"/>
            </w:rPr>
            <w:t>/</w:t>
          </w:r>
          <w:r w:rsidRPr="00254D97">
            <w:rPr>
              <w:rFonts w:cs="Arial"/>
              <w:b/>
              <w:noProof/>
              <w:sz w:val="18"/>
            </w:rPr>
            <w:t>1</w:t>
          </w:r>
        </w:p>
      </w:tc>
    </w:tr>
  </w:tbl>
  <w:p w14:paraId="2CB34D2C" w14:textId="77777777" w:rsidR="00C9129C" w:rsidRDefault="00C912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E3E88" w14:textId="77777777" w:rsidR="00C9129C" w:rsidRDefault="00C912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616936">
    <w:abstractNumId w:val="8"/>
  </w:num>
  <w:num w:numId="2" w16cid:durableId="238563587">
    <w:abstractNumId w:val="6"/>
  </w:num>
  <w:num w:numId="3" w16cid:durableId="85350933">
    <w:abstractNumId w:val="5"/>
  </w:num>
  <w:num w:numId="4" w16cid:durableId="205525601">
    <w:abstractNumId w:val="4"/>
  </w:num>
  <w:num w:numId="5" w16cid:durableId="1885021507">
    <w:abstractNumId w:val="7"/>
  </w:num>
  <w:num w:numId="6" w16cid:durableId="471021488">
    <w:abstractNumId w:val="3"/>
  </w:num>
  <w:num w:numId="7" w16cid:durableId="1777945882">
    <w:abstractNumId w:val="2"/>
  </w:num>
  <w:num w:numId="8" w16cid:durableId="740057801">
    <w:abstractNumId w:val="1"/>
  </w:num>
  <w:num w:numId="9" w16cid:durableId="2309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BD0"/>
    <w:rsid w:val="009A510B"/>
    <w:rsid w:val="00AA1D8D"/>
    <w:rsid w:val="00AD0984"/>
    <w:rsid w:val="00B37229"/>
    <w:rsid w:val="00B47730"/>
    <w:rsid w:val="00C9129C"/>
    <w:rsid w:val="00CB0664"/>
    <w:rsid w:val="00E80E7C"/>
    <w:rsid w:val="00EB59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C9DF9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2026-08-07T13:44:00Z</dcterms:modified>
  <cp:category/>
</cp:coreProperties>
</file>