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3BA9F" w14:textId="42069083" w:rsidR="00122FB3" w:rsidRDefault="00000000">
      <w:pPr>
        <w:jc w:val="center"/>
      </w:pPr>
      <w:proofErr w:type="spellStart"/>
      <w:r>
        <w:rPr>
          <w:i/>
          <w:sz w:val="18"/>
        </w:rPr>
        <w:t>Kontrol</w:t>
      </w:r>
      <w:proofErr w:type="spellEnd"/>
      <w:r>
        <w:rPr>
          <w:i/>
          <w:sz w:val="18"/>
        </w:rPr>
        <w:t xml:space="preserve"> </w:t>
      </w:r>
      <w:proofErr w:type="spellStart"/>
      <w:r>
        <w:rPr>
          <w:i/>
          <w:sz w:val="18"/>
        </w:rPr>
        <w:t>Faaliyetleri</w:t>
      </w:r>
      <w:proofErr w:type="spellEnd"/>
      <w:r>
        <w:rPr>
          <w:i/>
          <w:sz w:val="18"/>
        </w:rPr>
        <w:t xml:space="preserve"> </w:t>
      </w:r>
      <w:proofErr w:type="spellStart"/>
      <w:r>
        <w:rPr>
          <w:i/>
          <w:sz w:val="18"/>
        </w:rPr>
        <w:t>Standartları</w:t>
      </w:r>
      <w:proofErr w:type="spellEnd"/>
      <w:r>
        <w:rPr>
          <w:i/>
          <w:sz w:val="18"/>
        </w:rPr>
        <w:t xml:space="preserve"> – KFSE 9.2.1</w:t>
      </w:r>
    </w:p>
    <w:p w14:paraId="2ADB6451" w14:textId="77777777" w:rsidR="00122FB3" w:rsidRDefault="00000000">
      <w:pPr>
        <w:spacing w:after="80"/>
      </w:pPr>
      <w:r>
        <w:rPr>
          <w:b/>
        </w:rPr>
        <w:t xml:space="preserve">Amaç: </w:t>
      </w:r>
      <w:r>
        <w:t>Personel sayısı veya organizasyon yapısı nedeniyle görevler ayrılığı ilkesinin tam olarak uygulanamadığı yüksek riskli süreçlerde; mevcut risklerin, belirlenen telafi edici kontrollerin, kontrol sorumlularının, uygulama sıklığının ve izleme sonuçlarının sistematik olarak kayıt altına alınmasıdır.</w:t>
      </w:r>
    </w:p>
    <w:tbl>
      <w:tblPr>
        <w:tblStyle w:val="TabloKlavuzu"/>
        <w:tblW w:w="0" w:type="auto"/>
        <w:jc w:val="center"/>
        <w:tblLook w:val="04A0" w:firstRow="1" w:lastRow="0" w:firstColumn="1" w:lastColumn="0" w:noHBand="0" w:noVBand="1"/>
      </w:tblPr>
      <w:tblGrid>
        <w:gridCol w:w="2413"/>
        <w:gridCol w:w="2413"/>
        <w:gridCol w:w="2413"/>
        <w:gridCol w:w="2413"/>
        <w:gridCol w:w="2413"/>
        <w:gridCol w:w="2413"/>
      </w:tblGrid>
      <w:tr w:rsidR="00122FB3" w14:paraId="24A2A784" w14:textId="77777777">
        <w:trPr>
          <w:jc w:val="center"/>
        </w:trPr>
        <w:tc>
          <w:tcPr>
            <w:tcW w:w="2413" w:type="dxa"/>
            <w:vAlign w:val="center"/>
          </w:tcPr>
          <w:p w14:paraId="3DA44953" w14:textId="77777777" w:rsidR="00122FB3" w:rsidRDefault="00000000">
            <w:r>
              <w:rPr>
                <w:b/>
              </w:rPr>
              <w:t>Birim</w:t>
            </w:r>
          </w:p>
        </w:tc>
        <w:tc>
          <w:tcPr>
            <w:tcW w:w="2413" w:type="dxa"/>
            <w:vAlign w:val="center"/>
          </w:tcPr>
          <w:p w14:paraId="629DBD15" w14:textId="77777777" w:rsidR="00122FB3" w:rsidRDefault="00122FB3"/>
        </w:tc>
        <w:tc>
          <w:tcPr>
            <w:tcW w:w="2413" w:type="dxa"/>
            <w:vAlign w:val="center"/>
          </w:tcPr>
          <w:p w14:paraId="586BB6DA" w14:textId="77777777" w:rsidR="00122FB3" w:rsidRDefault="00000000">
            <w:r>
              <w:rPr>
                <w:b/>
              </w:rPr>
              <w:t>Değerlendirme Yılı</w:t>
            </w:r>
          </w:p>
        </w:tc>
        <w:tc>
          <w:tcPr>
            <w:tcW w:w="2413" w:type="dxa"/>
            <w:vAlign w:val="center"/>
          </w:tcPr>
          <w:p w14:paraId="3752BC70" w14:textId="77777777" w:rsidR="00122FB3" w:rsidRDefault="00122FB3"/>
        </w:tc>
        <w:tc>
          <w:tcPr>
            <w:tcW w:w="2413" w:type="dxa"/>
            <w:vAlign w:val="center"/>
          </w:tcPr>
          <w:p w14:paraId="7C13D619" w14:textId="77777777" w:rsidR="00122FB3" w:rsidRDefault="00000000">
            <w:r>
              <w:rPr>
                <w:b/>
              </w:rPr>
              <w:t>Form Tarihi</w:t>
            </w:r>
          </w:p>
        </w:tc>
        <w:tc>
          <w:tcPr>
            <w:tcW w:w="2413" w:type="dxa"/>
            <w:vAlign w:val="center"/>
          </w:tcPr>
          <w:p w14:paraId="20096CE1" w14:textId="77777777" w:rsidR="00122FB3" w:rsidRDefault="00122FB3"/>
        </w:tc>
      </w:tr>
      <w:tr w:rsidR="00122FB3" w14:paraId="23A091B0" w14:textId="77777777">
        <w:trPr>
          <w:jc w:val="center"/>
        </w:trPr>
        <w:tc>
          <w:tcPr>
            <w:tcW w:w="2413" w:type="dxa"/>
            <w:vAlign w:val="center"/>
          </w:tcPr>
          <w:p w14:paraId="0F013A23" w14:textId="77777777" w:rsidR="00122FB3" w:rsidRDefault="00000000">
            <w:r>
              <w:rPr>
                <w:b/>
              </w:rPr>
              <w:t>Birim Yöneticisi</w:t>
            </w:r>
          </w:p>
        </w:tc>
        <w:tc>
          <w:tcPr>
            <w:tcW w:w="2413" w:type="dxa"/>
            <w:vAlign w:val="center"/>
          </w:tcPr>
          <w:p w14:paraId="3D20199F" w14:textId="77777777" w:rsidR="00122FB3" w:rsidRDefault="00122FB3"/>
        </w:tc>
        <w:tc>
          <w:tcPr>
            <w:tcW w:w="2413" w:type="dxa"/>
            <w:vAlign w:val="center"/>
          </w:tcPr>
          <w:p w14:paraId="1383B87D" w14:textId="77777777" w:rsidR="00122FB3" w:rsidRDefault="00000000">
            <w:r>
              <w:rPr>
                <w:b/>
              </w:rPr>
              <w:t>Değerlendirmeyi Yapan</w:t>
            </w:r>
          </w:p>
        </w:tc>
        <w:tc>
          <w:tcPr>
            <w:tcW w:w="2413" w:type="dxa"/>
            <w:vAlign w:val="center"/>
          </w:tcPr>
          <w:p w14:paraId="3F495114" w14:textId="77777777" w:rsidR="00122FB3" w:rsidRDefault="00122FB3"/>
        </w:tc>
        <w:tc>
          <w:tcPr>
            <w:tcW w:w="2413" w:type="dxa"/>
            <w:vAlign w:val="center"/>
          </w:tcPr>
          <w:p w14:paraId="7AB8328C" w14:textId="77777777" w:rsidR="00122FB3" w:rsidRDefault="00000000">
            <w:r>
              <w:rPr>
                <w:b/>
              </w:rPr>
              <w:t>Görevi/Unvanı</w:t>
            </w:r>
          </w:p>
        </w:tc>
        <w:tc>
          <w:tcPr>
            <w:tcW w:w="2413" w:type="dxa"/>
            <w:vAlign w:val="center"/>
          </w:tcPr>
          <w:p w14:paraId="07780D3D" w14:textId="77777777" w:rsidR="00122FB3" w:rsidRDefault="00122FB3"/>
        </w:tc>
      </w:tr>
    </w:tbl>
    <w:p w14:paraId="6201CD13" w14:textId="77777777" w:rsidR="00122FB3" w:rsidRDefault="00122FB3"/>
    <w:tbl>
      <w:tblPr>
        <w:tblStyle w:val="TabloKlavuzu"/>
        <w:tblW w:w="5000" w:type="pct"/>
        <w:jc w:val="center"/>
        <w:tblLook w:val="04A0" w:firstRow="1" w:lastRow="0" w:firstColumn="1" w:lastColumn="0" w:noHBand="0" w:noVBand="1"/>
      </w:tblPr>
      <w:tblGrid>
        <w:gridCol w:w="481"/>
        <w:gridCol w:w="695"/>
        <w:gridCol w:w="1162"/>
        <w:gridCol w:w="1485"/>
        <w:gridCol w:w="1532"/>
        <w:gridCol w:w="1673"/>
        <w:gridCol w:w="1069"/>
        <w:gridCol w:w="1022"/>
        <w:gridCol w:w="1627"/>
        <w:gridCol w:w="1163"/>
        <w:gridCol w:w="1301"/>
        <w:gridCol w:w="1486"/>
      </w:tblGrid>
      <w:tr w:rsidR="00122FB3" w14:paraId="4B26BA68" w14:textId="77777777" w:rsidTr="00583621">
        <w:trPr>
          <w:tblHeader/>
          <w:jc w:val="center"/>
        </w:trPr>
        <w:tc>
          <w:tcPr>
            <w:tcW w:w="158" w:type="pct"/>
            <w:vAlign w:val="center"/>
          </w:tcPr>
          <w:p w14:paraId="7A253E52" w14:textId="77777777" w:rsidR="00122FB3" w:rsidRDefault="00000000">
            <w:pPr>
              <w:jc w:val="center"/>
            </w:pPr>
            <w:proofErr w:type="spellStart"/>
            <w:r>
              <w:rPr>
                <w:b/>
                <w:sz w:val="14"/>
              </w:rPr>
              <w:t>Sıra</w:t>
            </w:r>
            <w:proofErr w:type="spellEnd"/>
            <w:r>
              <w:rPr>
                <w:b/>
                <w:sz w:val="14"/>
              </w:rPr>
              <w:t xml:space="preserve"> No</w:t>
            </w:r>
          </w:p>
        </w:tc>
        <w:tc>
          <w:tcPr>
            <w:tcW w:w="237" w:type="pct"/>
            <w:vAlign w:val="center"/>
          </w:tcPr>
          <w:p w14:paraId="01D4C9A0" w14:textId="77777777" w:rsidR="00122FB3" w:rsidRDefault="00000000">
            <w:pPr>
              <w:jc w:val="center"/>
            </w:pPr>
            <w:r>
              <w:rPr>
                <w:b/>
                <w:sz w:val="14"/>
              </w:rPr>
              <w:t>Risk No</w:t>
            </w:r>
          </w:p>
        </w:tc>
        <w:tc>
          <w:tcPr>
            <w:tcW w:w="396" w:type="pct"/>
            <w:vAlign w:val="center"/>
          </w:tcPr>
          <w:p w14:paraId="5B47C016" w14:textId="77777777" w:rsidR="00122FB3" w:rsidRDefault="00000000">
            <w:pPr>
              <w:jc w:val="center"/>
            </w:pPr>
            <w:r>
              <w:rPr>
                <w:b/>
                <w:sz w:val="14"/>
              </w:rPr>
              <w:t>Süreç / İşlem</w:t>
            </w:r>
          </w:p>
        </w:tc>
        <w:tc>
          <w:tcPr>
            <w:tcW w:w="506" w:type="pct"/>
            <w:vAlign w:val="center"/>
          </w:tcPr>
          <w:p w14:paraId="6AA0F857" w14:textId="77777777" w:rsidR="00122FB3" w:rsidRDefault="00000000">
            <w:pPr>
              <w:jc w:val="center"/>
            </w:pPr>
            <w:r>
              <w:rPr>
                <w:b/>
                <w:sz w:val="14"/>
              </w:rPr>
              <w:t>Görevler Ayrılığının Sağlanamama Nedeni</w:t>
            </w:r>
          </w:p>
        </w:tc>
        <w:tc>
          <w:tcPr>
            <w:tcW w:w="522" w:type="pct"/>
            <w:vAlign w:val="center"/>
          </w:tcPr>
          <w:p w14:paraId="3C64051C" w14:textId="77777777" w:rsidR="00122FB3" w:rsidRDefault="00000000">
            <w:pPr>
              <w:jc w:val="center"/>
            </w:pPr>
            <w:r>
              <w:rPr>
                <w:b/>
                <w:sz w:val="14"/>
              </w:rPr>
              <w:t>Aynı Personelde Birleşen Kritik Görevler</w:t>
            </w:r>
          </w:p>
        </w:tc>
        <w:tc>
          <w:tcPr>
            <w:tcW w:w="570" w:type="pct"/>
            <w:vAlign w:val="center"/>
          </w:tcPr>
          <w:p w14:paraId="6424E567" w14:textId="77777777" w:rsidR="00122FB3" w:rsidRDefault="00000000">
            <w:pPr>
              <w:jc w:val="center"/>
            </w:pPr>
            <w:r>
              <w:rPr>
                <w:b/>
                <w:sz w:val="14"/>
              </w:rPr>
              <w:t>Belirlenen Telafi Edici Kontrol / Tedbir</w:t>
            </w:r>
          </w:p>
        </w:tc>
        <w:tc>
          <w:tcPr>
            <w:tcW w:w="364" w:type="pct"/>
            <w:vAlign w:val="center"/>
          </w:tcPr>
          <w:p w14:paraId="76817F46" w14:textId="77777777" w:rsidR="00122FB3" w:rsidRDefault="00000000">
            <w:pPr>
              <w:jc w:val="center"/>
            </w:pPr>
            <w:r>
              <w:rPr>
                <w:b/>
                <w:sz w:val="14"/>
              </w:rPr>
              <w:t>Kontrol Sorumlusu</w:t>
            </w:r>
          </w:p>
        </w:tc>
        <w:tc>
          <w:tcPr>
            <w:tcW w:w="348" w:type="pct"/>
            <w:vAlign w:val="center"/>
          </w:tcPr>
          <w:p w14:paraId="60FC9EFB" w14:textId="77777777" w:rsidR="00122FB3" w:rsidRDefault="00000000">
            <w:pPr>
              <w:jc w:val="center"/>
            </w:pPr>
            <w:r>
              <w:rPr>
                <w:b/>
                <w:sz w:val="14"/>
              </w:rPr>
              <w:t>Uygulama Sıklığı / Zamanı</w:t>
            </w:r>
          </w:p>
        </w:tc>
        <w:tc>
          <w:tcPr>
            <w:tcW w:w="554" w:type="pct"/>
            <w:vAlign w:val="center"/>
          </w:tcPr>
          <w:p w14:paraId="566BFB71" w14:textId="77777777" w:rsidR="00122FB3" w:rsidRDefault="00000000">
            <w:pPr>
              <w:jc w:val="center"/>
            </w:pPr>
            <w:r>
              <w:rPr>
                <w:b/>
                <w:sz w:val="14"/>
              </w:rPr>
              <w:t>Kontrolün Uygulandığına İlişkin Kanıt / Kayıt</w:t>
            </w:r>
          </w:p>
        </w:tc>
        <w:tc>
          <w:tcPr>
            <w:tcW w:w="396" w:type="pct"/>
            <w:vAlign w:val="center"/>
          </w:tcPr>
          <w:p w14:paraId="079A0C59" w14:textId="77777777" w:rsidR="00122FB3" w:rsidRDefault="00000000">
            <w:pPr>
              <w:jc w:val="center"/>
            </w:pPr>
            <w:r>
              <w:rPr>
                <w:b/>
                <w:sz w:val="14"/>
              </w:rPr>
              <w:t>İzleme Sonucu</w:t>
            </w:r>
          </w:p>
        </w:tc>
        <w:tc>
          <w:tcPr>
            <w:tcW w:w="443" w:type="pct"/>
            <w:vAlign w:val="center"/>
          </w:tcPr>
          <w:p w14:paraId="3BD87432" w14:textId="77777777" w:rsidR="00122FB3" w:rsidRDefault="00000000">
            <w:pPr>
              <w:jc w:val="center"/>
            </w:pPr>
            <w:r>
              <w:rPr>
                <w:b/>
                <w:sz w:val="14"/>
              </w:rPr>
              <w:t>Risk Kaydı / Süreç Dokümanı Güncellendi mi?</w:t>
            </w:r>
          </w:p>
        </w:tc>
        <w:tc>
          <w:tcPr>
            <w:tcW w:w="506" w:type="pct"/>
            <w:vAlign w:val="center"/>
          </w:tcPr>
          <w:p w14:paraId="79EE6F0A" w14:textId="77777777" w:rsidR="00122FB3" w:rsidRDefault="00000000">
            <w:pPr>
              <w:jc w:val="center"/>
            </w:pPr>
            <w:r>
              <w:rPr>
                <w:b/>
                <w:sz w:val="14"/>
              </w:rPr>
              <w:t>İlave Açıklama / Sonraki Adım</w:t>
            </w:r>
          </w:p>
        </w:tc>
      </w:tr>
      <w:tr w:rsidR="00122FB3" w14:paraId="51D0E040" w14:textId="77777777" w:rsidTr="00583621">
        <w:trPr>
          <w:jc w:val="center"/>
        </w:trPr>
        <w:tc>
          <w:tcPr>
            <w:tcW w:w="158" w:type="pct"/>
            <w:vAlign w:val="center"/>
          </w:tcPr>
          <w:p w14:paraId="27CA17A7" w14:textId="77777777" w:rsidR="00122FB3" w:rsidRDefault="00000000">
            <w:pPr>
              <w:jc w:val="center"/>
            </w:pPr>
            <w:r>
              <w:t>1</w:t>
            </w:r>
          </w:p>
        </w:tc>
        <w:tc>
          <w:tcPr>
            <w:tcW w:w="237" w:type="pct"/>
            <w:vAlign w:val="center"/>
          </w:tcPr>
          <w:p w14:paraId="0EFA1C6A" w14:textId="77777777" w:rsidR="00122FB3" w:rsidRDefault="00000000">
            <w:pPr>
              <w:jc w:val="center"/>
            </w:pPr>
            <w:r>
              <w:br/>
            </w:r>
          </w:p>
        </w:tc>
        <w:tc>
          <w:tcPr>
            <w:tcW w:w="396" w:type="pct"/>
            <w:vAlign w:val="center"/>
          </w:tcPr>
          <w:p w14:paraId="2C20D192" w14:textId="77777777" w:rsidR="00122FB3" w:rsidRDefault="00000000">
            <w:r>
              <w:br/>
            </w:r>
          </w:p>
        </w:tc>
        <w:tc>
          <w:tcPr>
            <w:tcW w:w="506" w:type="pct"/>
            <w:vAlign w:val="center"/>
          </w:tcPr>
          <w:p w14:paraId="02149753" w14:textId="77777777" w:rsidR="00122FB3" w:rsidRDefault="00000000">
            <w:r>
              <w:br/>
            </w:r>
          </w:p>
        </w:tc>
        <w:tc>
          <w:tcPr>
            <w:tcW w:w="522" w:type="pct"/>
            <w:vAlign w:val="center"/>
          </w:tcPr>
          <w:p w14:paraId="6AFDF0FD" w14:textId="77777777" w:rsidR="00122FB3" w:rsidRDefault="00000000">
            <w:r>
              <w:br/>
            </w:r>
          </w:p>
        </w:tc>
        <w:tc>
          <w:tcPr>
            <w:tcW w:w="570" w:type="pct"/>
            <w:vAlign w:val="center"/>
          </w:tcPr>
          <w:p w14:paraId="2B130FB4" w14:textId="77777777" w:rsidR="00122FB3" w:rsidRDefault="00000000">
            <w:r>
              <w:br/>
            </w:r>
          </w:p>
        </w:tc>
        <w:tc>
          <w:tcPr>
            <w:tcW w:w="364" w:type="pct"/>
            <w:vAlign w:val="center"/>
          </w:tcPr>
          <w:p w14:paraId="154E2544" w14:textId="77777777" w:rsidR="00122FB3" w:rsidRDefault="00000000">
            <w:r>
              <w:br/>
            </w:r>
          </w:p>
        </w:tc>
        <w:tc>
          <w:tcPr>
            <w:tcW w:w="348" w:type="pct"/>
            <w:vAlign w:val="center"/>
          </w:tcPr>
          <w:p w14:paraId="71F85002" w14:textId="77777777" w:rsidR="00122FB3" w:rsidRDefault="00000000">
            <w:r>
              <w:br/>
            </w:r>
          </w:p>
        </w:tc>
        <w:tc>
          <w:tcPr>
            <w:tcW w:w="554" w:type="pct"/>
            <w:vAlign w:val="center"/>
          </w:tcPr>
          <w:p w14:paraId="5E22404E" w14:textId="77777777" w:rsidR="00122FB3" w:rsidRDefault="00000000">
            <w:r>
              <w:br/>
            </w:r>
          </w:p>
        </w:tc>
        <w:tc>
          <w:tcPr>
            <w:tcW w:w="396" w:type="pct"/>
            <w:vAlign w:val="center"/>
          </w:tcPr>
          <w:p w14:paraId="6309D99C" w14:textId="77777777" w:rsidR="00122FB3" w:rsidRDefault="00000000">
            <w:pPr>
              <w:jc w:val="center"/>
            </w:pPr>
            <w:r>
              <w:br/>
            </w:r>
          </w:p>
        </w:tc>
        <w:tc>
          <w:tcPr>
            <w:tcW w:w="443" w:type="pct"/>
            <w:vAlign w:val="center"/>
          </w:tcPr>
          <w:p w14:paraId="0BEE1762" w14:textId="77777777" w:rsidR="00122FB3" w:rsidRDefault="00000000">
            <w:pPr>
              <w:jc w:val="center"/>
            </w:pPr>
            <w:r>
              <w:br/>
            </w:r>
          </w:p>
        </w:tc>
        <w:tc>
          <w:tcPr>
            <w:tcW w:w="506" w:type="pct"/>
            <w:vAlign w:val="center"/>
          </w:tcPr>
          <w:p w14:paraId="4803B8AF" w14:textId="77777777" w:rsidR="00122FB3" w:rsidRDefault="00000000">
            <w:r>
              <w:br/>
            </w:r>
          </w:p>
        </w:tc>
      </w:tr>
      <w:tr w:rsidR="00122FB3" w14:paraId="5F455F1B" w14:textId="77777777" w:rsidTr="00583621">
        <w:trPr>
          <w:jc w:val="center"/>
        </w:trPr>
        <w:tc>
          <w:tcPr>
            <w:tcW w:w="158" w:type="pct"/>
            <w:vAlign w:val="center"/>
          </w:tcPr>
          <w:p w14:paraId="5537C673" w14:textId="77777777" w:rsidR="00122FB3" w:rsidRDefault="00000000">
            <w:pPr>
              <w:jc w:val="center"/>
            </w:pPr>
            <w:r>
              <w:t>2</w:t>
            </w:r>
          </w:p>
        </w:tc>
        <w:tc>
          <w:tcPr>
            <w:tcW w:w="237" w:type="pct"/>
            <w:vAlign w:val="center"/>
          </w:tcPr>
          <w:p w14:paraId="57C50364" w14:textId="77777777" w:rsidR="00122FB3" w:rsidRDefault="00000000">
            <w:pPr>
              <w:jc w:val="center"/>
            </w:pPr>
            <w:r>
              <w:br/>
            </w:r>
          </w:p>
        </w:tc>
        <w:tc>
          <w:tcPr>
            <w:tcW w:w="396" w:type="pct"/>
            <w:vAlign w:val="center"/>
          </w:tcPr>
          <w:p w14:paraId="3C1FF675" w14:textId="77777777" w:rsidR="00122FB3" w:rsidRDefault="00000000">
            <w:r>
              <w:br/>
            </w:r>
          </w:p>
        </w:tc>
        <w:tc>
          <w:tcPr>
            <w:tcW w:w="506" w:type="pct"/>
            <w:vAlign w:val="center"/>
          </w:tcPr>
          <w:p w14:paraId="313ECC42" w14:textId="77777777" w:rsidR="00122FB3" w:rsidRDefault="00000000">
            <w:r>
              <w:br/>
            </w:r>
          </w:p>
        </w:tc>
        <w:tc>
          <w:tcPr>
            <w:tcW w:w="522" w:type="pct"/>
            <w:vAlign w:val="center"/>
          </w:tcPr>
          <w:p w14:paraId="512ECD14" w14:textId="77777777" w:rsidR="00122FB3" w:rsidRDefault="00000000">
            <w:r>
              <w:br/>
            </w:r>
          </w:p>
        </w:tc>
        <w:tc>
          <w:tcPr>
            <w:tcW w:w="570" w:type="pct"/>
            <w:vAlign w:val="center"/>
          </w:tcPr>
          <w:p w14:paraId="0B7E4E96" w14:textId="77777777" w:rsidR="00122FB3" w:rsidRDefault="00000000">
            <w:r>
              <w:br/>
            </w:r>
          </w:p>
        </w:tc>
        <w:tc>
          <w:tcPr>
            <w:tcW w:w="364" w:type="pct"/>
            <w:vAlign w:val="center"/>
          </w:tcPr>
          <w:p w14:paraId="07998D90" w14:textId="77777777" w:rsidR="00122FB3" w:rsidRDefault="00000000">
            <w:r>
              <w:br/>
            </w:r>
          </w:p>
        </w:tc>
        <w:tc>
          <w:tcPr>
            <w:tcW w:w="348" w:type="pct"/>
            <w:vAlign w:val="center"/>
          </w:tcPr>
          <w:p w14:paraId="28D88237" w14:textId="77777777" w:rsidR="00122FB3" w:rsidRDefault="00000000">
            <w:r>
              <w:br/>
            </w:r>
          </w:p>
        </w:tc>
        <w:tc>
          <w:tcPr>
            <w:tcW w:w="554" w:type="pct"/>
            <w:vAlign w:val="center"/>
          </w:tcPr>
          <w:p w14:paraId="1508349A" w14:textId="77777777" w:rsidR="00122FB3" w:rsidRDefault="00000000">
            <w:r>
              <w:br/>
            </w:r>
          </w:p>
        </w:tc>
        <w:tc>
          <w:tcPr>
            <w:tcW w:w="396" w:type="pct"/>
            <w:vAlign w:val="center"/>
          </w:tcPr>
          <w:p w14:paraId="76D6A965" w14:textId="77777777" w:rsidR="00122FB3" w:rsidRDefault="00000000">
            <w:pPr>
              <w:jc w:val="center"/>
            </w:pPr>
            <w:r>
              <w:br/>
            </w:r>
          </w:p>
        </w:tc>
        <w:tc>
          <w:tcPr>
            <w:tcW w:w="443" w:type="pct"/>
            <w:vAlign w:val="center"/>
          </w:tcPr>
          <w:p w14:paraId="242D8366" w14:textId="77777777" w:rsidR="00122FB3" w:rsidRDefault="00000000">
            <w:pPr>
              <w:jc w:val="center"/>
            </w:pPr>
            <w:r>
              <w:br/>
            </w:r>
          </w:p>
        </w:tc>
        <w:tc>
          <w:tcPr>
            <w:tcW w:w="506" w:type="pct"/>
            <w:vAlign w:val="center"/>
          </w:tcPr>
          <w:p w14:paraId="0116B5B4" w14:textId="77777777" w:rsidR="00122FB3" w:rsidRDefault="00000000">
            <w:r>
              <w:br/>
            </w:r>
          </w:p>
        </w:tc>
      </w:tr>
      <w:tr w:rsidR="00122FB3" w14:paraId="4987BD71" w14:textId="77777777" w:rsidTr="00583621">
        <w:trPr>
          <w:jc w:val="center"/>
        </w:trPr>
        <w:tc>
          <w:tcPr>
            <w:tcW w:w="158" w:type="pct"/>
            <w:vAlign w:val="center"/>
          </w:tcPr>
          <w:p w14:paraId="035E68CD" w14:textId="77777777" w:rsidR="00122FB3" w:rsidRDefault="00000000">
            <w:pPr>
              <w:jc w:val="center"/>
            </w:pPr>
            <w:r>
              <w:t>3</w:t>
            </w:r>
          </w:p>
        </w:tc>
        <w:tc>
          <w:tcPr>
            <w:tcW w:w="237" w:type="pct"/>
            <w:vAlign w:val="center"/>
          </w:tcPr>
          <w:p w14:paraId="57E7452E" w14:textId="77777777" w:rsidR="00122FB3" w:rsidRDefault="00000000">
            <w:pPr>
              <w:jc w:val="center"/>
            </w:pPr>
            <w:r>
              <w:br/>
            </w:r>
          </w:p>
        </w:tc>
        <w:tc>
          <w:tcPr>
            <w:tcW w:w="396" w:type="pct"/>
            <w:vAlign w:val="center"/>
          </w:tcPr>
          <w:p w14:paraId="5E55E534" w14:textId="77777777" w:rsidR="00122FB3" w:rsidRDefault="00000000">
            <w:r>
              <w:br/>
            </w:r>
          </w:p>
        </w:tc>
        <w:tc>
          <w:tcPr>
            <w:tcW w:w="506" w:type="pct"/>
            <w:vAlign w:val="center"/>
          </w:tcPr>
          <w:p w14:paraId="2046E086" w14:textId="77777777" w:rsidR="00122FB3" w:rsidRDefault="00000000">
            <w:r>
              <w:br/>
            </w:r>
          </w:p>
        </w:tc>
        <w:tc>
          <w:tcPr>
            <w:tcW w:w="522" w:type="pct"/>
            <w:vAlign w:val="center"/>
          </w:tcPr>
          <w:p w14:paraId="5A2025FB" w14:textId="77777777" w:rsidR="00122FB3" w:rsidRDefault="00000000">
            <w:r>
              <w:br/>
            </w:r>
          </w:p>
        </w:tc>
        <w:tc>
          <w:tcPr>
            <w:tcW w:w="570" w:type="pct"/>
            <w:vAlign w:val="center"/>
          </w:tcPr>
          <w:p w14:paraId="1E5DFBF5" w14:textId="77777777" w:rsidR="00122FB3" w:rsidRDefault="00000000">
            <w:r>
              <w:br/>
            </w:r>
          </w:p>
        </w:tc>
        <w:tc>
          <w:tcPr>
            <w:tcW w:w="364" w:type="pct"/>
            <w:vAlign w:val="center"/>
          </w:tcPr>
          <w:p w14:paraId="16979D74" w14:textId="77777777" w:rsidR="00122FB3" w:rsidRDefault="00000000">
            <w:r>
              <w:br/>
            </w:r>
          </w:p>
        </w:tc>
        <w:tc>
          <w:tcPr>
            <w:tcW w:w="348" w:type="pct"/>
            <w:vAlign w:val="center"/>
          </w:tcPr>
          <w:p w14:paraId="51802E80" w14:textId="77777777" w:rsidR="00122FB3" w:rsidRDefault="00000000">
            <w:r>
              <w:br/>
            </w:r>
          </w:p>
        </w:tc>
        <w:tc>
          <w:tcPr>
            <w:tcW w:w="554" w:type="pct"/>
            <w:vAlign w:val="center"/>
          </w:tcPr>
          <w:p w14:paraId="3D84C9A7" w14:textId="77777777" w:rsidR="00122FB3" w:rsidRDefault="00000000">
            <w:r>
              <w:br/>
            </w:r>
          </w:p>
        </w:tc>
        <w:tc>
          <w:tcPr>
            <w:tcW w:w="396" w:type="pct"/>
            <w:vAlign w:val="center"/>
          </w:tcPr>
          <w:p w14:paraId="2A38EDC0" w14:textId="77777777" w:rsidR="00122FB3" w:rsidRDefault="00000000">
            <w:pPr>
              <w:jc w:val="center"/>
            </w:pPr>
            <w:r>
              <w:br/>
            </w:r>
          </w:p>
        </w:tc>
        <w:tc>
          <w:tcPr>
            <w:tcW w:w="443" w:type="pct"/>
            <w:vAlign w:val="center"/>
          </w:tcPr>
          <w:p w14:paraId="6505AFAC" w14:textId="77777777" w:rsidR="00122FB3" w:rsidRDefault="00000000">
            <w:pPr>
              <w:jc w:val="center"/>
            </w:pPr>
            <w:r>
              <w:br/>
            </w:r>
          </w:p>
        </w:tc>
        <w:tc>
          <w:tcPr>
            <w:tcW w:w="506" w:type="pct"/>
            <w:vAlign w:val="center"/>
          </w:tcPr>
          <w:p w14:paraId="263139EB" w14:textId="77777777" w:rsidR="00122FB3" w:rsidRDefault="00000000">
            <w:r>
              <w:br/>
            </w:r>
          </w:p>
        </w:tc>
      </w:tr>
      <w:tr w:rsidR="00122FB3" w14:paraId="4AB16248" w14:textId="77777777" w:rsidTr="00583621">
        <w:trPr>
          <w:jc w:val="center"/>
        </w:trPr>
        <w:tc>
          <w:tcPr>
            <w:tcW w:w="158" w:type="pct"/>
            <w:vAlign w:val="center"/>
          </w:tcPr>
          <w:p w14:paraId="777B866B" w14:textId="77777777" w:rsidR="00122FB3" w:rsidRDefault="00000000">
            <w:pPr>
              <w:jc w:val="center"/>
            </w:pPr>
            <w:r>
              <w:t>4</w:t>
            </w:r>
          </w:p>
        </w:tc>
        <w:tc>
          <w:tcPr>
            <w:tcW w:w="237" w:type="pct"/>
            <w:vAlign w:val="center"/>
          </w:tcPr>
          <w:p w14:paraId="58E0A610" w14:textId="77777777" w:rsidR="00122FB3" w:rsidRDefault="00000000">
            <w:pPr>
              <w:jc w:val="center"/>
            </w:pPr>
            <w:r>
              <w:br/>
            </w:r>
          </w:p>
        </w:tc>
        <w:tc>
          <w:tcPr>
            <w:tcW w:w="396" w:type="pct"/>
            <w:vAlign w:val="center"/>
          </w:tcPr>
          <w:p w14:paraId="3D4FA2EF" w14:textId="77777777" w:rsidR="00122FB3" w:rsidRDefault="00000000">
            <w:r>
              <w:br/>
            </w:r>
          </w:p>
        </w:tc>
        <w:tc>
          <w:tcPr>
            <w:tcW w:w="506" w:type="pct"/>
            <w:vAlign w:val="center"/>
          </w:tcPr>
          <w:p w14:paraId="332A6C9D" w14:textId="77777777" w:rsidR="00122FB3" w:rsidRDefault="00000000">
            <w:r>
              <w:br/>
            </w:r>
          </w:p>
        </w:tc>
        <w:tc>
          <w:tcPr>
            <w:tcW w:w="522" w:type="pct"/>
            <w:vAlign w:val="center"/>
          </w:tcPr>
          <w:p w14:paraId="7D9588F1" w14:textId="77777777" w:rsidR="00122FB3" w:rsidRDefault="00000000">
            <w:r>
              <w:br/>
            </w:r>
          </w:p>
        </w:tc>
        <w:tc>
          <w:tcPr>
            <w:tcW w:w="570" w:type="pct"/>
            <w:vAlign w:val="center"/>
          </w:tcPr>
          <w:p w14:paraId="6CB37172" w14:textId="77777777" w:rsidR="00122FB3" w:rsidRDefault="00000000">
            <w:r>
              <w:br/>
            </w:r>
          </w:p>
        </w:tc>
        <w:tc>
          <w:tcPr>
            <w:tcW w:w="364" w:type="pct"/>
            <w:vAlign w:val="center"/>
          </w:tcPr>
          <w:p w14:paraId="3B1411D5" w14:textId="77777777" w:rsidR="00122FB3" w:rsidRDefault="00000000">
            <w:r>
              <w:br/>
            </w:r>
          </w:p>
        </w:tc>
        <w:tc>
          <w:tcPr>
            <w:tcW w:w="348" w:type="pct"/>
            <w:vAlign w:val="center"/>
          </w:tcPr>
          <w:p w14:paraId="0BFCF61E" w14:textId="77777777" w:rsidR="00122FB3" w:rsidRDefault="00000000">
            <w:r>
              <w:br/>
            </w:r>
          </w:p>
        </w:tc>
        <w:tc>
          <w:tcPr>
            <w:tcW w:w="554" w:type="pct"/>
            <w:vAlign w:val="center"/>
          </w:tcPr>
          <w:p w14:paraId="027A994B" w14:textId="77777777" w:rsidR="00122FB3" w:rsidRDefault="00000000">
            <w:r>
              <w:br/>
            </w:r>
          </w:p>
        </w:tc>
        <w:tc>
          <w:tcPr>
            <w:tcW w:w="396" w:type="pct"/>
            <w:vAlign w:val="center"/>
          </w:tcPr>
          <w:p w14:paraId="34579528" w14:textId="77777777" w:rsidR="00122FB3" w:rsidRDefault="00000000">
            <w:pPr>
              <w:jc w:val="center"/>
            </w:pPr>
            <w:r>
              <w:br/>
            </w:r>
          </w:p>
        </w:tc>
        <w:tc>
          <w:tcPr>
            <w:tcW w:w="443" w:type="pct"/>
            <w:vAlign w:val="center"/>
          </w:tcPr>
          <w:p w14:paraId="1F02013E" w14:textId="77777777" w:rsidR="00122FB3" w:rsidRDefault="00000000">
            <w:pPr>
              <w:jc w:val="center"/>
            </w:pPr>
            <w:r>
              <w:br/>
            </w:r>
          </w:p>
        </w:tc>
        <w:tc>
          <w:tcPr>
            <w:tcW w:w="506" w:type="pct"/>
            <w:vAlign w:val="center"/>
          </w:tcPr>
          <w:p w14:paraId="2AF66C9C" w14:textId="77777777" w:rsidR="00122FB3" w:rsidRDefault="00000000">
            <w:r>
              <w:br/>
            </w:r>
          </w:p>
        </w:tc>
      </w:tr>
      <w:tr w:rsidR="00122FB3" w14:paraId="4768AFE5" w14:textId="77777777" w:rsidTr="00583621">
        <w:trPr>
          <w:jc w:val="center"/>
        </w:trPr>
        <w:tc>
          <w:tcPr>
            <w:tcW w:w="158" w:type="pct"/>
            <w:vAlign w:val="center"/>
          </w:tcPr>
          <w:p w14:paraId="1214342F" w14:textId="77777777" w:rsidR="00122FB3" w:rsidRDefault="00000000">
            <w:pPr>
              <w:jc w:val="center"/>
            </w:pPr>
            <w:r>
              <w:t>5</w:t>
            </w:r>
          </w:p>
        </w:tc>
        <w:tc>
          <w:tcPr>
            <w:tcW w:w="237" w:type="pct"/>
            <w:vAlign w:val="center"/>
          </w:tcPr>
          <w:p w14:paraId="2C22A240" w14:textId="77777777" w:rsidR="00122FB3" w:rsidRDefault="00000000">
            <w:pPr>
              <w:jc w:val="center"/>
            </w:pPr>
            <w:r>
              <w:br/>
            </w:r>
          </w:p>
        </w:tc>
        <w:tc>
          <w:tcPr>
            <w:tcW w:w="396" w:type="pct"/>
            <w:vAlign w:val="center"/>
          </w:tcPr>
          <w:p w14:paraId="47B74D69" w14:textId="77777777" w:rsidR="00122FB3" w:rsidRDefault="00000000">
            <w:r>
              <w:br/>
            </w:r>
          </w:p>
        </w:tc>
        <w:tc>
          <w:tcPr>
            <w:tcW w:w="506" w:type="pct"/>
            <w:vAlign w:val="center"/>
          </w:tcPr>
          <w:p w14:paraId="5E219F04" w14:textId="77777777" w:rsidR="00122FB3" w:rsidRDefault="00000000">
            <w:r>
              <w:br/>
            </w:r>
          </w:p>
        </w:tc>
        <w:tc>
          <w:tcPr>
            <w:tcW w:w="522" w:type="pct"/>
            <w:vAlign w:val="center"/>
          </w:tcPr>
          <w:p w14:paraId="4ADE4F8B" w14:textId="77777777" w:rsidR="00122FB3" w:rsidRDefault="00000000">
            <w:r>
              <w:br/>
            </w:r>
          </w:p>
        </w:tc>
        <w:tc>
          <w:tcPr>
            <w:tcW w:w="570" w:type="pct"/>
            <w:vAlign w:val="center"/>
          </w:tcPr>
          <w:p w14:paraId="4D9E6156" w14:textId="77777777" w:rsidR="00122FB3" w:rsidRDefault="00000000">
            <w:r>
              <w:br/>
            </w:r>
          </w:p>
        </w:tc>
        <w:tc>
          <w:tcPr>
            <w:tcW w:w="364" w:type="pct"/>
            <w:vAlign w:val="center"/>
          </w:tcPr>
          <w:p w14:paraId="5008F1EA" w14:textId="77777777" w:rsidR="00122FB3" w:rsidRDefault="00000000">
            <w:r>
              <w:br/>
            </w:r>
          </w:p>
        </w:tc>
        <w:tc>
          <w:tcPr>
            <w:tcW w:w="348" w:type="pct"/>
            <w:vAlign w:val="center"/>
          </w:tcPr>
          <w:p w14:paraId="02357767" w14:textId="77777777" w:rsidR="00122FB3" w:rsidRDefault="00000000">
            <w:r>
              <w:br/>
            </w:r>
          </w:p>
        </w:tc>
        <w:tc>
          <w:tcPr>
            <w:tcW w:w="554" w:type="pct"/>
            <w:vAlign w:val="center"/>
          </w:tcPr>
          <w:p w14:paraId="58325247" w14:textId="77777777" w:rsidR="00122FB3" w:rsidRDefault="00000000">
            <w:r>
              <w:br/>
            </w:r>
          </w:p>
        </w:tc>
        <w:tc>
          <w:tcPr>
            <w:tcW w:w="396" w:type="pct"/>
            <w:vAlign w:val="center"/>
          </w:tcPr>
          <w:p w14:paraId="1D8B5FEA" w14:textId="77777777" w:rsidR="00122FB3" w:rsidRDefault="00000000">
            <w:pPr>
              <w:jc w:val="center"/>
            </w:pPr>
            <w:r>
              <w:br/>
            </w:r>
          </w:p>
        </w:tc>
        <w:tc>
          <w:tcPr>
            <w:tcW w:w="443" w:type="pct"/>
            <w:vAlign w:val="center"/>
          </w:tcPr>
          <w:p w14:paraId="06EB50A1" w14:textId="77777777" w:rsidR="00122FB3" w:rsidRDefault="00000000">
            <w:pPr>
              <w:jc w:val="center"/>
            </w:pPr>
            <w:r>
              <w:br/>
            </w:r>
          </w:p>
        </w:tc>
        <w:tc>
          <w:tcPr>
            <w:tcW w:w="506" w:type="pct"/>
            <w:vAlign w:val="center"/>
          </w:tcPr>
          <w:p w14:paraId="0C80E1F2" w14:textId="77777777" w:rsidR="00122FB3" w:rsidRDefault="00000000">
            <w:r>
              <w:br/>
            </w:r>
          </w:p>
        </w:tc>
      </w:tr>
      <w:tr w:rsidR="00122FB3" w14:paraId="3B589B7E" w14:textId="77777777" w:rsidTr="00583621">
        <w:trPr>
          <w:jc w:val="center"/>
        </w:trPr>
        <w:tc>
          <w:tcPr>
            <w:tcW w:w="158" w:type="pct"/>
            <w:vAlign w:val="center"/>
          </w:tcPr>
          <w:p w14:paraId="1630B9C3" w14:textId="77777777" w:rsidR="00122FB3" w:rsidRDefault="00000000">
            <w:pPr>
              <w:jc w:val="center"/>
            </w:pPr>
            <w:r>
              <w:t>6</w:t>
            </w:r>
          </w:p>
        </w:tc>
        <w:tc>
          <w:tcPr>
            <w:tcW w:w="237" w:type="pct"/>
            <w:vAlign w:val="center"/>
          </w:tcPr>
          <w:p w14:paraId="665331F3" w14:textId="77777777" w:rsidR="00122FB3" w:rsidRDefault="00000000">
            <w:pPr>
              <w:jc w:val="center"/>
            </w:pPr>
            <w:r>
              <w:br/>
            </w:r>
          </w:p>
        </w:tc>
        <w:tc>
          <w:tcPr>
            <w:tcW w:w="396" w:type="pct"/>
            <w:vAlign w:val="center"/>
          </w:tcPr>
          <w:p w14:paraId="20B01564" w14:textId="77777777" w:rsidR="00122FB3" w:rsidRDefault="00000000">
            <w:r>
              <w:br/>
            </w:r>
          </w:p>
        </w:tc>
        <w:tc>
          <w:tcPr>
            <w:tcW w:w="506" w:type="pct"/>
            <w:vAlign w:val="center"/>
          </w:tcPr>
          <w:p w14:paraId="1E315633" w14:textId="77777777" w:rsidR="00122FB3" w:rsidRDefault="00000000">
            <w:r>
              <w:br/>
            </w:r>
          </w:p>
        </w:tc>
        <w:tc>
          <w:tcPr>
            <w:tcW w:w="522" w:type="pct"/>
            <w:vAlign w:val="center"/>
          </w:tcPr>
          <w:p w14:paraId="65C4B732" w14:textId="77777777" w:rsidR="00122FB3" w:rsidRDefault="00000000">
            <w:r>
              <w:br/>
            </w:r>
          </w:p>
        </w:tc>
        <w:tc>
          <w:tcPr>
            <w:tcW w:w="570" w:type="pct"/>
            <w:vAlign w:val="center"/>
          </w:tcPr>
          <w:p w14:paraId="46B4DCBE" w14:textId="77777777" w:rsidR="00122FB3" w:rsidRDefault="00000000">
            <w:r>
              <w:br/>
            </w:r>
          </w:p>
        </w:tc>
        <w:tc>
          <w:tcPr>
            <w:tcW w:w="364" w:type="pct"/>
            <w:vAlign w:val="center"/>
          </w:tcPr>
          <w:p w14:paraId="23854E3A" w14:textId="77777777" w:rsidR="00122FB3" w:rsidRDefault="00000000">
            <w:r>
              <w:br/>
            </w:r>
          </w:p>
        </w:tc>
        <w:tc>
          <w:tcPr>
            <w:tcW w:w="348" w:type="pct"/>
            <w:vAlign w:val="center"/>
          </w:tcPr>
          <w:p w14:paraId="4C16BB72" w14:textId="77777777" w:rsidR="00122FB3" w:rsidRDefault="00000000">
            <w:r>
              <w:br/>
            </w:r>
          </w:p>
        </w:tc>
        <w:tc>
          <w:tcPr>
            <w:tcW w:w="554" w:type="pct"/>
            <w:vAlign w:val="center"/>
          </w:tcPr>
          <w:p w14:paraId="1F21DCFB" w14:textId="77777777" w:rsidR="00122FB3" w:rsidRDefault="00000000">
            <w:r>
              <w:br/>
            </w:r>
          </w:p>
        </w:tc>
        <w:tc>
          <w:tcPr>
            <w:tcW w:w="396" w:type="pct"/>
            <w:vAlign w:val="center"/>
          </w:tcPr>
          <w:p w14:paraId="7127577B" w14:textId="77777777" w:rsidR="00122FB3" w:rsidRDefault="00000000">
            <w:pPr>
              <w:jc w:val="center"/>
            </w:pPr>
            <w:r>
              <w:br/>
            </w:r>
          </w:p>
        </w:tc>
        <w:tc>
          <w:tcPr>
            <w:tcW w:w="443" w:type="pct"/>
            <w:vAlign w:val="center"/>
          </w:tcPr>
          <w:p w14:paraId="0D5402C5" w14:textId="77777777" w:rsidR="00122FB3" w:rsidRDefault="00000000">
            <w:pPr>
              <w:jc w:val="center"/>
            </w:pPr>
            <w:r>
              <w:br/>
            </w:r>
          </w:p>
        </w:tc>
        <w:tc>
          <w:tcPr>
            <w:tcW w:w="506" w:type="pct"/>
            <w:vAlign w:val="center"/>
          </w:tcPr>
          <w:p w14:paraId="6AFB076C" w14:textId="77777777" w:rsidR="00122FB3" w:rsidRDefault="00000000">
            <w:r>
              <w:br/>
            </w:r>
          </w:p>
        </w:tc>
      </w:tr>
    </w:tbl>
    <w:p w14:paraId="515201EC" w14:textId="77777777" w:rsidR="00122FB3" w:rsidRDefault="00122FB3"/>
    <w:p w14:paraId="522089B5" w14:textId="77777777" w:rsidR="00122FB3" w:rsidRDefault="00000000">
      <w:r>
        <w:rPr>
          <w:b/>
        </w:rPr>
        <w:t xml:space="preserve">Kullanım Notu: </w:t>
      </w:r>
      <w:r>
        <w:t>Bu form, Görevler Ayrılığı Değerlendirme Formunda görevler ayrılığının sağlanamadığı tespit edilen yüksek riskli süreçler için kullanılır. Telafi edici kontrol olarak ilave yönetici kontrolü, ikinci onay, periyodik inceleme, işlem sonrası kontrol, raporlama veya sürecin niteliğine uygun başka bir kontrol yöntemi tanımlanabilir. Uygulama sonrasında ilgili risk kaydı ve gerekiyorsa süreç/iş akışı dokümanı güncellenir.</w:t>
      </w:r>
    </w:p>
    <w:tbl>
      <w:tblPr>
        <w:tblStyle w:val="TabloKlavuzu"/>
        <w:tblW w:w="0" w:type="auto"/>
        <w:tblLook w:val="04A0" w:firstRow="1" w:lastRow="0" w:firstColumn="1" w:lastColumn="0" w:noHBand="0" w:noVBand="1"/>
      </w:tblPr>
      <w:tblGrid>
        <w:gridCol w:w="3620"/>
        <w:gridCol w:w="3620"/>
        <w:gridCol w:w="3620"/>
        <w:gridCol w:w="3620"/>
      </w:tblGrid>
      <w:tr w:rsidR="00122FB3" w14:paraId="1F9F8FAA" w14:textId="77777777">
        <w:tc>
          <w:tcPr>
            <w:tcW w:w="3620" w:type="dxa"/>
          </w:tcPr>
          <w:p w14:paraId="454FCFD4" w14:textId="77777777" w:rsidR="00122FB3" w:rsidRDefault="00000000">
            <w:r>
              <w:rPr>
                <w:b/>
              </w:rPr>
              <w:t>Genel İzleme Sonucu</w:t>
            </w:r>
          </w:p>
        </w:tc>
        <w:tc>
          <w:tcPr>
            <w:tcW w:w="3620" w:type="dxa"/>
          </w:tcPr>
          <w:p w14:paraId="21E4C126" w14:textId="77777777" w:rsidR="00122FB3" w:rsidRDefault="00000000">
            <w:r>
              <w:t>☐ Etkin   ☐ Kısmen Etkin   ☐ Etkin Değil</w:t>
            </w:r>
          </w:p>
        </w:tc>
        <w:tc>
          <w:tcPr>
            <w:tcW w:w="3620" w:type="dxa"/>
          </w:tcPr>
          <w:p w14:paraId="5FD28D12" w14:textId="77777777" w:rsidR="00122FB3" w:rsidRDefault="00000000">
            <w:r>
              <w:rPr>
                <w:b/>
              </w:rPr>
              <w:t>Yeni İzleme Tarihi</w:t>
            </w:r>
          </w:p>
        </w:tc>
        <w:tc>
          <w:tcPr>
            <w:tcW w:w="3620" w:type="dxa"/>
          </w:tcPr>
          <w:p w14:paraId="2B7AC335" w14:textId="77777777" w:rsidR="00122FB3" w:rsidRDefault="00122FB3"/>
        </w:tc>
      </w:tr>
      <w:tr w:rsidR="00122FB3" w14:paraId="114019FC" w14:textId="77777777">
        <w:tc>
          <w:tcPr>
            <w:tcW w:w="3620" w:type="dxa"/>
          </w:tcPr>
          <w:p w14:paraId="47572434" w14:textId="77777777" w:rsidR="00122FB3" w:rsidRDefault="00000000">
            <w:r>
              <w:rPr>
                <w:b/>
              </w:rPr>
              <w:t>İlave Tedbir Gerekiyor mu?</w:t>
            </w:r>
          </w:p>
        </w:tc>
        <w:tc>
          <w:tcPr>
            <w:tcW w:w="3620" w:type="dxa"/>
          </w:tcPr>
          <w:p w14:paraId="7514C89D" w14:textId="77777777" w:rsidR="00122FB3" w:rsidRDefault="00000000">
            <w:r>
              <w:t>☐ Hayır   ☐ Evet</w:t>
            </w:r>
          </w:p>
        </w:tc>
        <w:tc>
          <w:tcPr>
            <w:tcW w:w="3620" w:type="dxa"/>
          </w:tcPr>
          <w:p w14:paraId="39611430" w14:textId="77777777" w:rsidR="00122FB3" w:rsidRDefault="00000000">
            <w:r>
              <w:rPr>
                <w:b/>
              </w:rPr>
              <w:t>Yeni Termin (varsa)</w:t>
            </w:r>
          </w:p>
        </w:tc>
        <w:tc>
          <w:tcPr>
            <w:tcW w:w="3620" w:type="dxa"/>
          </w:tcPr>
          <w:p w14:paraId="5C5057AB" w14:textId="77777777" w:rsidR="00122FB3" w:rsidRDefault="00122FB3"/>
        </w:tc>
      </w:tr>
      <w:tr w:rsidR="00122FB3" w14:paraId="0D0E675A" w14:textId="77777777">
        <w:tc>
          <w:tcPr>
            <w:tcW w:w="3620" w:type="dxa"/>
          </w:tcPr>
          <w:p w14:paraId="63318A5F" w14:textId="77777777" w:rsidR="00122FB3" w:rsidRDefault="00000000">
            <w:r>
              <w:rPr>
                <w:b/>
              </w:rPr>
              <w:t>Birim Yöneticisi</w:t>
            </w:r>
          </w:p>
        </w:tc>
        <w:tc>
          <w:tcPr>
            <w:tcW w:w="3620" w:type="dxa"/>
          </w:tcPr>
          <w:p w14:paraId="7E9656B1" w14:textId="77777777" w:rsidR="00122FB3" w:rsidRDefault="00122FB3"/>
        </w:tc>
        <w:tc>
          <w:tcPr>
            <w:tcW w:w="3620" w:type="dxa"/>
          </w:tcPr>
          <w:p w14:paraId="6888D1FD" w14:textId="77777777" w:rsidR="00122FB3" w:rsidRDefault="00000000">
            <w:r>
              <w:rPr>
                <w:b/>
              </w:rPr>
              <w:t>İmza / Tarih</w:t>
            </w:r>
          </w:p>
        </w:tc>
        <w:tc>
          <w:tcPr>
            <w:tcW w:w="3620" w:type="dxa"/>
          </w:tcPr>
          <w:p w14:paraId="63ECC354" w14:textId="77777777" w:rsidR="00122FB3" w:rsidRDefault="00122FB3"/>
        </w:tc>
      </w:tr>
    </w:tbl>
    <w:p w14:paraId="7C9FA881" w14:textId="77777777" w:rsidR="007C38A4" w:rsidRDefault="007C38A4"/>
    <w:sectPr w:rsidR="007C38A4" w:rsidSect="007149FB">
      <w:headerReference w:type="even" r:id="rId8"/>
      <w:headerReference w:type="default" r:id="rId9"/>
      <w:footerReference w:type="even" r:id="rId10"/>
      <w:footerReference w:type="default" r:id="rId11"/>
      <w:headerReference w:type="first" r:id="rId12"/>
      <w:footerReference w:type="first" r:id="rId13"/>
      <w:pgSz w:w="15840" w:h="12240" w:orient="landscape"/>
      <w:pgMar w:top="737" w:right="680" w:bottom="737" w:left="68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FC0FC" w14:textId="77777777" w:rsidR="00A40D52" w:rsidRDefault="00A40D52" w:rsidP="007149FB">
      <w:pPr>
        <w:spacing w:after="0" w:line="240" w:lineRule="auto"/>
      </w:pPr>
      <w:r>
        <w:separator/>
      </w:r>
    </w:p>
  </w:endnote>
  <w:endnote w:type="continuationSeparator" w:id="0">
    <w:p w14:paraId="39F78A9E" w14:textId="77777777" w:rsidR="00A40D52" w:rsidRDefault="00A40D52" w:rsidP="00714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F8E8" w14:textId="77777777" w:rsidR="007149FB" w:rsidRDefault="007149F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98"/>
      <w:gridCol w:w="4898"/>
      <w:gridCol w:w="4900"/>
    </w:tblGrid>
    <w:tr w:rsidR="007149FB" w:rsidRPr="007149FB" w14:paraId="387660C6" w14:textId="77777777" w:rsidTr="0005219D">
      <w:trPr>
        <w:jc w:val="center"/>
      </w:trPr>
      <w:tc>
        <w:tcPr>
          <w:tcW w:w="1666" w:type="pct"/>
        </w:tcPr>
        <w:p w14:paraId="11328C59" w14:textId="77777777" w:rsidR="007149FB" w:rsidRPr="007149FB" w:rsidRDefault="007149FB" w:rsidP="007149FB">
          <w:pPr>
            <w:jc w:val="center"/>
            <w:rPr>
              <w:rFonts w:ascii="Times New Roman" w:hAnsi="Times New Roman"/>
              <w:sz w:val="24"/>
              <w:szCs w:val="24"/>
            </w:rPr>
          </w:pPr>
          <w:proofErr w:type="spellStart"/>
          <w:r w:rsidRPr="007149FB">
            <w:rPr>
              <w:rFonts w:ascii="Times New Roman" w:hAnsi="Times New Roman"/>
              <w:sz w:val="24"/>
              <w:szCs w:val="24"/>
            </w:rPr>
            <w:t>Hazırlayan</w:t>
          </w:r>
          <w:proofErr w:type="spellEnd"/>
        </w:p>
      </w:tc>
      <w:tc>
        <w:tcPr>
          <w:tcW w:w="1666" w:type="pct"/>
        </w:tcPr>
        <w:p w14:paraId="5B3EFEE8" w14:textId="77777777" w:rsidR="007149FB" w:rsidRPr="007149FB" w:rsidRDefault="007149FB" w:rsidP="007149FB">
          <w:pPr>
            <w:jc w:val="center"/>
            <w:rPr>
              <w:rFonts w:ascii="Times New Roman" w:hAnsi="Times New Roman"/>
              <w:sz w:val="24"/>
              <w:szCs w:val="24"/>
            </w:rPr>
          </w:pPr>
          <w:proofErr w:type="spellStart"/>
          <w:r w:rsidRPr="007149FB">
            <w:rPr>
              <w:rFonts w:ascii="Times New Roman" w:hAnsi="Times New Roman"/>
              <w:sz w:val="24"/>
              <w:szCs w:val="24"/>
            </w:rPr>
            <w:t>Sistem</w:t>
          </w:r>
          <w:proofErr w:type="spellEnd"/>
          <w:r w:rsidRPr="007149FB">
            <w:rPr>
              <w:rFonts w:ascii="Times New Roman" w:hAnsi="Times New Roman"/>
              <w:sz w:val="24"/>
              <w:szCs w:val="24"/>
            </w:rPr>
            <w:t xml:space="preserve"> </w:t>
          </w:r>
          <w:proofErr w:type="spellStart"/>
          <w:r w:rsidRPr="007149FB">
            <w:rPr>
              <w:rFonts w:ascii="Times New Roman" w:hAnsi="Times New Roman"/>
              <w:sz w:val="24"/>
              <w:szCs w:val="24"/>
            </w:rPr>
            <w:t>Onayı</w:t>
          </w:r>
          <w:proofErr w:type="spellEnd"/>
        </w:p>
      </w:tc>
      <w:tc>
        <w:tcPr>
          <w:tcW w:w="1667" w:type="pct"/>
        </w:tcPr>
        <w:p w14:paraId="1AC5FC8D" w14:textId="77777777" w:rsidR="007149FB" w:rsidRPr="007149FB" w:rsidRDefault="007149FB" w:rsidP="007149FB">
          <w:pPr>
            <w:jc w:val="center"/>
            <w:rPr>
              <w:rFonts w:ascii="Times New Roman" w:hAnsi="Times New Roman"/>
              <w:sz w:val="24"/>
              <w:szCs w:val="24"/>
            </w:rPr>
          </w:pPr>
          <w:proofErr w:type="spellStart"/>
          <w:r w:rsidRPr="007149FB">
            <w:rPr>
              <w:rFonts w:ascii="Times New Roman" w:hAnsi="Times New Roman"/>
              <w:sz w:val="24"/>
              <w:szCs w:val="24"/>
            </w:rPr>
            <w:t>Yürürlük</w:t>
          </w:r>
          <w:proofErr w:type="spellEnd"/>
          <w:r w:rsidRPr="007149FB">
            <w:rPr>
              <w:rFonts w:ascii="Times New Roman" w:hAnsi="Times New Roman"/>
              <w:sz w:val="24"/>
              <w:szCs w:val="24"/>
            </w:rPr>
            <w:t xml:space="preserve"> </w:t>
          </w:r>
          <w:proofErr w:type="spellStart"/>
          <w:r w:rsidRPr="007149FB">
            <w:rPr>
              <w:rFonts w:ascii="Times New Roman" w:hAnsi="Times New Roman"/>
              <w:sz w:val="24"/>
              <w:szCs w:val="24"/>
            </w:rPr>
            <w:t>Onayı</w:t>
          </w:r>
          <w:proofErr w:type="spellEnd"/>
        </w:p>
      </w:tc>
    </w:tr>
    <w:tr w:rsidR="007149FB" w:rsidRPr="007149FB" w14:paraId="070731A1" w14:textId="77777777" w:rsidTr="0005219D">
      <w:trPr>
        <w:trHeight w:val="1002"/>
        <w:jc w:val="center"/>
      </w:trPr>
      <w:tc>
        <w:tcPr>
          <w:tcW w:w="1666" w:type="pct"/>
        </w:tcPr>
        <w:p w14:paraId="306B6492" w14:textId="77777777" w:rsidR="007149FB" w:rsidRPr="007149FB" w:rsidRDefault="007149FB" w:rsidP="007149FB">
          <w:pPr>
            <w:jc w:val="center"/>
            <w:rPr>
              <w:rFonts w:ascii="Times New Roman" w:hAnsi="Times New Roman"/>
              <w:sz w:val="24"/>
              <w:szCs w:val="24"/>
            </w:rPr>
          </w:pPr>
          <w:r w:rsidRPr="007149FB">
            <w:rPr>
              <w:rFonts w:ascii="Times New Roman" w:hAnsi="Times New Roman"/>
              <w:sz w:val="24"/>
              <w:szCs w:val="24"/>
            </w:rPr>
            <w:t>Kalite Koordinatörlüğü</w:t>
          </w:r>
        </w:p>
      </w:tc>
      <w:tc>
        <w:tcPr>
          <w:tcW w:w="1666" w:type="pct"/>
        </w:tcPr>
        <w:p w14:paraId="22FE0A4F" w14:textId="77777777" w:rsidR="007149FB" w:rsidRPr="007149FB" w:rsidRDefault="007149FB" w:rsidP="007149FB">
          <w:pPr>
            <w:jc w:val="center"/>
            <w:rPr>
              <w:rFonts w:ascii="Times New Roman" w:hAnsi="Times New Roman"/>
              <w:sz w:val="24"/>
              <w:szCs w:val="24"/>
            </w:rPr>
          </w:pPr>
          <w:r w:rsidRPr="007149FB">
            <w:rPr>
              <w:rFonts w:ascii="Times New Roman" w:hAnsi="Times New Roman"/>
              <w:sz w:val="24"/>
              <w:szCs w:val="24"/>
            </w:rPr>
            <w:t>Selin TOZOĞLU</w:t>
          </w:r>
        </w:p>
      </w:tc>
      <w:tc>
        <w:tcPr>
          <w:tcW w:w="1667" w:type="pct"/>
        </w:tcPr>
        <w:p w14:paraId="06DE474E" w14:textId="77777777" w:rsidR="007149FB" w:rsidRPr="007149FB" w:rsidRDefault="007149FB" w:rsidP="007149FB">
          <w:pPr>
            <w:jc w:val="center"/>
            <w:rPr>
              <w:rFonts w:ascii="Times New Roman" w:hAnsi="Times New Roman"/>
              <w:sz w:val="24"/>
              <w:szCs w:val="24"/>
            </w:rPr>
          </w:pPr>
          <w:proofErr w:type="spellStart"/>
          <w:r w:rsidRPr="007149FB">
            <w:rPr>
              <w:rFonts w:ascii="Times New Roman" w:hAnsi="Times New Roman"/>
              <w:sz w:val="24"/>
              <w:szCs w:val="24"/>
            </w:rPr>
            <w:t>Öğr</w:t>
          </w:r>
          <w:proofErr w:type="spellEnd"/>
          <w:r w:rsidRPr="007149FB">
            <w:rPr>
              <w:rFonts w:ascii="Times New Roman" w:hAnsi="Times New Roman"/>
              <w:sz w:val="24"/>
              <w:szCs w:val="24"/>
            </w:rPr>
            <w:t xml:space="preserve">. </w:t>
          </w:r>
          <w:proofErr w:type="spellStart"/>
          <w:r w:rsidRPr="007149FB">
            <w:rPr>
              <w:rFonts w:ascii="Times New Roman" w:hAnsi="Times New Roman"/>
              <w:sz w:val="24"/>
              <w:szCs w:val="24"/>
            </w:rPr>
            <w:t>Gör</w:t>
          </w:r>
          <w:proofErr w:type="spellEnd"/>
          <w:r w:rsidRPr="007149FB">
            <w:rPr>
              <w:rFonts w:ascii="Times New Roman" w:hAnsi="Times New Roman"/>
              <w:sz w:val="24"/>
              <w:szCs w:val="24"/>
            </w:rPr>
            <w:t>. Cankat ÖZLÜ</w:t>
          </w:r>
        </w:p>
        <w:p w14:paraId="18621D35" w14:textId="77777777" w:rsidR="007149FB" w:rsidRPr="007149FB" w:rsidRDefault="007149FB" w:rsidP="007149FB">
          <w:pPr>
            <w:jc w:val="center"/>
            <w:rPr>
              <w:rFonts w:ascii="Times New Roman" w:hAnsi="Times New Roman"/>
              <w:sz w:val="24"/>
              <w:szCs w:val="24"/>
            </w:rPr>
          </w:pPr>
        </w:p>
      </w:tc>
    </w:tr>
  </w:tbl>
  <w:p w14:paraId="1FEC4411" w14:textId="77777777" w:rsidR="007149FB" w:rsidRDefault="007149F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0FED" w14:textId="77777777" w:rsidR="007149FB" w:rsidRDefault="007149F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23F3D" w14:textId="77777777" w:rsidR="00A40D52" w:rsidRDefault="00A40D52" w:rsidP="007149FB">
      <w:pPr>
        <w:spacing w:after="0" w:line="240" w:lineRule="auto"/>
      </w:pPr>
      <w:r>
        <w:separator/>
      </w:r>
    </w:p>
  </w:footnote>
  <w:footnote w:type="continuationSeparator" w:id="0">
    <w:p w14:paraId="3D388D9C" w14:textId="77777777" w:rsidR="00A40D52" w:rsidRDefault="00A40D52" w:rsidP="00714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6F54" w14:textId="77777777" w:rsidR="007149FB" w:rsidRDefault="007149F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50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8352"/>
      <w:gridCol w:w="1870"/>
      <w:gridCol w:w="1438"/>
    </w:tblGrid>
    <w:tr w:rsidR="007149FB" w:rsidRPr="007149FB" w14:paraId="59E3D86E" w14:textId="77777777" w:rsidTr="0005219D">
      <w:trPr>
        <w:trHeight w:val="276"/>
      </w:trPr>
      <w:tc>
        <w:tcPr>
          <w:tcW w:w="598" w:type="pct"/>
          <w:vMerge w:val="restart"/>
          <w:tcBorders>
            <w:top w:val="single" w:sz="4" w:space="0" w:color="auto"/>
            <w:left w:val="single" w:sz="4" w:space="0" w:color="auto"/>
            <w:bottom w:val="single" w:sz="4" w:space="0" w:color="auto"/>
            <w:right w:val="single" w:sz="4" w:space="0" w:color="auto"/>
          </w:tcBorders>
          <w:vAlign w:val="center"/>
          <w:hideMark/>
        </w:tcPr>
        <w:p w14:paraId="7C5F2365" w14:textId="77777777" w:rsidR="007149FB" w:rsidRPr="007149FB" w:rsidRDefault="007149FB" w:rsidP="007149FB">
          <w:pPr>
            <w:rPr>
              <w:rFonts w:cs="Arial"/>
              <w:sz w:val="18"/>
            </w:rPr>
          </w:pPr>
          <w:r w:rsidRPr="007149FB">
            <w:rPr>
              <w:rFonts w:cs="Arial"/>
              <w:noProof/>
              <w:sz w:val="18"/>
              <w:lang w:eastAsia="tr-TR"/>
            </w:rPr>
            <w:drawing>
              <wp:inline distT="0" distB="0" distL="0" distR="0" wp14:anchorId="72580B65" wp14:editId="36BA062C">
                <wp:extent cx="739140" cy="1059180"/>
                <wp:effectExtent l="0" t="0" r="3810" b="7620"/>
                <wp:docPr id="1824646940" name="Resim 1" descr="logo, yazı tipi, simge, sembol, metin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 yazı tipi, simge, sembol, metin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p>
      </w:tc>
      <w:tc>
        <w:tcPr>
          <w:tcW w:w="3152" w:type="pct"/>
          <w:vMerge w:val="restart"/>
          <w:tcBorders>
            <w:top w:val="single" w:sz="4" w:space="0" w:color="auto"/>
            <w:left w:val="single" w:sz="4" w:space="0" w:color="auto"/>
            <w:bottom w:val="single" w:sz="4" w:space="0" w:color="auto"/>
            <w:right w:val="single" w:sz="4" w:space="0" w:color="auto"/>
          </w:tcBorders>
          <w:vAlign w:val="center"/>
        </w:tcPr>
        <w:p w14:paraId="68DDD3D3" w14:textId="7A21E670" w:rsidR="007149FB" w:rsidRPr="007149FB" w:rsidRDefault="007149FB" w:rsidP="007149FB">
          <w:pPr>
            <w:jc w:val="center"/>
            <w:rPr>
              <w:rFonts w:ascii="Times New Roman" w:hAnsi="Times New Roman"/>
              <w:b/>
              <w:iCs/>
              <w:sz w:val="28"/>
              <w:szCs w:val="28"/>
            </w:rPr>
          </w:pPr>
          <w:r w:rsidRPr="007149FB">
            <w:rPr>
              <w:b/>
              <w:sz w:val="28"/>
            </w:rPr>
            <w:br/>
          </w:r>
          <w:r>
            <w:rPr>
              <w:b/>
              <w:sz w:val="30"/>
            </w:rPr>
            <w:t>TELAFİ EDİCİ KONTROL İZLEME FORMU</w:t>
          </w:r>
        </w:p>
      </w:tc>
      <w:tc>
        <w:tcPr>
          <w:tcW w:w="706" w:type="pct"/>
          <w:tcBorders>
            <w:top w:val="single" w:sz="4" w:space="0" w:color="auto"/>
            <w:left w:val="single" w:sz="4" w:space="0" w:color="auto"/>
            <w:bottom w:val="single" w:sz="4" w:space="0" w:color="auto"/>
            <w:right w:val="single" w:sz="4" w:space="0" w:color="auto"/>
          </w:tcBorders>
          <w:vAlign w:val="center"/>
          <w:hideMark/>
        </w:tcPr>
        <w:p w14:paraId="2114227E" w14:textId="77777777" w:rsidR="007149FB" w:rsidRPr="007149FB" w:rsidRDefault="007149FB" w:rsidP="007149FB">
          <w:pPr>
            <w:rPr>
              <w:rFonts w:cs="Arial"/>
              <w:sz w:val="18"/>
            </w:rPr>
          </w:pPr>
          <w:proofErr w:type="spellStart"/>
          <w:r w:rsidRPr="007149FB">
            <w:rPr>
              <w:rFonts w:cs="Arial"/>
              <w:sz w:val="18"/>
            </w:rPr>
            <w:t>Doküman</w:t>
          </w:r>
          <w:proofErr w:type="spellEnd"/>
          <w:r w:rsidRPr="007149FB">
            <w:rPr>
              <w:rFonts w:cs="Arial"/>
              <w:sz w:val="18"/>
            </w:rPr>
            <w:t xml:space="preserve"> No</w:t>
          </w:r>
        </w:p>
      </w:tc>
      <w:tc>
        <w:tcPr>
          <w:tcW w:w="543" w:type="pct"/>
          <w:tcBorders>
            <w:top w:val="single" w:sz="4" w:space="0" w:color="auto"/>
            <w:left w:val="single" w:sz="4" w:space="0" w:color="auto"/>
            <w:bottom w:val="single" w:sz="4" w:space="0" w:color="auto"/>
            <w:right w:val="single" w:sz="4" w:space="0" w:color="auto"/>
          </w:tcBorders>
          <w:vAlign w:val="center"/>
          <w:hideMark/>
        </w:tcPr>
        <w:p w14:paraId="1C7BF146" w14:textId="2E5CB191" w:rsidR="007149FB" w:rsidRPr="007149FB" w:rsidRDefault="007149FB" w:rsidP="007149FB">
          <w:pPr>
            <w:rPr>
              <w:rFonts w:cs="Arial"/>
              <w:b/>
              <w:sz w:val="18"/>
            </w:rPr>
          </w:pPr>
          <w:r w:rsidRPr="007149FB">
            <w:rPr>
              <w:rFonts w:cs="Arial"/>
              <w:b/>
              <w:sz w:val="18"/>
            </w:rPr>
            <w:t>FR-KBK-0</w:t>
          </w:r>
          <w:r w:rsidR="00C33C22">
            <w:rPr>
              <w:rFonts w:cs="Arial"/>
              <w:b/>
              <w:sz w:val="18"/>
            </w:rPr>
            <w:t>155</w:t>
          </w:r>
        </w:p>
      </w:tc>
    </w:tr>
    <w:tr w:rsidR="007149FB" w:rsidRPr="007149FB" w14:paraId="6DC1A9BD" w14:textId="77777777" w:rsidTr="0005219D">
      <w:trPr>
        <w:trHeight w:val="3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F2D12D" w14:textId="77777777" w:rsidR="007149FB" w:rsidRPr="007149FB" w:rsidRDefault="007149FB" w:rsidP="007149FB">
          <w:pPr>
            <w:spacing w:after="0"/>
            <w:rPr>
              <w:rFonts w:cs="Arial"/>
              <w:sz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4F5D53" w14:textId="77777777" w:rsidR="007149FB" w:rsidRPr="007149FB" w:rsidRDefault="007149FB" w:rsidP="007149FB">
          <w:pPr>
            <w:spacing w:after="0"/>
            <w:rPr>
              <w:rFonts w:ascii="Times New Roman" w:hAnsi="Times New Roman"/>
              <w:b/>
              <w:iCs/>
              <w:sz w:val="28"/>
              <w:szCs w:val="28"/>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79BC18E8" w14:textId="77777777" w:rsidR="007149FB" w:rsidRPr="007149FB" w:rsidRDefault="007149FB" w:rsidP="007149FB">
          <w:pPr>
            <w:rPr>
              <w:rFonts w:cs="Arial"/>
              <w:sz w:val="18"/>
            </w:rPr>
          </w:pPr>
          <w:r w:rsidRPr="007149FB">
            <w:rPr>
              <w:rFonts w:cs="Arial"/>
              <w:sz w:val="18"/>
            </w:rPr>
            <w:t xml:space="preserve">İlk </w:t>
          </w:r>
          <w:proofErr w:type="spellStart"/>
          <w:r w:rsidRPr="007149FB">
            <w:rPr>
              <w:rFonts w:cs="Arial"/>
              <w:sz w:val="18"/>
            </w:rPr>
            <w:t>Yayın</w:t>
          </w:r>
          <w:proofErr w:type="spellEnd"/>
          <w:r w:rsidRPr="007149FB">
            <w:rPr>
              <w:rFonts w:cs="Arial"/>
              <w:sz w:val="18"/>
            </w:rPr>
            <w:t xml:space="preserve"> </w:t>
          </w:r>
          <w:proofErr w:type="spellStart"/>
          <w:r w:rsidRPr="007149FB">
            <w:rPr>
              <w:rFonts w:cs="Arial"/>
              <w:sz w:val="18"/>
            </w:rPr>
            <w:t>Tarihi</w:t>
          </w:r>
          <w:proofErr w:type="spellEnd"/>
        </w:p>
      </w:tc>
      <w:tc>
        <w:tcPr>
          <w:tcW w:w="543" w:type="pct"/>
          <w:tcBorders>
            <w:top w:val="single" w:sz="4" w:space="0" w:color="auto"/>
            <w:left w:val="single" w:sz="4" w:space="0" w:color="auto"/>
            <w:bottom w:val="single" w:sz="4" w:space="0" w:color="auto"/>
            <w:right w:val="single" w:sz="4" w:space="0" w:color="auto"/>
          </w:tcBorders>
          <w:vAlign w:val="center"/>
          <w:hideMark/>
        </w:tcPr>
        <w:p w14:paraId="401481BB" w14:textId="77777777" w:rsidR="007149FB" w:rsidRPr="007149FB" w:rsidRDefault="007149FB" w:rsidP="007149FB">
          <w:pPr>
            <w:rPr>
              <w:rFonts w:cs="Arial"/>
              <w:b/>
              <w:sz w:val="18"/>
            </w:rPr>
          </w:pPr>
          <w:r w:rsidRPr="007149FB">
            <w:rPr>
              <w:rFonts w:cs="Arial"/>
              <w:b/>
              <w:sz w:val="18"/>
            </w:rPr>
            <w:t>02.12.2025</w:t>
          </w:r>
        </w:p>
      </w:tc>
    </w:tr>
    <w:tr w:rsidR="007149FB" w:rsidRPr="007149FB" w14:paraId="7F76BE25" w14:textId="77777777" w:rsidTr="0005219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99AA73" w14:textId="77777777" w:rsidR="007149FB" w:rsidRPr="007149FB" w:rsidRDefault="007149FB" w:rsidP="007149FB">
          <w:pPr>
            <w:spacing w:after="0"/>
            <w:rPr>
              <w:rFonts w:cs="Arial"/>
              <w:sz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2CE21B" w14:textId="77777777" w:rsidR="007149FB" w:rsidRPr="007149FB" w:rsidRDefault="007149FB" w:rsidP="007149FB">
          <w:pPr>
            <w:spacing w:after="0"/>
            <w:rPr>
              <w:rFonts w:ascii="Times New Roman" w:hAnsi="Times New Roman"/>
              <w:b/>
              <w:iCs/>
              <w:sz w:val="28"/>
              <w:szCs w:val="28"/>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6FEB07F6" w14:textId="77777777" w:rsidR="007149FB" w:rsidRPr="007149FB" w:rsidRDefault="007149FB" w:rsidP="007149FB">
          <w:pPr>
            <w:rPr>
              <w:rFonts w:cs="Arial"/>
              <w:sz w:val="18"/>
            </w:rPr>
          </w:pPr>
          <w:proofErr w:type="spellStart"/>
          <w:r w:rsidRPr="007149FB">
            <w:rPr>
              <w:rFonts w:cs="Arial"/>
              <w:sz w:val="18"/>
            </w:rPr>
            <w:t>Revizyon</w:t>
          </w:r>
          <w:proofErr w:type="spellEnd"/>
          <w:r w:rsidRPr="007149FB">
            <w:rPr>
              <w:rFonts w:cs="Arial"/>
              <w:sz w:val="18"/>
            </w:rPr>
            <w:t xml:space="preserve"> </w:t>
          </w:r>
          <w:proofErr w:type="spellStart"/>
          <w:r w:rsidRPr="007149FB">
            <w:rPr>
              <w:rFonts w:cs="Arial"/>
              <w:sz w:val="18"/>
            </w:rPr>
            <w:t>Tarihi</w:t>
          </w:r>
          <w:proofErr w:type="spellEnd"/>
        </w:p>
      </w:tc>
      <w:tc>
        <w:tcPr>
          <w:tcW w:w="543" w:type="pct"/>
          <w:tcBorders>
            <w:top w:val="single" w:sz="4" w:space="0" w:color="auto"/>
            <w:left w:val="single" w:sz="4" w:space="0" w:color="auto"/>
            <w:bottom w:val="single" w:sz="4" w:space="0" w:color="auto"/>
            <w:right w:val="single" w:sz="4" w:space="0" w:color="auto"/>
          </w:tcBorders>
          <w:vAlign w:val="center"/>
        </w:tcPr>
        <w:p w14:paraId="269D66A0" w14:textId="77777777" w:rsidR="007149FB" w:rsidRPr="007149FB" w:rsidRDefault="007149FB" w:rsidP="007149FB">
          <w:pPr>
            <w:rPr>
              <w:rFonts w:cs="Arial"/>
              <w:b/>
              <w:sz w:val="18"/>
            </w:rPr>
          </w:pPr>
        </w:p>
      </w:tc>
    </w:tr>
    <w:tr w:rsidR="007149FB" w:rsidRPr="007149FB" w14:paraId="4A4D9D65" w14:textId="77777777" w:rsidTr="0005219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699039" w14:textId="77777777" w:rsidR="007149FB" w:rsidRPr="007149FB" w:rsidRDefault="007149FB" w:rsidP="007149FB">
          <w:pPr>
            <w:spacing w:after="0"/>
            <w:rPr>
              <w:rFonts w:cs="Arial"/>
              <w:sz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CE9B12" w14:textId="77777777" w:rsidR="007149FB" w:rsidRPr="007149FB" w:rsidRDefault="007149FB" w:rsidP="007149FB">
          <w:pPr>
            <w:spacing w:after="0"/>
            <w:rPr>
              <w:rFonts w:ascii="Times New Roman" w:hAnsi="Times New Roman"/>
              <w:b/>
              <w:iCs/>
              <w:sz w:val="28"/>
              <w:szCs w:val="28"/>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5E1FDC80" w14:textId="77777777" w:rsidR="007149FB" w:rsidRPr="007149FB" w:rsidRDefault="007149FB" w:rsidP="007149FB">
          <w:pPr>
            <w:rPr>
              <w:rFonts w:cs="Arial"/>
              <w:sz w:val="18"/>
            </w:rPr>
          </w:pPr>
          <w:proofErr w:type="spellStart"/>
          <w:r w:rsidRPr="007149FB">
            <w:rPr>
              <w:rFonts w:cs="Arial"/>
              <w:sz w:val="18"/>
            </w:rPr>
            <w:t>Revizyon</w:t>
          </w:r>
          <w:proofErr w:type="spellEnd"/>
          <w:r w:rsidRPr="007149FB">
            <w:rPr>
              <w:rFonts w:cs="Arial"/>
              <w:sz w:val="18"/>
            </w:rPr>
            <w:t xml:space="preserve"> No</w:t>
          </w:r>
        </w:p>
      </w:tc>
      <w:tc>
        <w:tcPr>
          <w:tcW w:w="543" w:type="pct"/>
          <w:tcBorders>
            <w:top w:val="single" w:sz="4" w:space="0" w:color="auto"/>
            <w:left w:val="single" w:sz="4" w:space="0" w:color="auto"/>
            <w:bottom w:val="single" w:sz="4" w:space="0" w:color="auto"/>
            <w:right w:val="single" w:sz="4" w:space="0" w:color="auto"/>
          </w:tcBorders>
          <w:vAlign w:val="center"/>
        </w:tcPr>
        <w:p w14:paraId="075B07F9" w14:textId="77777777" w:rsidR="007149FB" w:rsidRPr="007149FB" w:rsidRDefault="007149FB" w:rsidP="007149FB">
          <w:pPr>
            <w:rPr>
              <w:rFonts w:cs="Arial"/>
              <w:b/>
              <w:sz w:val="18"/>
            </w:rPr>
          </w:pPr>
        </w:p>
      </w:tc>
    </w:tr>
    <w:tr w:rsidR="007149FB" w:rsidRPr="007149FB" w14:paraId="06AB3D37" w14:textId="77777777" w:rsidTr="0005219D">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BFF8A" w14:textId="77777777" w:rsidR="007149FB" w:rsidRPr="007149FB" w:rsidRDefault="007149FB" w:rsidP="007149FB">
          <w:pPr>
            <w:spacing w:after="0"/>
            <w:rPr>
              <w:rFonts w:cs="Arial"/>
              <w:sz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A70E6C" w14:textId="77777777" w:rsidR="007149FB" w:rsidRPr="007149FB" w:rsidRDefault="007149FB" w:rsidP="007149FB">
          <w:pPr>
            <w:spacing w:after="0"/>
            <w:rPr>
              <w:rFonts w:ascii="Times New Roman" w:hAnsi="Times New Roman"/>
              <w:b/>
              <w:iCs/>
              <w:sz w:val="28"/>
              <w:szCs w:val="28"/>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60E13566" w14:textId="77777777" w:rsidR="007149FB" w:rsidRPr="007149FB" w:rsidRDefault="007149FB" w:rsidP="007149FB">
          <w:pPr>
            <w:rPr>
              <w:rFonts w:cs="Arial"/>
              <w:sz w:val="18"/>
            </w:rPr>
          </w:pPr>
          <w:proofErr w:type="spellStart"/>
          <w:r w:rsidRPr="007149FB">
            <w:rPr>
              <w:rFonts w:cs="Arial"/>
              <w:sz w:val="18"/>
            </w:rPr>
            <w:t>Sayfa</w:t>
          </w:r>
          <w:proofErr w:type="spellEnd"/>
        </w:p>
      </w:tc>
      <w:tc>
        <w:tcPr>
          <w:tcW w:w="543" w:type="pct"/>
          <w:tcBorders>
            <w:top w:val="single" w:sz="4" w:space="0" w:color="auto"/>
            <w:left w:val="single" w:sz="4" w:space="0" w:color="auto"/>
            <w:bottom w:val="single" w:sz="4" w:space="0" w:color="auto"/>
            <w:right w:val="single" w:sz="4" w:space="0" w:color="auto"/>
          </w:tcBorders>
          <w:vAlign w:val="center"/>
          <w:hideMark/>
        </w:tcPr>
        <w:p w14:paraId="3ACA8709" w14:textId="77777777" w:rsidR="007149FB" w:rsidRPr="007149FB" w:rsidRDefault="007149FB" w:rsidP="007149FB">
          <w:pPr>
            <w:rPr>
              <w:rFonts w:cs="Arial"/>
              <w:b/>
              <w:sz w:val="18"/>
            </w:rPr>
          </w:pPr>
          <w:r w:rsidRPr="007149FB">
            <w:rPr>
              <w:rFonts w:cs="Arial"/>
              <w:b/>
              <w:noProof/>
              <w:sz w:val="18"/>
            </w:rPr>
            <w:t>1</w:t>
          </w:r>
          <w:r w:rsidRPr="007149FB">
            <w:rPr>
              <w:rFonts w:cs="Arial"/>
              <w:b/>
              <w:sz w:val="18"/>
            </w:rPr>
            <w:t>/</w:t>
          </w:r>
          <w:r w:rsidRPr="007149FB">
            <w:rPr>
              <w:rFonts w:cs="Arial"/>
              <w:b/>
              <w:noProof/>
              <w:sz w:val="18"/>
            </w:rPr>
            <w:t>1</w:t>
          </w:r>
        </w:p>
      </w:tc>
    </w:tr>
  </w:tbl>
  <w:p w14:paraId="66A5A026" w14:textId="77777777" w:rsidR="007149FB" w:rsidRDefault="007149F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3A5A" w14:textId="77777777" w:rsidR="007149FB" w:rsidRDefault="007149F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036660666">
    <w:abstractNumId w:val="8"/>
  </w:num>
  <w:num w:numId="2" w16cid:durableId="1906605416">
    <w:abstractNumId w:val="6"/>
  </w:num>
  <w:num w:numId="3" w16cid:durableId="259222080">
    <w:abstractNumId w:val="5"/>
  </w:num>
  <w:num w:numId="4" w16cid:durableId="653140367">
    <w:abstractNumId w:val="4"/>
  </w:num>
  <w:num w:numId="5" w16cid:durableId="155145597">
    <w:abstractNumId w:val="7"/>
  </w:num>
  <w:num w:numId="6" w16cid:durableId="169099160">
    <w:abstractNumId w:val="3"/>
  </w:num>
  <w:num w:numId="7" w16cid:durableId="1710107628">
    <w:abstractNumId w:val="2"/>
  </w:num>
  <w:num w:numId="8" w16cid:durableId="759251602">
    <w:abstractNumId w:val="1"/>
  </w:num>
  <w:num w:numId="9" w16cid:durableId="2020309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2FB3"/>
    <w:rsid w:val="0015074B"/>
    <w:rsid w:val="001D126C"/>
    <w:rsid w:val="0029639D"/>
    <w:rsid w:val="00326F90"/>
    <w:rsid w:val="00516BD0"/>
    <w:rsid w:val="00583621"/>
    <w:rsid w:val="007149FB"/>
    <w:rsid w:val="007C38A4"/>
    <w:rsid w:val="00A40D52"/>
    <w:rsid w:val="00AA1D8D"/>
    <w:rsid w:val="00B47730"/>
    <w:rsid w:val="00C33C22"/>
    <w:rsid w:val="00C90624"/>
    <w:rsid w:val="00CB0664"/>
    <w:rsid w:val="00E80E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66714D"/>
  <w14:defaultImageDpi w14:val="300"/>
  <w15:docId w15:val="{4F0B894D-E937-40E8-ADB1-A406913B7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Selin Tozoglu</cp:lastModifiedBy>
  <cp:revision>4</cp:revision>
  <dcterms:created xsi:type="dcterms:W3CDTF">2013-12-23T23:15:00Z</dcterms:created>
  <dcterms:modified xsi:type="dcterms:W3CDTF">2026-08-07T14:08:00Z</dcterms:modified>
  <cp:category/>
</cp:coreProperties>
</file>