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E12871" w14:textId="1C0ADD3E" w:rsidR="001D4A35" w:rsidRDefault="00000000">
      <w:pPr>
        <w:jc w:val="center"/>
      </w:pPr>
      <w:r>
        <w:rPr>
          <w:i/>
        </w:rPr>
        <w:t>Bilgi ve İletişim Standartları – BİSE 13.4.1</w:t>
      </w:r>
    </w:p>
    <w:p w14:paraId="7BD96A4A" w14:textId="77777777" w:rsidR="001D4A35" w:rsidRDefault="00000000">
      <w:r>
        <w:rPr>
          <w:b/>
        </w:rPr>
        <w:t xml:space="preserve">Amaç: </w:t>
      </w:r>
      <w:r>
        <w:t>Yöneticilerin bütçe, kaynak kullanımı ve kurumsal faaliyetlere ilişkin karar alma ve izleme süreçlerinde ihtiyaç duyduğu bilgi ve raporların belirlenmesi; mevcut bilgi sistemlerinin bu bilgileri zamanında, doğru ve bütüncül biçimde sunma kapasitesinin değerlendirilmesi ve geliştirme ihtiyaçlarının kayıt altına alınmasıdır.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338"/>
        <w:gridCol w:w="2338"/>
        <w:gridCol w:w="2338"/>
        <w:gridCol w:w="2338"/>
        <w:gridCol w:w="2338"/>
        <w:gridCol w:w="2338"/>
      </w:tblGrid>
      <w:tr w:rsidR="001D4A35" w14:paraId="2D0BEC55" w14:textId="77777777">
        <w:tc>
          <w:tcPr>
            <w:tcW w:w="2338" w:type="dxa"/>
            <w:shd w:val="clear" w:color="auto" w:fill="D9EAF7"/>
          </w:tcPr>
          <w:p w14:paraId="5ECF80CF" w14:textId="77777777" w:rsidR="001D4A35" w:rsidRDefault="00000000">
            <w:r>
              <w:rPr>
                <w:b/>
                <w:sz w:val="16"/>
              </w:rPr>
              <w:t>Değerlendirilen Birim / Yönetim Düzeyi</w:t>
            </w:r>
          </w:p>
        </w:tc>
        <w:tc>
          <w:tcPr>
            <w:tcW w:w="2338" w:type="dxa"/>
          </w:tcPr>
          <w:p w14:paraId="598D5CA4" w14:textId="77777777" w:rsidR="001D4A35" w:rsidRDefault="001D4A35"/>
        </w:tc>
        <w:tc>
          <w:tcPr>
            <w:tcW w:w="2338" w:type="dxa"/>
            <w:shd w:val="clear" w:color="auto" w:fill="D9EAF7"/>
          </w:tcPr>
          <w:p w14:paraId="1F27D872" w14:textId="77777777" w:rsidR="001D4A35" w:rsidRDefault="00000000">
            <w:r>
              <w:rPr>
                <w:b/>
                <w:sz w:val="16"/>
              </w:rPr>
              <w:t>Değerlendirme Yılı</w:t>
            </w:r>
          </w:p>
        </w:tc>
        <w:tc>
          <w:tcPr>
            <w:tcW w:w="2338" w:type="dxa"/>
          </w:tcPr>
          <w:p w14:paraId="56A75139" w14:textId="77777777" w:rsidR="001D4A35" w:rsidRDefault="001D4A35"/>
        </w:tc>
        <w:tc>
          <w:tcPr>
            <w:tcW w:w="2338" w:type="dxa"/>
            <w:shd w:val="clear" w:color="auto" w:fill="D9EAF7"/>
          </w:tcPr>
          <w:p w14:paraId="6BE3E04E" w14:textId="77777777" w:rsidR="001D4A35" w:rsidRDefault="00000000">
            <w:r>
              <w:rPr>
                <w:b/>
                <w:sz w:val="16"/>
              </w:rPr>
              <w:t>Form Tarihi</w:t>
            </w:r>
          </w:p>
        </w:tc>
        <w:tc>
          <w:tcPr>
            <w:tcW w:w="2338" w:type="dxa"/>
          </w:tcPr>
          <w:p w14:paraId="2021000E" w14:textId="77777777" w:rsidR="001D4A35" w:rsidRDefault="001D4A35"/>
        </w:tc>
      </w:tr>
      <w:tr w:rsidR="001D4A35" w14:paraId="5A048C5B" w14:textId="77777777">
        <w:tc>
          <w:tcPr>
            <w:tcW w:w="2338" w:type="dxa"/>
            <w:shd w:val="clear" w:color="auto" w:fill="D9EAF7"/>
          </w:tcPr>
          <w:p w14:paraId="3D764B27" w14:textId="77777777" w:rsidR="001D4A35" w:rsidRDefault="00000000">
            <w:r>
              <w:rPr>
                <w:b/>
                <w:sz w:val="16"/>
              </w:rPr>
              <w:t>Değerlendirmeyi Yapan</w:t>
            </w:r>
          </w:p>
        </w:tc>
        <w:tc>
          <w:tcPr>
            <w:tcW w:w="2338" w:type="dxa"/>
          </w:tcPr>
          <w:p w14:paraId="7E2DDB93" w14:textId="77777777" w:rsidR="001D4A35" w:rsidRDefault="001D4A35"/>
        </w:tc>
        <w:tc>
          <w:tcPr>
            <w:tcW w:w="2338" w:type="dxa"/>
            <w:shd w:val="clear" w:color="auto" w:fill="D9EAF7"/>
          </w:tcPr>
          <w:p w14:paraId="404D9063" w14:textId="77777777" w:rsidR="001D4A35" w:rsidRDefault="00000000">
            <w:r>
              <w:rPr>
                <w:b/>
                <w:sz w:val="16"/>
              </w:rPr>
              <w:t>Görevi / Unvanı</w:t>
            </w:r>
          </w:p>
        </w:tc>
        <w:tc>
          <w:tcPr>
            <w:tcW w:w="2338" w:type="dxa"/>
          </w:tcPr>
          <w:p w14:paraId="7AA8F4B6" w14:textId="77777777" w:rsidR="001D4A35" w:rsidRDefault="001D4A35"/>
        </w:tc>
        <w:tc>
          <w:tcPr>
            <w:tcW w:w="2338" w:type="dxa"/>
            <w:shd w:val="clear" w:color="auto" w:fill="D9EAF7"/>
          </w:tcPr>
          <w:p w14:paraId="3EC0E6A6" w14:textId="77777777" w:rsidR="001D4A35" w:rsidRDefault="00000000">
            <w:r>
              <w:rPr>
                <w:b/>
                <w:sz w:val="16"/>
              </w:rPr>
              <w:t>İlgili Sistem Sorumlusu</w:t>
            </w:r>
          </w:p>
        </w:tc>
        <w:tc>
          <w:tcPr>
            <w:tcW w:w="2338" w:type="dxa"/>
          </w:tcPr>
          <w:p w14:paraId="095D43F4" w14:textId="77777777" w:rsidR="001D4A35" w:rsidRDefault="001D4A35"/>
        </w:tc>
      </w:tr>
    </w:tbl>
    <w:p w14:paraId="7B89590B" w14:textId="77777777" w:rsidR="001D4A35" w:rsidRDefault="001D4A35"/>
    <w:p w14:paraId="5F2A00F7" w14:textId="77777777" w:rsidR="001D4A35" w:rsidRDefault="00000000">
      <w:r>
        <w:rPr>
          <w:b/>
          <w:sz w:val="20"/>
        </w:rPr>
        <w:t>A. Yönetim Bilgi İhtiyacı Değerlendirmesi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403"/>
        <w:gridCol w:w="1403"/>
        <w:gridCol w:w="1403"/>
        <w:gridCol w:w="1403"/>
        <w:gridCol w:w="1403"/>
        <w:gridCol w:w="1403"/>
        <w:gridCol w:w="1403"/>
        <w:gridCol w:w="1403"/>
        <w:gridCol w:w="1403"/>
        <w:gridCol w:w="1403"/>
      </w:tblGrid>
      <w:tr w:rsidR="001D4A35" w14:paraId="5F47FCE4" w14:textId="77777777">
        <w:trPr>
          <w:tblHeader/>
          <w:jc w:val="center"/>
        </w:trPr>
        <w:tc>
          <w:tcPr>
            <w:tcW w:w="1403" w:type="dxa"/>
            <w:shd w:val="clear" w:color="auto" w:fill="D9EAF7"/>
            <w:vAlign w:val="center"/>
          </w:tcPr>
          <w:p w14:paraId="6973FB3D" w14:textId="77777777" w:rsidR="001D4A35" w:rsidRDefault="00000000">
            <w:r>
              <w:rPr>
                <w:b/>
                <w:sz w:val="14"/>
              </w:rPr>
              <w:t>Sıra</w:t>
            </w:r>
          </w:p>
        </w:tc>
        <w:tc>
          <w:tcPr>
            <w:tcW w:w="1403" w:type="dxa"/>
            <w:shd w:val="clear" w:color="auto" w:fill="D9EAF7"/>
            <w:vAlign w:val="center"/>
          </w:tcPr>
          <w:p w14:paraId="217A4880" w14:textId="77777777" w:rsidR="001D4A35" w:rsidRDefault="00000000">
            <w:r>
              <w:rPr>
                <w:b/>
                <w:sz w:val="14"/>
              </w:rPr>
              <w:t>Bilgi / Rapor İhtiyacı</w:t>
            </w:r>
          </w:p>
        </w:tc>
        <w:tc>
          <w:tcPr>
            <w:tcW w:w="1403" w:type="dxa"/>
            <w:shd w:val="clear" w:color="auto" w:fill="D9EAF7"/>
            <w:vAlign w:val="center"/>
          </w:tcPr>
          <w:p w14:paraId="6B3C1B35" w14:textId="77777777" w:rsidR="001D4A35" w:rsidRDefault="00000000">
            <w:r>
              <w:rPr>
                <w:b/>
                <w:sz w:val="14"/>
              </w:rPr>
              <w:t>Kullanım Amacı / Karar Süreci</w:t>
            </w:r>
          </w:p>
        </w:tc>
        <w:tc>
          <w:tcPr>
            <w:tcW w:w="1403" w:type="dxa"/>
            <w:shd w:val="clear" w:color="auto" w:fill="D9EAF7"/>
            <w:vAlign w:val="center"/>
          </w:tcPr>
          <w:p w14:paraId="7BECAFBE" w14:textId="77777777" w:rsidR="001D4A35" w:rsidRDefault="00000000">
            <w:r>
              <w:rPr>
                <w:b/>
                <w:sz w:val="14"/>
              </w:rPr>
              <w:t>İhtiyaç Duyan Yönetim Düzeyi</w:t>
            </w:r>
          </w:p>
        </w:tc>
        <w:tc>
          <w:tcPr>
            <w:tcW w:w="1403" w:type="dxa"/>
            <w:shd w:val="clear" w:color="auto" w:fill="D9EAF7"/>
            <w:vAlign w:val="center"/>
          </w:tcPr>
          <w:p w14:paraId="421F1704" w14:textId="77777777" w:rsidR="001D4A35" w:rsidRDefault="00000000">
            <w:r>
              <w:rPr>
                <w:b/>
                <w:sz w:val="14"/>
              </w:rPr>
              <w:t>İstenen Periyot / Zamanlama</w:t>
            </w:r>
          </w:p>
        </w:tc>
        <w:tc>
          <w:tcPr>
            <w:tcW w:w="1403" w:type="dxa"/>
            <w:shd w:val="clear" w:color="auto" w:fill="D9EAF7"/>
            <w:vAlign w:val="center"/>
          </w:tcPr>
          <w:p w14:paraId="3DC2CC32" w14:textId="77777777" w:rsidR="001D4A35" w:rsidRDefault="00000000">
            <w:r>
              <w:rPr>
                <w:b/>
                <w:sz w:val="14"/>
              </w:rPr>
              <w:t>Mevcut Kaynak / Sistem</w:t>
            </w:r>
          </w:p>
        </w:tc>
        <w:tc>
          <w:tcPr>
            <w:tcW w:w="1403" w:type="dxa"/>
            <w:shd w:val="clear" w:color="auto" w:fill="D9EAF7"/>
            <w:vAlign w:val="center"/>
          </w:tcPr>
          <w:p w14:paraId="75206889" w14:textId="77777777" w:rsidR="001D4A35" w:rsidRDefault="00000000">
            <w:r>
              <w:rPr>
                <w:b/>
                <w:sz w:val="14"/>
              </w:rPr>
              <w:t>Bilgi Mevcut mu?</w:t>
            </w:r>
          </w:p>
        </w:tc>
        <w:tc>
          <w:tcPr>
            <w:tcW w:w="1403" w:type="dxa"/>
            <w:shd w:val="clear" w:color="auto" w:fill="D9EAF7"/>
            <w:vAlign w:val="center"/>
          </w:tcPr>
          <w:p w14:paraId="77574FD2" w14:textId="77777777" w:rsidR="001D4A35" w:rsidRDefault="00000000">
            <w:r>
              <w:rPr>
                <w:b/>
                <w:sz w:val="14"/>
              </w:rPr>
              <w:t>Zamanında Sunuluyor mu?</w:t>
            </w:r>
          </w:p>
        </w:tc>
        <w:tc>
          <w:tcPr>
            <w:tcW w:w="1403" w:type="dxa"/>
            <w:shd w:val="clear" w:color="auto" w:fill="D9EAF7"/>
            <w:vAlign w:val="center"/>
          </w:tcPr>
          <w:p w14:paraId="6B9E1576" w14:textId="77777777" w:rsidR="001D4A35" w:rsidRDefault="00000000">
            <w:r>
              <w:rPr>
                <w:b/>
                <w:sz w:val="14"/>
              </w:rPr>
              <w:t>Doğruluk / Bütünlük Değerlendirmesi</w:t>
            </w:r>
          </w:p>
        </w:tc>
        <w:tc>
          <w:tcPr>
            <w:tcW w:w="1403" w:type="dxa"/>
            <w:shd w:val="clear" w:color="auto" w:fill="D9EAF7"/>
            <w:vAlign w:val="center"/>
          </w:tcPr>
          <w:p w14:paraId="2AAA388B" w14:textId="77777777" w:rsidR="001D4A35" w:rsidRDefault="00000000">
            <w:r>
              <w:rPr>
                <w:b/>
                <w:sz w:val="14"/>
              </w:rPr>
              <w:t>Açıklama</w:t>
            </w:r>
          </w:p>
        </w:tc>
      </w:tr>
      <w:tr w:rsidR="001D4A35" w14:paraId="30756B2C" w14:textId="77777777">
        <w:trPr>
          <w:jc w:val="center"/>
        </w:trPr>
        <w:tc>
          <w:tcPr>
            <w:tcW w:w="1403" w:type="dxa"/>
            <w:vAlign w:val="center"/>
          </w:tcPr>
          <w:p w14:paraId="67BDB335" w14:textId="77777777" w:rsidR="001D4A35" w:rsidRDefault="00000000">
            <w:r>
              <w:t>1</w:t>
            </w:r>
          </w:p>
        </w:tc>
        <w:tc>
          <w:tcPr>
            <w:tcW w:w="1403" w:type="dxa"/>
            <w:vAlign w:val="center"/>
          </w:tcPr>
          <w:p w14:paraId="7390E62C" w14:textId="77777777" w:rsidR="001D4A35" w:rsidRDefault="00000000">
            <w:r>
              <w:br/>
            </w:r>
          </w:p>
        </w:tc>
        <w:tc>
          <w:tcPr>
            <w:tcW w:w="1403" w:type="dxa"/>
            <w:vAlign w:val="center"/>
          </w:tcPr>
          <w:p w14:paraId="18DB11BC" w14:textId="77777777" w:rsidR="001D4A35" w:rsidRDefault="00000000">
            <w:r>
              <w:br/>
            </w:r>
          </w:p>
        </w:tc>
        <w:tc>
          <w:tcPr>
            <w:tcW w:w="1403" w:type="dxa"/>
            <w:vAlign w:val="center"/>
          </w:tcPr>
          <w:p w14:paraId="27441491" w14:textId="77777777" w:rsidR="001D4A35" w:rsidRDefault="00000000">
            <w:r>
              <w:br/>
            </w:r>
          </w:p>
        </w:tc>
        <w:tc>
          <w:tcPr>
            <w:tcW w:w="1403" w:type="dxa"/>
            <w:vAlign w:val="center"/>
          </w:tcPr>
          <w:p w14:paraId="79D5CC26" w14:textId="77777777" w:rsidR="001D4A35" w:rsidRDefault="00000000">
            <w:r>
              <w:br/>
            </w:r>
          </w:p>
        </w:tc>
        <w:tc>
          <w:tcPr>
            <w:tcW w:w="1403" w:type="dxa"/>
            <w:vAlign w:val="center"/>
          </w:tcPr>
          <w:p w14:paraId="1A05C6F7" w14:textId="77777777" w:rsidR="001D4A35" w:rsidRDefault="00000000">
            <w:r>
              <w:br/>
            </w:r>
          </w:p>
        </w:tc>
        <w:tc>
          <w:tcPr>
            <w:tcW w:w="1403" w:type="dxa"/>
            <w:vAlign w:val="center"/>
          </w:tcPr>
          <w:p w14:paraId="6AAEC0A1" w14:textId="77777777" w:rsidR="001D4A35" w:rsidRDefault="00000000">
            <w:r>
              <w:br/>
            </w:r>
          </w:p>
        </w:tc>
        <w:tc>
          <w:tcPr>
            <w:tcW w:w="1403" w:type="dxa"/>
            <w:vAlign w:val="center"/>
          </w:tcPr>
          <w:p w14:paraId="4D20C498" w14:textId="77777777" w:rsidR="001D4A35" w:rsidRDefault="00000000">
            <w:r>
              <w:br/>
            </w:r>
          </w:p>
        </w:tc>
        <w:tc>
          <w:tcPr>
            <w:tcW w:w="1403" w:type="dxa"/>
            <w:vAlign w:val="center"/>
          </w:tcPr>
          <w:p w14:paraId="7D22C877" w14:textId="77777777" w:rsidR="001D4A35" w:rsidRDefault="00000000">
            <w:r>
              <w:br/>
            </w:r>
          </w:p>
        </w:tc>
        <w:tc>
          <w:tcPr>
            <w:tcW w:w="1403" w:type="dxa"/>
            <w:vAlign w:val="center"/>
          </w:tcPr>
          <w:p w14:paraId="3A7187D9" w14:textId="77777777" w:rsidR="001D4A35" w:rsidRDefault="00000000">
            <w:r>
              <w:br/>
            </w:r>
          </w:p>
        </w:tc>
      </w:tr>
      <w:tr w:rsidR="001D4A35" w14:paraId="1EAF17A8" w14:textId="77777777">
        <w:trPr>
          <w:jc w:val="center"/>
        </w:trPr>
        <w:tc>
          <w:tcPr>
            <w:tcW w:w="1403" w:type="dxa"/>
            <w:vAlign w:val="center"/>
          </w:tcPr>
          <w:p w14:paraId="239D3A92" w14:textId="77777777" w:rsidR="001D4A35" w:rsidRDefault="00000000">
            <w:r>
              <w:t>2</w:t>
            </w:r>
          </w:p>
        </w:tc>
        <w:tc>
          <w:tcPr>
            <w:tcW w:w="1403" w:type="dxa"/>
            <w:vAlign w:val="center"/>
          </w:tcPr>
          <w:p w14:paraId="61DCC6BB" w14:textId="77777777" w:rsidR="001D4A35" w:rsidRDefault="00000000">
            <w:r>
              <w:br/>
            </w:r>
          </w:p>
        </w:tc>
        <w:tc>
          <w:tcPr>
            <w:tcW w:w="1403" w:type="dxa"/>
            <w:vAlign w:val="center"/>
          </w:tcPr>
          <w:p w14:paraId="6DC0F003" w14:textId="77777777" w:rsidR="001D4A35" w:rsidRDefault="00000000">
            <w:r>
              <w:br/>
            </w:r>
          </w:p>
        </w:tc>
        <w:tc>
          <w:tcPr>
            <w:tcW w:w="1403" w:type="dxa"/>
            <w:vAlign w:val="center"/>
          </w:tcPr>
          <w:p w14:paraId="1DC49B81" w14:textId="77777777" w:rsidR="001D4A35" w:rsidRDefault="00000000">
            <w:r>
              <w:br/>
            </w:r>
          </w:p>
        </w:tc>
        <w:tc>
          <w:tcPr>
            <w:tcW w:w="1403" w:type="dxa"/>
            <w:vAlign w:val="center"/>
          </w:tcPr>
          <w:p w14:paraId="1A8E5372" w14:textId="77777777" w:rsidR="001D4A35" w:rsidRDefault="00000000">
            <w:r>
              <w:br/>
            </w:r>
          </w:p>
        </w:tc>
        <w:tc>
          <w:tcPr>
            <w:tcW w:w="1403" w:type="dxa"/>
            <w:vAlign w:val="center"/>
          </w:tcPr>
          <w:p w14:paraId="6123FD00" w14:textId="77777777" w:rsidR="001D4A35" w:rsidRDefault="00000000">
            <w:r>
              <w:br/>
            </w:r>
          </w:p>
        </w:tc>
        <w:tc>
          <w:tcPr>
            <w:tcW w:w="1403" w:type="dxa"/>
            <w:vAlign w:val="center"/>
          </w:tcPr>
          <w:p w14:paraId="3CADD8DE" w14:textId="77777777" w:rsidR="001D4A35" w:rsidRDefault="00000000">
            <w:r>
              <w:br/>
            </w:r>
          </w:p>
        </w:tc>
        <w:tc>
          <w:tcPr>
            <w:tcW w:w="1403" w:type="dxa"/>
            <w:vAlign w:val="center"/>
          </w:tcPr>
          <w:p w14:paraId="74659DC1" w14:textId="77777777" w:rsidR="001D4A35" w:rsidRDefault="00000000">
            <w:r>
              <w:br/>
            </w:r>
          </w:p>
        </w:tc>
        <w:tc>
          <w:tcPr>
            <w:tcW w:w="1403" w:type="dxa"/>
            <w:vAlign w:val="center"/>
          </w:tcPr>
          <w:p w14:paraId="7961DE89" w14:textId="77777777" w:rsidR="001D4A35" w:rsidRDefault="00000000">
            <w:r>
              <w:br/>
            </w:r>
          </w:p>
        </w:tc>
        <w:tc>
          <w:tcPr>
            <w:tcW w:w="1403" w:type="dxa"/>
            <w:vAlign w:val="center"/>
          </w:tcPr>
          <w:p w14:paraId="3AA31D7D" w14:textId="77777777" w:rsidR="001D4A35" w:rsidRDefault="00000000">
            <w:r>
              <w:br/>
            </w:r>
          </w:p>
        </w:tc>
      </w:tr>
      <w:tr w:rsidR="001D4A35" w14:paraId="06C16893" w14:textId="77777777">
        <w:trPr>
          <w:jc w:val="center"/>
        </w:trPr>
        <w:tc>
          <w:tcPr>
            <w:tcW w:w="1403" w:type="dxa"/>
            <w:vAlign w:val="center"/>
          </w:tcPr>
          <w:p w14:paraId="3E2B5A4E" w14:textId="77777777" w:rsidR="001D4A35" w:rsidRDefault="00000000">
            <w:r>
              <w:t>3</w:t>
            </w:r>
          </w:p>
        </w:tc>
        <w:tc>
          <w:tcPr>
            <w:tcW w:w="1403" w:type="dxa"/>
            <w:vAlign w:val="center"/>
          </w:tcPr>
          <w:p w14:paraId="203426BF" w14:textId="77777777" w:rsidR="001D4A35" w:rsidRDefault="00000000">
            <w:r>
              <w:br/>
            </w:r>
          </w:p>
        </w:tc>
        <w:tc>
          <w:tcPr>
            <w:tcW w:w="1403" w:type="dxa"/>
            <w:vAlign w:val="center"/>
          </w:tcPr>
          <w:p w14:paraId="0BBF4103" w14:textId="77777777" w:rsidR="001D4A35" w:rsidRDefault="00000000">
            <w:r>
              <w:br/>
            </w:r>
          </w:p>
        </w:tc>
        <w:tc>
          <w:tcPr>
            <w:tcW w:w="1403" w:type="dxa"/>
            <w:vAlign w:val="center"/>
          </w:tcPr>
          <w:p w14:paraId="432DB87A" w14:textId="77777777" w:rsidR="001D4A35" w:rsidRDefault="00000000">
            <w:r>
              <w:br/>
            </w:r>
          </w:p>
        </w:tc>
        <w:tc>
          <w:tcPr>
            <w:tcW w:w="1403" w:type="dxa"/>
            <w:vAlign w:val="center"/>
          </w:tcPr>
          <w:p w14:paraId="4C0AF67D" w14:textId="77777777" w:rsidR="001D4A35" w:rsidRDefault="00000000">
            <w:r>
              <w:br/>
            </w:r>
          </w:p>
        </w:tc>
        <w:tc>
          <w:tcPr>
            <w:tcW w:w="1403" w:type="dxa"/>
            <w:vAlign w:val="center"/>
          </w:tcPr>
          <w:p w14:paraId="5B9EEEE7" w14:textId="77777777" w:rsidR="001D4A35" w:rsidRDefault="00000000">
            <w:r>
              <w:br/>
            </w:r>
          </w:p>
        </w:tc>
        <w:tc>
          <w:tcPr>
            <w:tcW w:w="1403" w:type="dxa"/>
            <w:vAlign w:val="center"/>
          </w:tcPr>
          <w:p w14:paraId="7B3FF76B" w14:textId="77777777" w:rsidR="001D4A35" w:rsidRDefault="00000000">
            <w:r>
              <w:br/>
            </w:r>
          </w:p>
        </w:tc>
        <w:tc>
          <w:tcPr>
            <w:tcW w:w="1403" w:type="dxa"/>
            <w:vAlign w:val="center"/>
          </w:tcPr>
          <w:p w14:paraId="6003CC77" w14:textId="77777777" w:rsidR="001D4A35" w:rsidRDefault="00000000">
            <w:r>
              <w:br/>
            </w:r>
          </w:p>
        </w:tc>
        <w:tc>
          <w:tcPr>
            <w:tcW w:w="1403" w:type="dxa"/>
            <w:vAlign w:val="center"/>
          </w:tcPr>
          <w:p w14:paraId="0CC7D02B" w14:textId="77777777" w:rsidR="001D4A35" w:rsidRDefault="00000000">
            <w:r>
              <w:br/>
            </w:r>
          </w:p>
        </w:tc>
        <w:tc>
          <w:tcPr>
            <w:tcW w:w="1403" w:type="dxa"/>
            <w:vAlign w:val="center"/>
          </w:tcPr>
          <w:p w14:paraId="6889BA6A" w14:textId="77777777" w:rsidR="001D4A35" w:rsidRDefault="00000000">
            <w:r>
              <w:br/>
            </w:r>
          </w:p>
        </w:tc>
      </w:tr>
      <w:tr w:rsidR="001D4A35" w14:paraId="2424DE43" w14:textId="77777777">
        <w:trPr>
          <w:jc w:val="center"/>
        </w:trPr>
        <w:tc>
          <w:tcPr>
            <w:tcW w:w="1403" w:type="dxa"/>
            <w:vAlign w:val="center"/>
          </w:tcPr>
          <w:p w14:paraId="44D590BD" w14:textId="77777777" w:rsidR="001D4A35" w:rsidRDefault="00000000">
            <w:r>
              <w:t>4</w:t>
            </w:r>
          </w:p>
        </w:tc>
        <w:tc>
          <w:tcPr>
            <w:tcW w:w="1403" w:type="dxa"/>
            <w:vAlign w:val="center"/>
          </w:tcPr>
          <w:p w14:paraId="501E8B7C" w14:textId="77777777" w:rsidR="001D4A35" w:rsidRDefault="00000000">
            <w:r>
              <w:br/>
            </w:r>
          </w:p>
        </w:tc>
        <w:tc>
          <w:tcPr>
            <w:tcW w:w="1403" w:type="dxa"/>
            <w:vAlign w:val="center"/>
          </w:tcPr>
          <w:p w14:paraId="3ED9F24F" w14:textId="77777777" w:rsidR="001D4A35" w:rsidRDefault="00000000">
            <w:r>
              <w:br/>
            </w:r>
          </w:p>
        </w:tc>
        <w:tc>
          <w:tcPr>
            <w:tcW w:w="1403" w:type="dxa"/>
            <w:vAlign w:val="center"/>
          </w:tcPr>
          <w:p w14:paraId="4A318782" w14:textId="77777777" w:rsidR="001D4A35" w:rsidRDefault="00000000">
            <w:r>
              <w:br/>
            </w:r>
          </w:p>
        </w:tc>
        <w:tc>
          <w:tcPr>
            <w:tcW w:w="1403" w:type="dxa"/>
            <w:vAlign w:val="center"/>
          </w:tcPr>
          <w:p w14:paraId="692852A7" w14:textId="77777777" w:rsidR="001D4A35" w:rsidRDefault="00000000">
            <w:r>
              <w:br/>
            </w:r>
          </w:p>
        </w:tc>
        <w:tc>
          <w:tcPr>
            <w:tcW w:w="1403" w:type="dxa"/>
            <w:vAlign w:val="center"/>
          </w:tcPr>
          <w:p w14:paraId="4AF7B4FF" w14:textId="77777777" w:rsidR="001D4A35" w:rsidRDefault="00000000">
            <w:r>
              <w:br/>
            </w:r>
          </w:p>
        </w:tc>
        <w:tc>
          <w:tcPr>
            <w:tcW w:w="1403" w:type="dxa"/>
            <w:vAlign w:val="center"/>
          </w:tcPr>
          <w:p w14:paraId="1BE77CCC" w14:textId="77777777" w:rsidR="001D4A35" w:rsidRDefault="00000000">
            <w:r>
              <w:br/>
            </w:r>
          </w:p>
        </w:tc>
        <w:tc>
          <w:tcPr>
            <w:tcW w:w="1403" w:type="dxa"/>
            <w:vAlign w:val="center"/>
          </w:tcPr>
          <w:p w14:paraId="1AAB4FA4" w14:textId="77777777" w:rsidR="001D4A35" w:rsidRDefault="00000000">
            <w:r>
              <w:br/>
            </w:r>
          </w:p>
        </w:tc>
        <w:tc>
          <w:tcPr>
            <w:tcW w:w="1403" w:type="dxa"/>
            <w:vAlign w:val="center"/>
          </w:tcPr>
          <w:p w14:paraId="391AFC87" w14:textId="77777777" w:rsidR="001D4A35" w:rsidRDefault="00000000">
            <w:r>
              <w:br/>
            </w:r>
          </w:p>
        </w:tc>
        <w:tc>
          <w:tcPr>
            <w:tcW w:w="1403" w:type="dxa"/>
            <w:vAlign w:val="center"/>
          </w:tcPr>
          <w:p w14:paraId="5B56987D" w14:textId="77777777" w:rsidR="001D4A35" w:rsidRDefault="00000000">
            <w:r>
              <w:br/>
            </w:r>
          </w:p>
        </w:tc>
      </w:tr>
      <w:tr w:rsidR="001D4A35" w14:paraId="362EF891" w14:textId="77777777">
        <w:trPr>
          <w:jc w:val="center"/>
        </w:trPr>
        <w:tc>
          <w:tcPr>
            <w:tcW w:w="1403" w:type="dxa"/>
            <w:vAlign w:val="center"/>
          </w:tcPr>
          <w:p w14:paraId="356F6491" w14:textId="77777777" w:rsidR="001D4A35" w:rsidRDefault="00000000">
            <w:r>
              <w:t>5</w:t>
            </w:r>
          </w:p>
        </w:tc>
        <w:tc>
          <w:tcPr>
            <w:tcW w:w="1403" w:type="dxa"/>
            <w:vAlign w:val="center"/>
          </w:tcPr>
          <w:p w14:paraId="0D71D94F" w14:textId="77777777" w:rsidR="001D4A35" w:rsidRDefault="00000000">
            <w:r>
              <w:br/>
            </w:r>
          </w:p>
        </w:tc>
        <w:tc>
          <w:tcPr>
            <w:tcW w:w="1403" w:type="dxa"/>
            <w:vAlign w:val="center"/>
          </w:tcPr>
          <w:p w14:paraId="63AA5BE0" w14:textId="77777777" w:rsidR="001D4A35" w:rsidRDefault="00000000">
            <w:r>
              <w:br/>
            </w:r>
          </w:p>
        </w:tc>
        <w:tc>
          <w:tcPr>
            <w:tcW w:w="1403" w:type="dxa"/>
            <w:vAlign w:val="center"/>
          </w:tcPr>
          <w:p w14:paraId="199398B6" w14:textId="77777777" w:rsidR="001D4A35" w:rsidRDefault="00000000">
            <w:r>
              <w:br/>
            </w:r>
          </w:p>
        </w:tc>
        <w:tc>
          <w:tcPr>
            <w:tcW w:w="1403" w:type="dxa"/>
            <w:vAlign w:val="center"/>
          </w:tcPr>
          <w:p w14:paraId="4E564D04" w14:textId="77777777" w:rsidR="001D4A35" w:rsidRDefault="00000000">
            <w:r>
              <w:br/>
            </w:r>
          </w:p>
        </w:tc>
        <w:tc>
          <w:tcPr>
            <w:tcW w:w="1403" w:type="dxa"/>
            <w:vAlign w:val="center"/>
          </w:tcPr>
          <w:p w14:paraId="5FD5768E" w14:textId="77777777" w:rsidR="001D4A35" w:rsidRDefault="00000000">
            <w:r>
              <w:br/>
            </w:r>
          </w:p>
        </w:tc>
        <w:tc>
          <w:tcPr>
            <w:tcW w:w="1403" w:type="dxa"/>
            <w:vAlign w:val="center"/>
          </w:tcPr>
          <w:p w14:paraId="1B321934" w14:textId="77777777" w:rsidR="001D4A35" w:rsidRDefault="00000000">
            <w:r>
              <w:br/>
            </w:r>
          </w:p>
        </w:tc>
        <w:tc>
          <w:tcPr>
            <w:tcW w:w="1403" w:type="dxa"/>
            <w:vAlign w:val="center"/>
          </w:tcPr>
          <w:p w14:paraId="6BFD9DC7" w14:textId="77777777" w:rsidR="001D4A35" w:rsidRDefault="00000000">
            <w:r>
              <w:br/>
            </w:r>
          </w:p>
        </w:tc>
        <w:tc>
          <w:tcPr>
            <w:tcW w:w="1403" w:type="dxa"/>
            <w:vAlign w:val="center"/>
          </w:tcPr>
          <w:p w14:paraId="7B9ADCD7" w14:textId="77777777" w:rsidR="001D4A35" w:rsidRDefault="00000000">
            <w:r>
              <w:br/>
            </w:r>
          </w:p>
        </w:tc>
        <w:tc>
          <w:tcPr>
            <w:tcW w:w="1403" w:type="dxa"/>
            <w:vAlign w:val="center"/>
          </w:tcPr>
          <w:p w14:paraId="7F17268D" w14:textId="77777777" w:rsidR="001D4A35" w:rsidRDefault="00000000">
            <w:r>
              <w:br/>
            </w:r>
          </w:p>
        </w:tc>
      </w:tr>
      <w:tr w:rsidR="001D4A35" w14:paraId="31A92EB0" w14:textId="77777777">
        <w:trPr>
          <w:jc w:val="center"/>
        </w:trPr>
        <w:tc>
          <w:tcPr>
            <w:tcW w:w="1403" w:type="dxa"/>
            <w:vAlign w:val="center"/>
          </w:tcPr>
          <w:p w14:paraId="4302AA91" w14:textId="77777777" w:rsidR="001D4A35" w:rsidRDefault="00000000">
            <w:r>
              <w:t>6</w:t>
            </w:r>
          </w:p>
        </w:tc>
        <w:tc>
          <w:tcPr>
            <w:tcW w:w="1403" w:type="dxa"/>
            <w:vAlign w:val="center"/>
          </w:tcPr>
          <w:p w14:paraId="585658FC" w14:textId="77777777" w:rsidR="001D4A35" w:rsidRDefault="00000000">
            <w:r>
              <w:br/>
            </w:r>
          </w:p>
        </w:tc>
        <w:tc>
          <w:tcPr>
            <w:tcW w:w="1403" w:type="dxa"/>
            <w:vAlign w:val="center"/>
          </w:tcPr>
          <w:p w14:paraId="03A0B35C" w14:textId="77777777" w:rsidR="001D4A35" w:rsidRDefault="00000000">
            <w:r>
              <w:br/>
            </w:r>
          </w:p>
        </w:tc>
        <w:tc>
          <w:tcPr>
            <w:tcW w:w="1403" w:type="dxa"/>
            <w:vAlign w:val="center"/>
          </w:tcPr>
          <w:p w14:paraId="470D94E8" w14:textId="77777777" w:rsidR="001D4A35" w:rsidRDefault="00000000">
            <w:r>
              <w:br/>
            </w:r>
          </w:p>
        </w:tc>
        <w:tc>
          <w:tcPr>
            <w:tcW w:w="1403" w:type="dxa"/>
            <w:vAlign w:val="center"/>
          </w:tcPr>
          <w:p w14:paraId="6F1662DE" w14:textId="77777777" w:rsidR="001D4A35" w:rsidRDefault="00000000">
            <w:r>
              <w:br/>
            </w:r>
          </w:p>
        </w:tc>
        <w:tc>
          <w:tcPr>
            <w:tcW w:w="1403" w:type="dxa"/>
            <w:vAlign w:val="center"/>
          </w:tcPr>
          <w:p w14:paraId="48DBCFA4" w14:textId="77777777" w:rsidR="001D4A35" w:rsidRDefault="00000000">
            <w:r>
              <w:br/>
            </w:r>
          </w:p>
        </w:tc>
        <w:tc>
          <w:tcPr>
            <w:tcW w:w="1403" w:type="dxa"/>
            <w:vAlign w:val="center"/>
          </w:tcPr>
          <w:p w14:paraId="33B99D1F" w14:textId="77777777" w:rsidR="001D4A35" w:rsidRDefault="00000000">
            <w:r>
              <w:br/>
            </w:r>
          </w:p>
        </w:tc>
        <w:tc>
          <w:tcPr>
            <w:tcW w:w="1403" w:type="dxa"/>
            <w:vAlign w:val="center"/>
          </w:tcPr>
          <w:p w14:paraId="72CD803B" w14:textId="77777777" w:rsidR="001D4A35" w:rsidRDefault="00000000">
            <w:r>
              <w:br/>
            </w:r>
          </w:p>
        </w:tc>
        <w:tc>
          <w:tcPr>
            <w:tcW w:w="1403" w:type="dxa"/>
            <w:vAlign w:val="center"/>
          </w:tcPr>
          <w:p w14:paraId="50BD4CB2" w14:textId="77777777" w:rsidR="001D4A35" w:rsidRDefault="00000000">
            <w:r>
              <w:br/>
            </w:r>
          </w:p>
        </w:tc>
        <w:tc>
          <w:tcPr>
            <w:tcW w:w="1403" w:type="dxa"/>
            <w:vAlign w:val="center"/>
          </w:tcPr>
          <w:p w14:paraId="09342CD9" w14:textId="77777777" w:rsidR="001D4A35" w:rsidRDefault="00000000">
            <w:r>
              <w:br/>
            </w:r>
          </w:p>
        </w:tc>
      </w:tr>
    </w:tbl>
    <w:p w14:paraId="4270F612" w14:textId="77777777" w:rsidR="001D4A35" w:rsidRDefault="001D4A35"/>
    <w:p w14:paraId="226BBCCE" w14:textId="77777777" w:rsidR="003453C9" w:rsidRDefault="003453C9">
      <w:pPr>
        <w:rPr>
          <w:b/>
          <w:sz w:val="20"/>
        </w:rPr>
      </w:pPr>
    </w:p>
    <w:p w14:paraId="492258D7" w14:textId="77777777" w:rsidR="003453C9" w:rsidRDefault="003453C9">
      <w:pPr>
        <w:rPr>
          <w:b/>
          <w:sz w:val="20"/>
        </w:rPr>
      </w:pPr>
    </w:p>
    <w:p w14:paraId="1947A320" w14:textId="77777777" w:rsidR="003453C9" w:rsidRDefault="003453C9">
      <w:pPr>
        <w:rPr>
          <w:b/>
          <w:sz w:val="20"/>
        </w:rPr>
      </w:pPr>
    </w:p>
    <w:p w14:paraId="029CEC1B" w14:textId="45B70500" w:rsidR="001D4A35" w:rsidRDefault="00000000">
      <w:r>
        <w:rPr>
          <w:b/>
          <w:sz w:val="20"/>
        </w:rPr>
        <w:lastRenderedPageBreak/>
        <w:t>B. Mevcut Sistem Analizi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  <w:gridCol w:w="1558"/>
        <w:gridCol w:w="1558"/>
        <w:gridCol w:w="1558"/>
        <w:gridCol w:w="1558"/>
        <w:gridCol w:w="1558"/>
      </w:tblGrid>
      <w:tr w:rsidR="001D4A35" w14:paraId="318DAD1A" w14:textId="77777777">
        <w:trPr>
          <w:tblHeader/>
        </w:trPr>
        <w:tc>
          <w:tcPr>
            <w:tcW w:w="1558" w:type="dxa"/>
            <w:shd w:val="clear" w:color="auto" w:fill="E2F0D9"/>
          </w:tcPr>
          <w:p w14:paraId="591A79EF" w14:textId="77777777" w:rsidR="001D4A35" w:rsidRDefault="00000000">
            <w:r>
              <w:rPr>
                <w:b/>
                <w:sz w:val="14"/>
              </w:rPr>
              <w:t>Sıra</w:t>
            </w:r>
          </w:p>
        </w:tc>
        <w:tc>
          <w:tcPr>
            <w:tcW w:w="1558" w:type="dxa"/>
            <w:shd w:val="clear" w:color="auto" w:fill="E2F0D9"/>
          </w:tcPr>
          <w:p w14:paraId="67C4B385" w14:textId="77777777" w:rsidR="001D4A35" w:rsidRDefault="00000000">
            <w:r>
              <w:rPr>
                <w:b/>
                <w:sz w:val="14"/>
              </w:rPr>
              <w:t>Sistem / Uygulama</w:t>
            </w:r>
          </w:p>
        </w:tc>
        <w:tc>
          <w:tcPr>
            <w:tcW w:w="1558" w:type="dxa"/>
            <w:shd w:val="clear" w:color="auto" w:fill="E2F0D9"/>
          </w:tcPr>
          <w:p w14:paraId="0027E32A" w14:textId="77777777" w:rsidR="001D4A35" w:rsidRDefault="00000000">
            <w:r>
              <w:rPr>
                <w:b/>
                <w:sz w:val="14"/>
              </w:rPr>
              <w:t>Sunulan Bilgi / Rapor</w:t>
            </w:r>
          </w:p>
        </w:tc>
        <w:tc>
          <w:tcPr>
            <w:tcW w:w="1558" w:type="dxa"/>
            <w:shd w:val="clear" w:color="auto" w:fill="E2F0D9"/>
          </w:tcPr>
          <w:p w14:paraId="154280AD" w14:textId="77777777" w:rsidR="001D4A35" w:rsidRDefault="00000000">
            <w:r>
              <w:rPr>
                <w:b/>
                <w:sz w:val="14"/>
              </w:rPr>
              <w:t>Kullanıcı / Yönetim Düzeyi</w:t>
            </w:r>
          </w:p>
        </w:tc>
        <w:tc>
          <w:tcPr>
            <w:tcW w:w="1558" w:type="dxa"/>
            <w:shd w:val="clear" w:color="auto" w:fill="E2F0D9"/>
          </w:tcPr>
          <w:p w14:paraId="334F2C17" w14:textId="77777777" w:rsidR="001D4A35" w:rsidRDefault="00000000">
            <w:r>
              <w:rPr>
                <w:b/>
                <w:sz w:val="14"/>
              </w:rPr>
              <w:t>Güçlü Yön / Karşılanan İhtiyaç</w:t>
            </w:r>
          </w:p>
        </w:tc>
        <w:tc>
          <w:tcPr>
            <w:tcW w:w="1558" w:type="dxa"/>
            <w:shd w:val="clear" w:color="auto" w:fill="E2F0D9"/>
          </w:tcPr>
          <w:p w14:paraId="7F5B3BE2" w14:textId="77777777" w:rsidR="001D4A35" w:rsidRDefault="00000000">
            <w:r>
              <w:rPr>
                <w:b/>
                <w:sz w:val="14"/>
              </w:rPr>
              <w:t>Tespit Edilen Eksiklik / Sorun</w:t>
            </w:r>
          </w:p>
        </w:tc>
        <w:tc>
          <w:tcPr>
            <w:tcW w:w="1558" w:type="dxa"/>
            <w:shd w:val="clear" w:color="auto" w:fill="E2F0D9"/>
          </w:tcPr>
          <w:p w14:paraId="6A155518" w14:textId="77777777" w:rsidR="001D4A35" w:rsidRDefault="00000000">
            <w:r>
              <w:rPr>
                <w:b/>
                <w:sz w:val="14"/>
              </w:rPr>
              <w:t>Sistemler Arası Entegrasyon Durumu</w:t>
            </w:r>
          </w:p>
        </w:tc>
        <w:tc>
          <w:tcPr>
            <w:tcW w:w="1558" w:type="dxa"/>
            <w:shd w:val="clear" w:color="auto" w:fill="E2F0D9"/>
          </w:tcPr>
          <w:p w14:paraId="4F6E6DA2" w14:textId="77777777" w:rsidR="001D4A35" w:rsidRDefault="00000000">
            <w:r>
              <w:rPr>
                <w:b/>
                <w:sz w:val="14"/>
              </w:rPr>
              <w:t>Geliştirme Gerekiyor mu?</w:t>
            </w:r>
          </w:p>
        </w:tc>
        <w:tc>
          <w:tcPr>
            <w:tcW w:w="1558" w:type="dxa"/>
            <w:shd w:val="clear" w:color="auto" w:fill="E2F0D9"/>
          </w:tcPr>
          <w:p w14:paraId="5A70B99D" w14:textId="77777777" w:rsidR="001D4A35" w:rsidRDefault="00000000">
            <w:r>
              <w:rPr>
                <w:b/>
                <w:sz w:val="14"/>
              </w:rPr>
              <w:t>Açıklama</w:t>
            </w:r>
          </w:p>
        </w:tc>
      </w:tr>
      <w:tr w:rsidR="001D4A35" w14:paraId="6E581800" w14:textId="77777777">
        <w:tc>
          <w:tcPr>
            <w:tcW w:w="1558" w:type="dxa"/>
          </w:tcPr>
          <w:p w14:paraId="23369BF5" w14:textId="77777777" w:rsidR="001D4A35" w:rsidRDefault="00000000">
            <w:r>
              <w:t>1</w:t>
            </w:r>
          </w:p>
        </w:tc>
        <w:tc>
          <w:tcPr>
            <w:tcW w:w="1558" w:type="dxa"/>
          </w:tcPr>
          <w:p w14:paraId="0109D3DC" w14:textId="77777777" w:rsidR="001D4A35" w:rsidRDefault="00000000">
            <w:r>
              <w:br/>
            </w:r>
          </w:p>
        </w:tc>
        <w:tc>
          <w:tcPr>
            <w:tcW w:w="1558" w:type="dxa"/>
          </w:tcPr>
          <w:p w14:paraId="711147D4" w14:textId="77777777" w:rsidR="001D4A35" w:rsidRDefault="00000000">
            <w:r>
              <w:br/>
            </w:r>
          </w:p>
        </w:tc>
        <w:tc>
          <w:tcPr>
            <w:tcW w:w="1558" w:type="dxa"/>
          </w:tcPr>
          <w:p w14:paraId="3EFD96F7" w14:textId="77777777" w:rsidR="001D4A35" w:rsidRDefault="00000000">
            <w:r>
              <w:br/>
            </w:r>
          </w:p>
        </w:tc>
        <w:tc>
          <w:tcPr>
            <w:tcW w:w="1558" w:type="dxa"/>
          </w:tcPr>
          <w:p w14:paraId="219545FE" w14:textId="77777777" w:rsidR="001D4A35" w:rsidRDefault="00000000">
            <w:r>
              <w:br/>
            </w:r>
          </w:p>
        </w:tc>
        <w:tc>
          <w:tcPr>
            <w:tcW w:w="1558" w:type="dxa"/>
          </w:tcPr>
          <w:p w14:paraId="76AAE6F4" w14:textId="77777777" w:rsidR="001D4A35" w:rsidRDefault="00000000">
            <w:r>
              <w:br/>
            </w:r>
          </w:p>
        </w:tc>
        <w:tc>
          <w:tcPr>
            <w:tcW w:w="1558" w:type="dxa"/>
          </w:tcPr>
          <w:p w14:paraId="156B1C00" w14:textId="77777777" w:rsidR="001D4A35" w:rsidRDefault="00000000">
            <w:r>
              <w:br/>
            </w:r>
          </w:p>
        </w:tc>
        <w:tc>
          <w:tcPr>
            <w:tcW w:w="1558" w:type="dxa"/>
          </w:tcPr>
          <w:p w14:paraId="491DDB21" w14:textId="77777777" w:rsidR="001D4A35" w:rsidRDefault="00000000">
            <w:r>
              <w:br/>
            </w:r>
          </w:p>
        </w:tc>
        <w:tc>
          <w:tcPr>
            <w:tcW w:w="1558" w:type="dxa"/>
          </w:tcPr>
          <w:p w14:paraId="196C647F" w14:textId="77777777" w:rsidR="001D4A35" w:rsidRDefault="00000000">
            <w:r>
              <w:br/>
            </w:r>
          </w:p>
        </w:tc>
      </w:tr>
      <w:tr w:rsidR="001D4A35" w14:paraId="39D2A29F" w14:textId="77777777">
        <w:tc>
          <w:tcPr>
            <w:tcW w:w="1558" w:type="dxa"/>
          </w:tcPr>
          <w:p w14:paraId="449DBD39" w14:textId="77777777" w:rsidR="001D4A35" w:rsidRDefault="00000000">
            <w:r>
              <w:t>2</w:t>
            </w:r>
          </w:p>
        </w:tc>
        <w:tc>
          <w:tcPr>
            <w:tcW w:w="1558" w:type="dxa"/>
          </w:tcPr>
          <w:p w14:paraId="72710C0B" w14:textId="77777777" w:rsidR="001D4A35" w:rsidRDefault="00000000">
            <w:r>
              <w:br/>
            </w:r>
          </w:p>
        </w:tc>
        <w:tc>
          <w:tcPr>
            <w:tcW w:w="1558" w:type="dxa"/>
          </w:tcPr>
          <w:p w14:paraId="75E8081D" w14:textId="77777777" w:rsidR="001D4A35" w:rsidRDefault="00000000">
            <w:r>
              <w:br/>
            </w:r>
          </w:p>
        </w:tc>
        <w:tc>
          <w:tcPr>
            <w:tcW w:w="1558" w:type="dxa"/>
          </w:tcPr>
          <w:p w14:paraId="618C4621" w14:textId="77777777" w:rsidR="001D4A35" w:rsidRDefault="00000000">
            <w:r>
              <w:br/>
            </w:r>
          </w:p>
        </w:tc>
        <w:tc>
          <w:tcPr>
            <w:tcW w:w="1558" w:type="dxa"/>
          </w:tcPr>
          <w:p w14:paraId="5D6B5B18" w14:textId="77777777" w:rsidR="001D4A35" w:rsidRDefault="00000000">
            <w:r>
              <w:br/>
            </w:r>
          </w:p>
        </w:tc>
        <w:tc>
          <w:tcPr>
            <w:tcW w:w="1558" w:type="dxa"/>
          </w:tcPr>
          <w:p w14:paraId="7A929243" w14:textId="77777777" w:rsidR="001D4A35" w:rsidRDefault="00000000">
            <w:r>
              <w:br/>
            </w:r>
          </w:p>
        </w:tc>
        <w:tc>
          <w:tcPr>
            <w:tcW w:w="1558" w:type="dxa"/>
          </w:tcPr>
          <w:p w14:paraId="64021FC8" w14:textId="77777777" w:rsidR="001D4A35" w:rsidRDefault="00000000">
            <w:r>
              <w:br/>
            </w:r>
          </w:p>
        </w:tc>
        <w:tc>
          <w:tcPr>
            <w:tcW w:w="1558" w:type="dxa"/>
          </w:tcPr>
          <w:p w14:paraId="408A16D8" w14:textId="77777777" w:rsidR="001D4A35" w:rsidRDefault="00000000">
            <w:r>
              <w:br/>
            </w:r>
          </w:p>
        </w:tc>
        <w:tc>
          <w:tcPr>
            <w:tcW w:w="1558" w:type="dxa"/>
          </w:tcPr>
          <w:p w14:paraId="0C9B387C" w14:textId="77777777" w:rsidR="001D4A35" w:rsidRDefault="00000000">
            <w:r>
              <w:br/>
            </w:r>
          </w:p>
        </w:tc>
      </w:tr>
      <w:tr w:rsidR="001D4A35" w14:paraId="2DFA52E1" w14:textId="77777777">
        <w:tc>
          <w:tcPr>
            <w:tcW w:w="1558" w:type="dxa"/>
          </w:tcPr>
          <w:p w14:paraId="60B582BB" w14:textId="77777777" w:rsidR="001D4A35" w:rsidRDefault="00000000">
            <w:r>
              <w:t>3</w:t>
            </w:r>
          </w:p>
        </w:tc>
        <w:tc>
          <w:tcPr>
            <w:tcW w:w="1558" w:type="dxa"/>
          </w:tcPr>
          <w:p w14:paraId="2E651906" w14:textId="77777777" w:rsidR="001D4A35" w:rsidRDefault="00000000">
            <w:r>
              <w:br/>
            </w:r>
          </w:p>
        </w:tc>
        <w:tc>
          <w:tcPr>
            <w:tcW w:w="1558" w:type="dxa"/>
          </w:tcPr>
          <w:p w14:paraId="777DD3E4" w14:textId="77777777" w:rsidR="001D4A35" w:rsidRDefault="00000000">
            <w:r>
              <w:br/>
            </w:r>
          </w:p>
        </w:tc>
        <w:tc>
          <w:tcPr>
            <w:tcW w:w="1558" w:type="dxa"/>
          </w:tcPr>
          <w:p w14:paraId="3136D46E" w14:textId="77777777" w:rsidR="001D4A35" w:rsidRDefault="00000000">
            <w:r>
              <w:br/>
            </w:r>
          </w:p>
        </w:tc>
        <w:tc>
          <w:tcPr>
            <w:tcW w:w="1558" w:type="dxa"/>
          </w:tcPr>
          <w:p w14:paraId="1F804A84" w14:textId="77777777" w:rsidR="001D4A35" w:rsidRDefault="00000000">
            <w:r>
              <w:br/>
            </w:r>
          </w:p>
        </w:tc>
        <w:tc>
          <w:tcPr>
            <w:tcW w:w="1558" w:type="dxa"/>
          </w:tcPr>
          <w:p w14:paraId="17B77988" w14:textId="77777777" w:rsidR="001D4A35" w:rsidRDefault="00000000">
            <w:r>
              <w:br/>
            </w:r>
          </w:p>
        </w:tc>
        <w:tc>
          <w:tcPr>
            <w:tcW w:w="1558" w:type="dxa"/>
          </w:tcPr>
          <w:p w14:paraId="74BE0622" w14:textId="77777777" w:rsidR="001D4A35" w:rsidRDefault="00000000">
            <w:r>
              <w:br/>
            </w:r>
          </w:p>
        </w:tc>
        <w:tc>
          <w:tcPr>
            <w:tcW w:w="1558" w:type="dxa"/>
          </w:tcPr>
          <w:p w14:paraId="38FE3B3E" w14:textId="77777777" w:rsidR="001D4A35" w:rsidRDefault="00000000">
            <w:r>
              <w:br/>
            </w:r>
          </w:p>
        </w:tc>
        <w:tc>
          <w:tcPr>
            <w:tcW w:w="1558" w:type="dxa"/>
          </w:tcPr>
          <w:p w14:paraId="0C337ACA" w14:textId="77777777" w:rsidR="001D4A35" w:rsidRDefault="00000000">
            <w:r>
              <w:br/>
            </w:r>
          </w:p>
        </w:tc>
      </w:tr>
      <w:tr w:rsidR="001D4A35" w14:paraId="6185C6E1" w14:textId="77777777">
        <w:tc>
          <w:tcPr>
            <w:tcW w:w="1558" w:type="dxa"/>
          </w:tcPr>
          <w:p w14:paraId="774A3DC1" w14:textId="77777777" w:rsidR="001D4A35" w:rsidRDefault="00000000">
            <w:r>
              <w:t>4</w:t>
            </w:r>
          </w:p>
        </w:tc>
        <w:tc>
          <w:tcPr>
            <w:tcW w:w="1558" w:type="dxa"/>
          </w:tcPr>
          <w:p w14:paraId="763001E8" w14:textId="77777777" w:rsidR="001D4A35" w:rsidRDefault="00000000">
            <w:r>
              <w:br/>
            </w:r>
          </w:p>
        </w:tc>
        <w:tc>
          <w:tcPr>
            <w:tcW w:w="1558" w:type="dxa"/>
          </w:tcPr>
          <w:p w14:paraId="2AC61798" w14:textId="77777777" w:rsidR="001D4A35" w:rsidRDefault="00000000">
            <w:r>
              <w:br/>
            </w:r>
          </w:p>
        </w:tc>
        <w:tc>
          <w:tcPr>
            <w:tcW w:w="1558" w:type="dxa"/>
          </w:tcPr>
          <w:p w14:paraId="0C83F4DE" w14:textId="77777777" w:rsidR="001D4A35" w:rsidRDefault="00000000">
            <w:r>
              <w:br/>
            </w:r>
          </w:p>
        </w:tc>
        <w:tc>
          <w:tcPr>
            <w:tcW w:w="1558" w:type="dxa"/>
          </w:tcPr>
          <w:p w14:paraId="3D55A989" w14:textId="77777777" w:rsidR="001D4A35" w:rsidRDefault="00000000">
            <w:r>
              <w:br/>
            </w:r>
          </w:p>
        </w:tc>
        <w:tc>
          <w:tcPr>
            <w:tcW w:w="1558" w:type="dxa"/>
          </w:tcPr>
          <w:p w14:paraId="1A55D226" w14:textId="77777777" w:rsidR="001D4A35" w:rsidRDefault="00000000">
            <w:r>
              <w:br/>
            </w:r>
          </w:p>
        </w:tc>
        <w:tc>
          <w:tcPr>
            <w:tcW w:w="1558" w:type="dxa"/>
          </w:tcPr>
          <w:p w14:paraId="696BCC6D" w14:textId="77777777" w:rsidR="001D4A35" w:rsidRDefault="00000000">
            <w:r>
              <w:br/>
            </w:r>
          </w:p>
        </w:tc>
        <w:tc>
          <w:tcPr>
            <w:tcW w:w="1558" w:type="dxa"/>
          </w:tcPr>
          <w:p w14:paraId="678E5C85" w14:textId="77777777" w:rsidR="001D4A35" w:rsidRDefault="00000000">
            <w:r>
              <w:br/>
            </w:r>
          </w:p>
        </w:tc>
        <w:tc>
          <w:tcPr>
            <w:tcW w:w="1558" w:type="dxa"/>
          </w:tcPr>
          <w:p w14:paraId="5B803BDF" w14:textId="77777777" w:rsidR="001D4A35" w:rsidRDefault="00000000">
            <w:r>
              <w:br/>
            </w:r>
          </w:p>
        </w:tc>
      </w:tr>
      <w:tr w:rsidR="001D4A35" w14:paraId="6C51BB2D" w14:textId="77777777">
        <w:tc>
          <w:tcPr>
            <w:tcW w:w="1558" w:type="dxa"/>
          </w:tcPr>
          <w:p w14:paraId="642BA304" w14:textId="77777777" w:rsidR="001D4A35" w:rsidRDefault="00000000">
            <w:r>
              <w:t>5</w:t>
            </w:r>
          </w:p>
        </w:tc>
        <w:tc>
          <w:tcPr>
            <w:tcW w:w="1558" w:type="dxa"/>
          </w:tcPr>
          <w:p w14:paraId="7919C543" w14:textId="77777777" w:rsidR="001D4A35" w:rsidRDefault="00000000">
            <w:r>
              <w:br/>
            </w:r>
          </w:p>
        </w:tc>
        <w:tc>
          <w:tcPr>
            <w:tcW w:w="1558" w:type="dxa"/>
          </w:tcPr>
          <w:p w14:paraId="6CB1A25C" w14:textId="77777777" w:rsidR="001D4A35" w:rsidRDefault="00000000">
            <w:r>
              <w:br/>
            </w:r>
          </w:p>
        </w:tc>
        <w:tc>
          <w:tcPr>
            <w:tcW w:w="1558" w:type="dxa"/>
          </w:tcPr>
          <w:p w14:paraId="75AE898C" w14:textId="77777777" w:rsidR="001D4A35" w:rsidRDefault="00000000">
            <w:r>
              <w:br/>
            </w:r>
          </w:p>
        </w:tc>
        <w:tc>
          <w:tcPr>
            <w:tcW w:w="1558" w:type="dxa"/>
          </w:tcPr>
          <w:p w14:paraId="43DFAFE1" w14:textId="77777777" w:rsidR="001D4A35" w:rsidRDefault="00000000">
            <w:r>
              <w:br/>
            </w:r>
          </w:p>
        </w:tc>
        <w:tc>
          <w:tcPr>
            <w:tcW w:w="1558" w:type="dxa"/>
          </w:tcPr>
          <w:p w14:paraId="776B137E" w14:textId="77777777" w:rsidR="001D4A35" w:rsidRDefault="00000000">
            <w:r>
              <w:br/>
            </w:r>
          </w:p>
        </w:tc>
        <w:tc>
          <w:tcPr>
            <w:tcW w:w="1558" w:type="dxa"/>
          </w:tcPr>
          <w:p w14:paraId="61D7B0EC" w14:textId="77777777" w:rsidR="001D4A35" w:rsidRDefault="00000000">
            <w:r>
              <w:br/>
            </w:r>
          </w:p>
        </w:tc>
        <w:tc>
          <w:tcPr>
            <w:tcW w:w="1558" w:type="dxa"/>
          </w:tcPr>
          <w:p w14:paraId="2AAB3A28" w14:textId="77777777" w:rsidR="001D4A35" w:rsidRDefault="00000000">
            <w:r>
              <w:br/>
            </w:r>
          </w:p>
        </w:tc>
        <w:tc>
          <w:tcPr>
            <w:tcW w:w="1558" w:type="dxa"/>
          </w:tcPr>
          <w:p w14:paraId="05E2E401" w14:textId="77777777" w:rsidR="001D4A35" w:rsidRDefault="00000000">
            <w:r>
              <w:br/>
            </w:r>
          </w:p>
        </w:tc>
      </w:tr>
    </w:tbl>
    <w:p w14:paraId="42AC6638" w14:textId="77777777" w:rsidR="001D4A35" w:rsidRDefault="00000000">
      <w:r>
        <w:rPr>
          <w:b/>
          <w:sz w:val="20"/>
        </w:rPr>
        <w:t>C. Geliştirme İhtiyaçları Listesi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753"/>
        <w:gridCol w:w="1753"/>
        <w:gridCol w:w="1753"/>
        <w:gridCol w:w="1753"/>
        <w:gridCol w:w="1753"/>
        <w:gridCol w:w="1753"/>
        <w:gridCol w:w="1753"/>
        <w:gridCol w:w="1753"/>
      </w:tblGrid>
      <w:tr w:rsidR="001D4A35" w14:paraId="0F8116D6" w14:textId="77777777">
        <w:trPr>
          <w:tblHeader/>
        </w:trPr>
        <w:tc>
          <w:tcPr>
            <w:tcW w:w="1753" w:type="dxa"/>
            <w:shd w:val="clear" w:color="auto" w:fill="FFF2CC"/>
          </w:tcPr>
          <w:p w14:paraId="6ADA5CE4" w14:textId="77777777" w:rsidR="001D4A35" w:rsidRDefault="00000000">
            <w:r>
              <w:rPr>
                <w:b/>
                <w:sz w:val="14"/>
              </w:rPr>
              <w:t>Sıra</w:t>
            </w:r>
          </w:p>
        </w:tc>
        <w:tc>
          <w:tcPr>
            <w:tcW w:w="1753" w:type="dxa"/>
            <w:shd w:val="clear" w:color="auto" w:fill="FFF2CC"/>
          </w:tcPr>
          <w:p w14:paraId="562A7BE8" w14:textId="77777777" w:rsidR="001D4A35" w:rsidRDefault="00000000">
            <w:r>
              <w:rPr>
                <w:b/>
                <w:sz w:val="14"/>
              </w:rPr>
              <w:t>Tespit Edilen Geliştirme İhtiyacı</w:t>
            </w:r>
          </w:p>
        </w:tc>
        <w:tc>
          <w:tcPr>
            <w:tcW w:w="1753" w:type="dxa"/>
            <w:shd w:val="clear" w:color="auto" w:fill="FFF2CC"/>
          </w:tcPr>
          <w:p w14:paraId="36E04E78" w14:textId="77777777" w:rsidR="001D4A35" w:rsidRDefault="00000000">
            <w:r>
              <w:rPr>
                <w:b/>
                <w:sz w:val="14"/>
              </w:rPr>
              <w:t>İlgili Sistem / Süreç</w:t>
            </w:r>
          </w:p>
        </w:tc>
        <w:tc>
          <w:tcPr>
            <w:tcW w:w="1753" w:type="dxa"/>
            <w:shd w:val="clear" w:color="auto" w:fill="FFF2CC"/>
          </w:tcPr>
          <w:p w14:paraId="562F2D9B" w14:textId="77777777" w:rsidR="001D4A35" w:rsidRDefault="00000000">
            <w:r>
              <w:rPr>
                <w:b/>
                <w:sz w:val="14"/>
              </w:rPr>
              <w:t>Önerilen İyileştirme</w:t>
            </w:r>
          </w:p>
        </w:tc>
        <w:tc>
          <w:tcPr>
            <w:tcW w:w="1753" w:type="dxa"/>
            <w:shd w:val="clear" w:color="auto" w:fill="FFF2CC"/>
          </w:tcPr>
          <w:p w14:paraId="6AF56F3E" w14:textId="77777777" w:rsidR="001D4A35" w:rsidRDefault="00000000">
            <w:r>
              <w:rPr>
                <w:b/>
                <w:sz w:val="14"/>
              </w:rPr>
              <w:t>Öncelik</w:t>
            </w:r>
          </w:p>
        </w:tc>
        <w:tc>
          <w:tcPr>
            <w:tcW w:w="1753" w:type="dxa"/>
            <w:shd w:val="clear" w:color="auto" w:fill="FFF2CC"/>
          </w:tcPr>
          <w:p w14:paraId="64B998DA" w14:textId="77777777" w:rsidR="001D4A35" w:rsidRDefault="00000000">
            <w:r>
              <w:rPr>
                <w:b/>
                <w:sz w:val="14"/>
              </w:rPr>
              <w:t>Sorumlu Birim</w:t>
            </w:r>
          </w:p>
        </w:tc>
        <w:tc>
          <w:tcPr>
            <w:tcW w:w="1753" w:type="dxa"/>
            <w:shd w:val="clear" w:color="auto" w:fill="FFF2CC"/>
          </w:tcPr>
          <w:p w14:paraId="3F29E2CC" w14:textId="77777777" w:rsidR="001D4A35" w:rsidRDefault="00000000">
            <w:r>
              <w:rPr>
                <w:b/>
                <w:sz w:val="14"/>
              </w:rPr>
              <w:t>Planlanan Termin</w:t>
            </w:r>
          </w:p>
        </w:tc>
        <w:tc>
          <w:tcPr>
            <w:tcW w:w="1753" w:type="dxa"/>
            <w:shd w:val="clear" w:color="auto" w:fill="FFF2CC"/>
          </w:tcPr>
          <w:p w14:paraId="44EE92C3" w14:textId="77777777" w:rsidR="001D4A35" w:rsidRDefault="00000000">
            <w:r>
              <w:rPr>
                <w:b/>
                <w:sz w:val="14"/>
              </w:rPr>
              <w:t>Karar / İzleme Notu</w:t>
            </w:r>
          </w:p>
        </w:tc>
      </w:tr>
      <w:tr w:rsidR="001D4A35" w14:paraId="7832588D" w14:textId="77777777">
        <w:tc>
          <w:tcPr>
            <w:tcW w:w="1753" w:type="dxa"/>
          </w:tcPr>
          <w:p w14:paraId="6655DAF8" w14:textId="77777777" w:rsidR="001D4A35" w:rsidRDefault="00000000">
            <w:r>
              <w:t>1</w:t>
            </w:r>
          </w:p>
        </w:tc>
        <w:tc>
          <w:tcPr>
            <w:tcW w:w="1753" w:type="dxa"/>
          </w:tcPr>
          <w:p w14:paraId="06BE4406" w14:textId="77777777" w:rsidR="001D4A35" w:rsidRDefault="00000000">
            <w:r>
              <w:br/>
            </w:r>
          </w:p>
        </w:tc>
        <w:tc>
          <w:tcPr>
            <w:tcW w:w="1753" w:type="dxa"/>
          </w:tcPr>
          <w:p w14:paraId="4C444B2F" w14:textId="77777777" w:rsidR="001D4A35" w:rsidRDefault="00000000">
            <w:r>
              <w:br/>
            </w:r>
          </w:p>
        </w:tc>
        <w:tc>
          <w:tcPr>
            <w:tcW w:w="1753" w:type="dxa"/>
          </w:tcPr>
          <w:p w14:paraId="73051BF8" w14:textId="77777777" w:rsidR="001D4A35" w:rsidRDefault="00000000">
            <w:r>
              <w:br/>
            </w:r>
          </w:p>
        </w:tc>
        <w:tc>
          <w:tcPr>
            <w:tcW w:w="1753" w:type="dxa"/>
          </w:tcPr>
          <w:p w14:paraId="260EE764" w14:textId="77777777" w:rsidR="001D4A35" w:rsidRDefault="00000000">
            <w:r>
              <w:br/>
            </w:r>
          </w:p>
        </w:tc>
        <w:tc>
          <w:tcPr>
            <w:tcW w:w="1753" w:type="dxa"/>
          </w:tcPr>
          <w:p w14:paraId="24CFA931" w14:textId="77777777" w:rsidR="001D4A35" w:rsidRDefault="00000000">
            <w:r>
              <w:br/>
            </w:r>
          </w:p>
        </w:tc>
        <w:tc>
          <w:tcPr>
            <w:tcW w:w="1753" w:type="dxa"/>
          </w:tcPr>
          <w:p w14:paraId="4D9A89AD" w14:textId="77777777" w:rsidR="001D4A35" w:rsidRDefault="00000000">
            <w:r>
              <w:br/>
            </w:r>
          </w:p>
        </w:tc>
        <w:tc>
          <w:tcPr>
            <w:tcW w:w="1753" w:type="dxa"/>
          </w:tcPr>
          <w:p w14:paraId="3CA099A0" w14:textId="77777777" w:rsidR="001D4A35" w:rsidRDefault="00000000">
            <w:r>
              <w:br/>
            </w:r>
          </w:p>
        </w:tc>
      </w:tr>
      <w:tr w:rsidR="001D4A35" w14:paraId="25F8BDD5" w14:textId="77777777">
        <w:tc>
          <w:tcPr>
            <w:tcW w:w="1753" w:type="dxa"/>
          </w:tcPr>
          <w:p w14:paraId="3E7C19BA" w14:textId="77777777" w:rsidR="001D4A35" w:rsidRDefault="00000000">
            <w:r>
              <w:t>2</w:t>
            </w:r>
          </w:p>
        </w:tc>
        <w:tc>
          <w:tcPr>
            <w:tcW w:w="1753" w:type="dxa"/>
          </w:tcPr>
          <w:p w14:paraId="39F3BBD4" w14:textId="77777777" w:rsidR="001D4A35" w:rsidRDefault="00000000">
            <w:r>
              <w:br/>
            </w:r>
          </w:p>
        </w:tc>
        <w:tc>
          <w:tcPr>
            <w:tcW w:w="1753" w:type="dxa"/>
          </w:tcPr>
          <w:p w14:paraId="567983E3" w14:textId="77777777" w:rsidR="001D4A35" w:rsidRDefault="00000000">
            <w:r>
              <w:br/>
            </w:r>
          </w:p>
        </w:tc>
        <w:tc>
          <w:tcPr>
            <w:tcW w:w="1753" w:type="dxa"/>
          </w:tcPr>
          <w:p w14:paraId="0EC58D6F" w14:textId="77777777" w:rsidR="001D4A35" w:rsidRDefault="00000000">
            <w:r>
              <w:br/>
            </w:r>
          </w:p>
        </w:tc>
        <w:tc>
          <w:tcPr>
            <w:tcW w:w="1753" w:type="dxa"/>
          </w:tcPr>
          <w:p w14:paraId="4BCF995D" w14:textId="77777777" w:rsidR="001D4A35" w:rsidRDefault="00000000">
            <w:r>
              <w:br/>
            </w:r>
          </w:p>
        </w:tc>
        <w:tc>
          <w:tcPr>
            <w:tcW w:w="1753" w:type="dxa"/>
          </w:tcPr>
          <w:p w14:paraId="763B6DE8" w14:textId="77777777" w:rsidR="001D4A35" w:rsidRDefault="00000000">
            <w:r>
              <w:br/>
            </w:r>
          </w:p>
        </w:tc>
        <w:tc>
          <w:tcPr>
            <w:tcW w:w="1753" w:type="dxa"/>
          </w:tcPr>
          <w:p w14:paraId="60F4576A" w14:textId="77777777" w:rsidR="001D4A35" w:rsidRDefault="00000000">
            <w:r>
              <w:br/>
            </w:r>
          </w:p>
        </w:tc>
        <w:tc>
          <w:tcPr>
            <w:tcW w:w="1753" w:type="dxa"/>
          </w:tcPr>
          <w:p w14:paraId="18CA5A59" w14:textId="77777777" w:rsidR="001D4A35" w:rsidRDefault="00000000">
            <w:r>
              <w:br/>
            </w:r>
          </w:p>
        </w:tc>
      </w:tr>
      <w:tr w:rsidR="001D4A35" w14:paraId="346B6175" w14:textId="77777777">
        <w:tc>
          <w:tcPr>
            <w:tcW w:w="1753" w:type="dxa"/>
          </w:tcPr>
          <w:p w14:paraId="52976261" w14:textId="77777777" w:rsidR="001D4A35" w:rsidRDefault="00000000">
            <w:r>
              <w:t>3</w:t>
            </w:r>
          </w:p>
        </w:tc>
        <w:tc>
          <w:tcPr>
            <w:tcW w:w="1753" w:type="dxa"/>
          </w:tcPr>
          <w:p w14:paraId="14A60074" w14:textId="77777777" w:rsidR="001D4A35" w:rsidRDefault="00000000">
            <w:r>
              <w:br/>
            </w:r>
          </w:p>
        </w:tc>
        <w:tc>
          <w:tcPr>
            <w:tcW w:w="1753" w:type="dxa"/>
          </w:tcPr>
          <w:p w14:paraId="3F6C141E" w14:textId="77777777" w:rsidR="001D4A35" w:rsidRDefault="00000000">
            <w:r>
              <w:br/>
            </w:r>
          </w:p>
        </w:tc>
        <w:tc>
          <w:tcPr>
            <w:tcW w:w="1753" w:type="dxa"/>
          </w:tcPr>
          <w:p w14:paraId="304CA2A8" w14:textId="77777777" w:rsidR="001D4A35" w:rsidRDefault="00000000">
            <w:r>
              <w:br/>
            </w:r>
          </w:p>
        </w:tc>
        <w:tc>
          <w:tcPr>
            <w:tcW w:w="1753" w:type="dxa"/>
          </w:tcPr>
          <w:p w14:paraId="0708E61E" w14:textId="77777777" w:rsidR="001D4A35" w:rsidRDefault="00000000">
            <w:r>
              <w:br/>
            </w:r>
          </w:p>
        </w:tc>
        <w:tc>
          <w:tcPr>
            <w:tcW w:w="1753" w:type="dxa"/>
          </w:tcPr>
          <w:p w14:paraId="7B70D3A1" w14:textId="77777777" w:rsidR="001D4A35" w:rsidRDefault="00000000">
            <w:r>
              <w:br/>
            </w:r>
          </w:p>
        </w:tc>
        <w:tc>
          <w:tcPr>
            <w:tcW w:w="1753" w:type="dxa"/>
          </w:tcPr>
          <w:p w14:paraId="3273B350" w14:textId="77777777" w:rsidR="001D4A35" w:rsidRDefault="00000000">
            <w:r>
              <w:br/>
            </w:r>
          </w:p>
        </w:tc>
        <w:tc>
          <w:tcPr>
            <w:tcW w:w="1753" w:type="dxa"/>
          </w:tcPr>
          <w:p w14:paraId="1BB2C63A" w14:textId="77777777" w:rsidR="001D4A35" w:rsidRDefault="00000000">
            <w:r>
              <w:br/>
            </w:r>
          </w:p>
        </w:tc>
      </w:tr>
      <w:tr w:rsidR="001D4A35" w14:paraId="03B505D9" w14:textId="77777777">
        <w:tc>
          <w:tcPr>
            <w:tcW w:w="1753" w:type="dxa"/>
          </w:tcPr>
          <w:p w14:paraId="16869CCC" w14:textId="77777777" w:rsidR="001D4A35" w:rsidRDefault="00000000">
            <w:r>
              <w:t>4</w:t>
            </w:r>
          </w:p>
        </w:tc>
        <w:tc>
          <w:tcPr>
            <w:tcW w:w="1753" w:type="dxa"/>
          </w:tcPr>
          <w:p w14:paraId="453A090A" w14:textId="77777777" w:rsidR="001D4A35" w:rsidRDefault="00000000">
            <w:r>
              <w:br/>
            </w:r>
          </w:p>
        </w:tc>
        <w:tc>
          <w:tcPr>
            <w:tcW w:w="1753" w:type="dxa"/>
          </w:tcPr>
          <w:p w14:paraId="5E7990AF" w14:textId="77777777" w:rsidR="001D4A35" w:rsidRDefault="00000000">
            <w:r>
              <w:br/>
            </w:r>
          </w:p>
        </w:tc>
        <w:tc>
          <w:tcPr>
            <w:tcW w:w="1753" w:type="dxa"/>
          </w:tcPr>
          <w:p w14:paraId="78B0716C" w14:textId="77777777" w:rsidR="001D4A35" w:rsidRDefault="00000000">
            <w:r>
              <w:br/>
            </w:r>
          </w:p>
        </w:tc>
        <w:tc>
          <w:tcPr>
            <w:tcW w:w="1753" w:type="dxa"/>
          </w:tcPr>
          <w:p w14:paraId="23FC32FF" w14:textId="77777777" w:rsidR="001D4A35" w:rsidRDefault="00000000">
            <w:r>
              <w:br/>
            </w:r>
          </w:p>
        </w:tc>
        <w:tc>
          <w:tcPr>
            <w:tcW w:w="1753" w:type="dxa"/>
          </w:tcPr>
          <w:p w14:paraId="1D3D36BB" w14:textId="77777777" w:rsidR="001D4A35" w:rsidRDefault="00000000">
            <w:r>
              <w:br/>
            </w:r>
          </w:p>
        </w:tc>
        <w:tc>
          <w:tcPr>
            <w:tcW w:w="1753" w:type="dxa"/>
          </w:tcPr>
          <w:p w14:paraId="50697275" w14:textId="77777777" w:rsidR="001D4A35" w:rsidRDefault="00000000">
            <w:r>
              <w:br/>
            </w:r>
          </w:p>
        </w:tc>
        <w:tc>
          <w:tcPr>
            <w:tcW w:w="1753" w:type="dxa"/>
          </w:tcPr>
          <w:p w14:paraId="7858DA20" w14:textId="77777777" w:rsidR="001D4A35" w:rsidRDefault="00000000">
            <w:r>
              <w:br/>
            </w:r>
          </w:p>
        </w:tc>
      </w:tr>
      <w:tr w:rsidR="001D4A35" w14:paraId="654EAA8F" w14:textId="77777777">
        <w:tc>
          <w:tcPr>
            <w:tcW w:w="1753" w:type="dxa"/>
          </w:tcPr>
          <w:p w14:paraId="52AE1200" w14:textId="77777777" w:rsidR="001D4A35" w:rsidRDefault="00000000">
            <w:r>
              <w:t>5</w:t>
            </w:r>
          </w:p>
        </w:tc>
        <w:tc>
          <w:tcPr>
            <w:tcW w:w="1753" w:type="dxa"/>
          </w:tcPr>
          <w:p w14:paraId="7AF55E5E" w14:textId="77777777" w:rsidR="001D4A35" w:rsidRDefault="00000000">
            <w:r>
              <w:br/>
            </w:r>
          </w:p>
        </w:tc>
        <w:tc>
          <w:tcPr>
            <w:tcW w:w="1753" w:type="dxa"/>
          </w:tcPr>
          <w:p w14:paraId="32322A38" w14:textId="77777777" w:rsidR="001D4A35" w:rsidRDefault="00000000">
            <w:r>
              <w:br/>
            </w:r>
          </w:p>
        </w:tc>
        <w:tc>
          <w:tcPr>
            <w:tcW w:w="1753" w:type="dxa"/>
          </w:tcPr>
          <w:p w14:paraId="498A79BD" w14:textId="77777777" w:rsidR="001D4A35" w:rsidRDefault="00000000">
            <w:r>
              <w:br/>
            </w:r>
          </w:p>
        </w:tc>
        <w:tc>
          <w:tcPr>
            <w:tcW w:w="1753" w:type="dxa"/>
          </w:tcPr>
          <w:p w14:paraId="606D27DE" w14:textId="77777777" w:rsidR="001D4A35" w:rsidRDefault="00000000">
            <w:r>
              <w:br/>
            </w:r>
          </w:p>
        </w:tc>
        <w:tc>
          <w:tcPr>
            <w:tcW w:w="1753" w:type="dxa"/>
          </w:tcPr>
          <w:p w14:paraId="569F522E" w14:textId="77777777" w:rsidR="001D4A35" w:rsidRDefault="00000000">
            <w:r>
              <w:br/>
            </w:r>
          </w:p>
        </w:tc>
        <w:tc>
          <w:tcPr>
            <w:tcW w:w="1753" w:type="dxa"/>
          </w:tcPr>
          <w:p w14:paraId="39208315" w14:textId="77777777" w:rsidR="001D4A35" w:rsidRDefault="00000000">
            <w:r>
              <w:br/>
            </w:r>
          </w:p>
        </w:tc>
        <w:tc>
          <w:tcPr>
            <w:tcW w:w="1753" w:type="dxa"/>
          </w:tcPr>
          <w:p w14:paraId="2F518456" w14:textId="77777777" w:rsidR="001D4A35" w:rsidRDefault="00000000">
            <w:r>
              <w:br/>
            </w:r>
          </w:p>
        </w:tc>
      </w:tr>
    </w:tbl>
    <w:p w14:paraId="15F22F8E" w14:textId="77777777" w:rsidR="001D4A35" w:rsidRDefault="00000000">
      <w:r>
        <w:rPr>
          <w:b/>
        </w:rPr>
        <w:t xml:space="preserve">Genel Değerlendirme: </w:t>
      </w:r>
      <w:r>
        <w:t>☐ Mevcut sistemler yeterli   ☐ Kısmen yeterli / geliştirme gerekli   ☐ Önemli geliştirme ihtiyacı bulunmaktadır</w:t>
      </w:r>
    </w:p>
    <w:p w14:paraId="07171AE1" w14:textId="77777777" w:rsidR="001D4A35" w:rsidRDefault="00000000">
      <w:r>
        <w:rPr>
          <w:b/>
        </w:rPr>
        <w:t xml:space="preserve">Değerlendirme / Karar Notu: </w:t>
      </w:r>
      <w:r>
        <w:br/>
      </w:r>
      <w:r>
        <w:br/>
      </w:r>
    </w:p>
    <w:sectPr w:rsidR="001D4A35" w:rsidSect="003453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/>
      <w:pgMar w:top="850" w:right="907" w:bottom="850" w:left="907" w:header="283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82F628" w14:textId="77777777" w:rsidR="00B90729" w:rsidRDefault="00B90729" w:rsidP="003453C9">
      <w:pPr>
        <w:spacing w:after="0" w:line="240" w:lineRule="auto"/>
      </w:pPr>
      <w:r>
        <w:separator/>
      </w:r>
    </w:p>
  </w:endnote>
  <w:endnote w:type="continuationSeparator" w:id="0">
    <w:p w14:paraId="2E0465B8" w14:textId="77777777" w:rsidR="00B90729" w:rsidRDefault="00B90729" w:rsidP="003453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FADE6" w14:textId="77777777" w:rsidR="00155F67" w:rsidRDefault="00155F6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4747"/>
      <w:gridCol w:w="4746"/>
      <w:gridCol w:w="4749"/>
    </w:tblGrid>
    <w:tr w:rsidR="003453C9" w:rsidRPr="00BC62C8" w14:paraId="490B2D5B" w14:textId="77777777" w:rsidTr="0005219D">
      <w:trPr>
        <w:jc w:val="center"/>
      </w:trPr>
      <w:tc>
        <w:tcPr>
          <w:tcW w:w="1666" w:type="pct"/>
        </w:tcPr>
        <w:p w14:paraId="329683E8" w14:textId="77777777" w:rsidR="003453C9" w:rsidRPr="00BC62C8" w:rsidRDefault="003453C9" w:rsidP="003453C9">
          <w:pPr>
            <w:jc w:val="center"/>
            <w:rPr>
              <w:rFonts w:ascii="Times New Roman" w:hAnsi="Times New Roman"/>
              <w:sz w:val="24"/>
              <w:szCs w:val="24"/>
            </w:rPr>
          </w:pPr>
          <w:r w:rsidRPr="00BC62C8">
            <w:rPr>
              <w:rFonts w:ascii="Times New Roman" w:hAnsi="Times New Roman"/>
              <w:sz w:val="24"/>
              <w:szCs w:val="24"/>
            </w:rPr>
            <w:t>Hazırlayan</w:t>
          </w:r>
        </w:p>
      </w:tc>
      <w:tc>
        <w:tcPr>
          <w:tcW w:w="1666" w:type="pct"/>
        </w:tcPr>
        <w:p w14:paraId="534F3665" w14:textId="77777777" w:rsidR="003453C9" w:rsidRPr="00BC62C8" w:rsidRDefault="003453C9" w:rsidP="003453C9">
          <w:pPr>
            <w:jc w:val="center"/>
            <w:rPr>
              <w:rFonts w:ascii="Times New Roman" w:hAnsi="Times New Roman"/>
              <w:sz w:val="24"/>
              <w:szCs w:val="24"/>
            </w:rPr>
          </w:pPr>
          <w:r w:rsidRPr="00BC62C8">
            <w:rPr>
              <w:rFonts w:ascii="Times New Roman" w:hAnsi="Times New Roman"/>
              <w:sz w:val="24"/>
              <w:szCs w:val="24"/>
            </w:rPr>
            <w:t>Sistem Onayı</w:t>
          </w:r>
        </w:p>
      </w:tc>
      <w:tc>
        <w:tcPr>
          <w:tcW w:w="1667" w:type="pct"/>
        </w:tcPr>
        <w:p w14:paraId="20E695BD" w14:textId="77777777" w:rsidR="003453C9" w:rsidRPr="00BC62C8" w:rsidRDefault="003453C9" w:rsidP="003453C9">
          <w:pPr>
            <w:jc w:val="center"/>
            <w:rPr>
              <w:rFonts w:ascii="Times New Roman" w:hAnsi="Times New Roman"/>
              <w:sz w:val="24"/>
              <w:szCs w:val="24"/>
            </w:rPr>
          </w:pPr>
          <w:r w:rsidRPr="00BC62C8">
            <w:rPr>
              <w:rFonts w:ascii="Times New Roman" w:hAnsi="Times New Roman"/>
              <w:sz w:val="24"/>
              <w:szCs w:val="24"/>
            </w:rPr>
            <w:t>Yürürlük Onayı</w:t>
          </w:r>
        </w:p>
      </w:tc>
    </w:tr>
    <w:tr w:rsidR="003453C9" w:rsidRPr="00BC62C8" w14:paraId="235E95CB" w14:textId="77777777" w:rsidTr="0005219D">
      <w:trPr>
        <w:trHeight w:val="1002"/>
        <w:jc w:val="center"/>
      </w:trPr>
      <w:tc>
        <w:tcPr>
          <w:tcW w:w="1666" w:type="pct"/>
        </w:tcPr>
        <w:p w14:paraId="4CD7D0A7" w14:textId="77777777" w:rsidR="003453C9" w:rsidRPr="00BC62C8" w:rsidRDefault="003453C9" w:rsidP="003453C9">
          <w:pPr>
            <w:jc w:val="center"/>
            <w:rPr>
              <w:rFonts w:ascii="Times New Roman" w:hAnsi="Times New Roman"/>
              <w:sz w:val="24"/>
              <w:szCs w:val="24"/>
            </w:rPr>
          </w:pPr>
          <w:r w:rsidRPr="00BC62C8">
            <w:rPr>
              <w:rFonts w:ascii="Times New Roman" w:hAnsi="Times New Roman"/>
              <w:sz w:val="24"/>
              <w:szCs w:val="24"/>
            </w:rPr>
            <w:t>Kalite Koordinatörlüğü</w:t>
          </w:r>
        </w:p>
      </w:tc>
      <w:tc>
        <w:tcPr>
          <w:tcW w:w="1666" w:type="pct"/>
        </w:tcPr>
        <w:p w14:paraId="0E6C7348" w14:textId="77777777" w:rsidR="003453C9" w:rsidRPr="00BC62C8" w:rsidRDefault="003453C9" w:rsidP="003453C9">
          <w:pPr>
            <w:jc w:val="center"/>
            <w:rPr>
              <w:rFonts w:ascii="Times New Roman" w:hAnsi="Times New Roman"/>
              <w:sz w:val="24"/>
              <w:szCs w:val="24"/>
            </w:rPr>
          </w:pPr>
          <w:r w:rsidRPr="00BC62C8">
            <w:rPr>
              <w:rFonts w:ascii="Times New Roman" w:hAnsi="Times New Roman"/>
              <w:sz w:val="24"/>
              <w:szCs w:val="24"/>
            </w:rPr>
            <w:t>Selin TOZOĞLU</w:t>
          </w:r>
        </w:p>
      </w:tc>
      <w:tc>
        <w:tcPr>
          <w:tcW w:w="1667" w:type="pct"/>
        </w:tcPr>
        <w:p w14:paraId="718F581C" w14:textId="77777777" w:rsidR="003453C9" w:rsidRPr="00BC62C8" w:rsidRDefault="003453C9" w:rsidP="003453C9">
          <w:pPr>
            <w:jc w:val="center"/>
            <w:rPr>
              <w:rFonts w:ascii="Times New Roman" w:hAnsi="Times New Roman"/>
              <w:sz w:val="24"/>
              <w:szCs w:val="24"/>
            </w:rPr>
          </w:pPr>
          <w:r w:rsidRPr="00BC62C8">
            <w:rPr>
              <w:rFonts w:ascii="Times New Roman" w:hAnsi="Times New Roman"/>
              <w:sz w:val="24"/>
              <w:szCs w:val="24"/>
            </w:rPr>
            <w:t>Öğr. Gör. Cankat ÖZLÜ</w:t>
          </w:r>
        </w:p>
        <w:p w14:paraId="23342AE7" w14:textId="77777777" w:rsidR="003453C9" w:rsidRPr="00BC62C8" w:rsidRDefault="003453C9" w:rsidP="003453C9">
          <w:pPr>
            <w:jc w:val="center"/>
            <w:rPr>
              <w:rFonts w:ascii="Times New Roman" w:hAnsi="Times New Roman"/>
              <w:sz w:val="24"/>
              <w:szCs w:val="24"/>
            </w:rPr>
          </w:pPr>
        </w:p>
      </w:tc>
    </w:tr>
  </w:tbl>
  <w:p w14:paraId="7F950508" w14:textId="77777777" w:rsidR="003453C9" w:rsidRDefault="003453C9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7373E" w14:textId="77777777" w:rsidR="00155F67" w:rsidRDefault="00155F6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95A591" w14:textId="77777777" w:rsidR="00B90729" w:rsidRDefault="00B90729" w:rsidP="003453C9">
      <w:pPr>
        <w:spacing w:after="0" w:line="240" w:lineRule="auto"/>
      </w:pPr>
      <w:r>
        <w:separator/>
      </w:r>
    </w:p>
  </w:footnote>
  <w:footnote w:type="continuationSeparator" w:id="0">
    <w:p w14:paraId="5E22DD40" w14:textId="77777777" w:rsidR="00B90729" w:rsidRDefault="00B90729" w:rsidP="003453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16B9F" w14:textId="77777777" w:rsidR="00155F67" w:rsidRDefault="00155F6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506" w:type="pct"/>
      <w:tblInd w:w="2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535"/>
      <w:gridCol w:w="8094"/>
      <w:gridCol w:w="1812"/>
      <w:gridCol w:w="1394"/>
    </w:tblGrid>
    <w:tr w:rsidR="003453C9" w14:paraId="0F124EE5" w14:textId="77777777" w:rsidTr="0005219D">
      <w:trPr>
        <w:trHeight w:val="276"/>
      </w:trPr>
      <w:tc>
        <w:tcPr>
          <w:tcW w:w="598" w:type="pct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3FADB3A" w14:textId="77777777" w:rsidR="003453C9" w:rsidRDefault="003453C9" w:rsidP="003453C9">
          <w:pPr>
            <w:rPr>
              <w:rFonts w:cs="Arial"/>
            </w:rPr>
          </w:pPr>
          <w:r>
            <w:rPr>
              <w:rFonts w:cs="Arial"/>
              <w:noProof/>
              <w:lang w:eastAsia="tr-TR"/>
            </w:rPr>
            <w:drawing>
              <wp:inline distT="0" distB="0" distL="0" distR="0" wp14:anchorId="47DCDAD5" wp14:editId="7EC3FEA2">
                <wp:extent cx="739140" cy="1059180"/>
                <wp:effectExtent l="0" t="0" r="3810" b="7620"/>
                <wp:docPr id="1824646940" name="Resim 1" descr="logo, yazı tipi, simge, sembol, metin içeren bir resim&#10;&#10;Yapay zeka tarafından oluşturulan içerik yanlış olabilir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logo, yazı tipi, simge, sembol, metin içeren bir resim&#10;&#10;Yapay zeka tarafından oluşturulan içerik yanlış olabilir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9140" cy="1059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52" w:type="pct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9B9206E" w14:textId="6216D115" w:rsidR="003453C9" w:rsidRDefault="003453C9" w:rsidP="003453C9">
          <w:pPr>
            <w:jc w:val="center"/>
            <w:rPr>
              <w:rFonts w:ascii="Times New Roman" w:hAnsi="Times New Roman"/>
              <w:b/>
              <w:iCs/>
              <w:sz w:val="28"/>
              <w:szCs w:val="28"/>
            </w:rPr>
          </w:pPr>
          <w:r>
            <w:rPr>
              <w:b/>
              <w:sz w:val="28"/>
            </w:rPr>
            <w:br/>
          </w:r>
          <w:r>
            <w:rPr>
              <w:b/>
              <w:sz w:val="30"/>
            </w:rPr>
            <w:t>YÖNETİM BİLGİ İHTİYACI VE MEVCUT SİSTEM DEĞERLENDİRME FORMU</w:t>
          </w:r>
        </w:p>
      </w:tc>
      <w:tc>
        <w:tcPr>
          <w:tcW w:w="70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E1DF3B4" w14:textId="77777777" w:rsidR="003453C9" w:rsidRDefault="003453C9" w:rsidP="003453C9">
          <w:pPr>
            <w:rPr>
              <w:rFonts w:cs="Arial"/>
            </w:rPr>
          </w:pPr>
          <w:r>
            <w:rPr>
              <w:rFonts w:cs="Arial"/>
            </w:rPr>
            <w:t>Doküman No</w:t>
          </w:r>
        </w:p>
      </w:tc>
      <w:tc>
        <w:tcPr>
          <w:tcW w:w="54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E1B0EC5" w14:textId="7989C276" w:rsidR="003453C9" w:rsidRDefault="003453C9" w:rsidP="003453C9">
          <w:pPr>
            <w:rPr>
              <w:rFonts w:cs="Arial"/>
              <w:b/>
            </w:rPr>
          </w:pPr>
          <w:r>
            <w:rPr>
              <w:rFonts w:cs="Arial"/>
              <w:b/>
            </w:rPr>
            <w:t>FR-KBK-0</w:t>
          </w:r>
          <w:r w:rsidR="00155F67">
            <w:rPr>
              <w:rFonts w:cs="Arial"/>
              <w:b/>
            </w:rPr>
            <w:t>157</w:t>
          </w:r>
        </w:p>
      </w:tc>
    </w:tr>
    <w:tr w:rsidR="003453C9" w14:paraId="3708C761" w14:textId="77777777" w:rsidTr="0005219D">
      <w:trPr>
        <w:trHeight w:val="305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C696AED" w14:textId="77777777" w:rsidR="003453C9" w:rsidRDefault="003453C9" w:rsidP="003453C9">
          <w:pPr>
            <w:spacing w:after="0"/>
            <w:rPr>
              <w:rFonts w:cs="Arial"/>
            </w:rPr>
          </w:pPr>
        </w:p>
      </w:tc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337E7BC" w14:textId="77777777" w:rsidR="003453C9" w:rsidRDefault="003453C9" w:rsidP="003453C9">
          <w:pPr>
            <w:spacing w:after="0"/>
            <w:rPr>
              <w:rFonts w:ascii="Times New Roman" w:hAnsi="Times New Roman"/>
              <w:b/>
              <w:iCs/>
              <w:sz w:val="28"/>
              <w:szCs w:val="28"/>
            </w:rPr>
          </w:pPr>
        </w:p>
      </w:tc>
      <w:tc>
        <w:tcPr>
          <w:tcW w:w="70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2C1BE6A" w14:textId="77777777" w:rsidR="003453C9" w:rsidRDefault="003453C9" w:rsidP="003453C9">
          <w:pPr>
            <w:rPr>
              <w:rFonts w:cs="Arial"/>
            </w:rPr>
          </w:pPr>
          <w:r>
            <w:rPr>
              <w:rFonts w:cs="Arial"/>
            </w:rPr>
            <w:t>İlk Yayın Tarihi</w:t>
          </w:r>
        </w:p>
      </w:tc>
      <w:tc>
        <w:tcPr>
          <w:tcW w:w="54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DB294F2" w14:textId="77777777" w:rsidR="003453C9" w:rsidRDefault="003453C9" w:rsidP="003453C9">
          <w:pPr>
            <w:rPr>
              <w:rFonts w:cs="Arial"/>
              <w:b/>
            </w:rPr>
          </w:pPr>
          <w:r>
            <w:rPr>
              <w:rFonts w:cs="Arial"/>
              <w:b/>
            </w:rPr>
            <w:t>02.12.2025</w:t>
          </w:r>
        </w:p>
      </w:tc>
    </w:tr>
    <w:tr w:rsidR="003453C9" w14:paraId="3BF0B1B0" w14:textId="77777777" w:rsidTr="0005219D">
      <w:trPr>
        <w:trHeight w:val="276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6D5A84E" w14:textId="77777777" w:rsidR="003453C9" w:rsidRDefault="003453C9" w:rsidP="003453C9">
          <w:pPr>
            <w:spacing w:after="0"/>
            <w:rPr>
              <w:rFonts w:cs="Arial"/>
            </w:rPr>
          </w:pPr>
        </w:p>
      </w:tc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DA6B0E6" w14:textId="77777777" w:rsidR="003453C9" w:rsidRDefault="003453C9" w:rsidP="003453C9">
          <w:pPr>
            <w:spacing w:after="0"/>
            <w:rPr>
              <w:rFonts w:ascii="Times New Roman" w:hAnsi="Times New Roman"/>
              <w:b/>
              <w:iCs/>
              <w:sz w:val="28"/>
              <w:szCs w:val="28"/>
            </w:rPr>
          </w:pPr>
        </w:p>
      </w:tc>
      <w:tc>
        <w:tcPr>
          <w:tcW w:w="70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EDD24FE" w14:textId="77777777" w:rsidR="003453C9" w:rsidRDefault="003453C9" w:rsidP="003453C9">
          <w:pPr>
            <w:rPr>
              <w:rFonts w:cs="Arial"/>
            </w:rPr>
          </w:pPr>
          <w:r>
            <w:rPr>
              <w:rFonts w:cs="Arial"/>
            </w:rPr>
            <w:t>Revizyon Tarihi</w:t>
          </w:r>
        </w:p>
      </w:tc>
      <w:tc>
        <w:tcPr>
          <w:tcW w:w="54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4E12261" w14:textId="77777777" w:rsidR="003453C9" w:rsidRDefault="003453C9" w:rsidP="003453C9">
          <w:pPr>
            <w:rPr>
              <w:rFonts w:cs="Arial"/>
              <w:b/>
            </w:rPr>
          </w:pPr>
        </w:p>
      </w:tc>
    </w:tr>
    <w:tr w:rsidR="003453C9" w14:paraId="40F5F6BE" w14:textId="77777777" w:rsidTr="0005219D">
      <w:trPr>
        <w:trHeight w:val="276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BDD8D99" w14:textId="77777777" w:rsidR="003453C9" w:rsidRDefault="003453C9" w:rsidP="003453C9">
          <w:pPr>
            <w:spacing w:after="0"/>
            <w:rPr>
              <w:rFonts w:cs="Arial"/>
            </w:rPr>
          </w:pPr>
        </w:p>
      </w:tc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D8DE633" w14:textId="77777777" w:rsidR="003453C9" w:rsidRDefault="003453C9" w:rsidP="003453C9">
          <w:pPr>
            <w:spacing w:after="0"/>
            <w:rPr>
              <w:rFonts w:ascii="Times New Roman" w:hAnsi="Times New Roman"/>
              <w:b/>
              <w:iCs/>
              <w:sz w:val="28"/>
              <w:szCs w:val="28"/>
            </w:rPr>
          </w:pPr>
        </w:p>
      </w:tc>
      <w:tc>
        <w:tcPr>
          <w:tcW w:w="70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7C4EE2B" w14:textId="77777777" w:rsidR="003453C9" w:rsidRDefault="003453C9" w:rsidP="003453C9">
          <w:pPr>
            <w:rPr>
              <w:rFonts w:cs="Arial"/>
            </w:rPr>
          </w:pPr>
          <w:r>
            <w:rPr>
              <w:rFonts w:cs="Arial"/>
            </w:rPr>
            <w:t>Revizyon No</w:t>
          </w:r>
        </w:p>
      </w:tc>
      <w:tc>
        <w:tcPr>
          <w:tcW w:w="54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8F1D7F1" w14:textId="77777777" w:rsidR="003453C9" w:rsidRDefault="003453C9" w:rsidP="003453C9">
          <w:pPr>
            <w:rPr>
              <w:rFonts w:cs="Arial"/>
              <w:b/>
            </w:rPr>
          </w:pPr>
        </w:p>
      </w:tc>
    </w:tr>
    <w:tr w:rsidR="003453C9" w14:paraId="3F3DFB42" w14:textId="77777777" w:rsidTr="0005219D">
      <w:trPr>
        <w:trHeight w:val="276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707A7B9" w14:textId="77777777" w:rsidR="003453C9" w:rsidRDefault="003453C9" w:rsidP="003453C9">
          <w:pPr>
            <w:spacing w:after="0"/>
            <w:rPr>
              <w:rFonts w:cs="Arial"/>
            </w:rPr>
          </w:pPr>
        </w:p>
      </w:tc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BBA2FBC" w14:textId="77777777" w:rsidR="003453C9" w:rsidRDefault="003453C9" w:rsidP="003453C9">
          <w:pPr>
            <w:spacing w:after="0"/>
            <w:rPr>
              <w:rFonts w:ascii="Times New Roman" w:hAnsi="Times New Roman"/>
              <w:b/>
              <w:iCs/>
              <w:sz w:val="28"/>
              <w:szCs w:val="28"/>
            </w:rPr>
          </w:pPr>
        </w:p>
      </w:tc>
      <w:tc>
        <w:tcPr>
          <w:tcW w:w="70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0C61CBB" w14:textId="77777777" w:rsidR="003453C9" w:rsidRDefault="003453C9" w:rsidP="003453C9">
          <w:pPr>
            <w:rPr>
              <w:rFonts w:cs="Arial"/>
            </w:rPr>
          </w:pPr>
          <w:r>
            <w:rPr>
              <w:rFonts w:cs="Arial"/>
            </w:rPr>
            <w:t>Sayfa</w:t>
          </w:r>
        </w:p>
      </w:tc>
      <w:tc>
        <w:tcPr>
          <w:tcW w:w="54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B491F2D" w14:textId="77777777" w:rsidR="003453C9" w:rsidRDefault="003453C9" w:rsidP="003453C9">
          <w:pPr>
            <w:rPr>
              <w:rFonts w:cs="Arial"/>
              <w:b/>
            </w:rPr>
          </w:pPr>
          <w:r>
            <w:rPr>
              <w:rFonts w:cs="Arial"/>
              <w:b/>
              <w:noProof/>
            </w:rPr>
            <w:t>1</w:t>
          </w:r>
          <w:r>
            <w:rPr>
              <w:rFonts w:cs="Arial"/>
              <w:b/>
            </w:rPr>
            <w:t>/</w:t>
          </w:r>
          <w:r>
            <w:rPr>
              <w:rFonts w:cs="Arial"/>
              <w:b/>
              <w:noProof/>
            </w:rPr>
            <w:t>1</w:t>
          </w:r>
        </w:p>
      </w:tc>
    </w:tr>
  </w:tbl>
  <w:p w14:paraId="09BB0011" w14:textId="77777777" w:rsidR="003453C9" w:rsidRDefault="003453C9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6877F" w14:textId="77777777" w:rsidR="00155F67" w:rsidRDefault="00155F6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72860210">
    <w:abstractNumId w:val="8"/>
  </w:num>
  <w:num w:numId="2" w16cid:durableId="596643987">
    <w:abstractNumId w:val="6"/>
  </w:num>
  <w:num w:numId="3" w16cid:durableId="175538072">
    <w:abstractNumId w:val="5"/>
  </w:num>
  <w:num w:numId="4" w16cid:durableId="1173060139">
    <w:abstractNumId w:val="4"/>
  </w:num>
  <w:num w:numId="5" w16cid:durableId="1795781882">
    <w:abstractNumId w:val="7"/>
  </w:num>
  <w:num w:numId="6" w16cid:durableId="159851416">
    <w:abstractNumId w:val="3"/>
  </w:num>
  <w:num w:numId="7" w16cid:durableId="20396449">
    <w:abstractNumId w:val="2"/>
  </w:num>
  <w:num w:numId="8" w16cid:durableId="394159320">
    <w:abstractNumId w:val="1"/>
  </w:num>
  <w:num w:numId="9" w16cid:durableId="8332284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55F67"/>
    <w:rsid w:val="001D4A35"/>
    <w:rsid w:val="0029639D"/>
    <w:rsid w:val="00326F90"/>
    <w:rsid w:val="003453C9"/>
    <w:rsid w:val="00516BD0"/>
    <w:rsid w:val="0065662E"/>
    <w:rsid w:val="00AA1D8D"/>
    <w:rsid w:val="00B47730"/>
    <w:rsid w:val="00B90729"/>
    <w:rsid w:val="00CB0664"/>
    <w:rsid w:val="00E80E7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3F15DB"/>
  <w14:defaultImageDpi w14:val="300"/>
  <w15:docId w15:val="{4F0B894D-E937-40E8-ADB1-A406913B7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Selin Tozoglu</cp:lastModifiedBy>
  <cp:revision>3</cp:revision>
  <dcterms:created xsi:type="dcterms:W3CDTF">2013-12-23T23:15:00Z</dcterms:created>
  <dcterms:modified xsi:type="dcterms:W3CDTF">2026-08-07T13:47:00Z</dcterms:modified>
  <cp:category/>
</cp:coreProperties>
</file>