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2443" w14:textId="77777777" w:rsidR="00C8143D" w:rsidRDefault="00000000">
      <w:pPr>
        <w:pStyle w:val="Balk1"/>
        <w:spacing w:before="120" w:after="60"/>
      </w:pPr>
      <w:r>
        <w:t>A. GENEL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13"/>
        <w:gridCol w:w="5213"/>
      </w:tblGrid>
      <w:tr w:rsidR="00C8143D" w14:paraId="17138831" w14:textId="77777777">
        <w:tc>
          <w:tcPr>
            <w:tcW w:w="5213" w:type="dxa"/>
            <w:shd w:val="clear" w:color="auto" w:fill="EAF0F8"/>
            <w:vAlign w:val="center"/>
          </w:tcPr>
          <w:p w14:paraId="4ADEC4EA" w14:textId="77777777" w:rsidR="00C8143D" w:rsidRDefault="00000000">
            <w:r>
              <w:rPr>
                <w:b/>
                <w:sz w:val="17"/>
              </w:rPr>
              <w:t>Fakülte/Yüksekokul</w:t>
            </w:r>
          </w:p>
        </w:tc>
        <w:tc>
          <w:tcPr>
            <w:tcW w:w="5213" w:type="dxa"/>
            <w:vAlign w:val="center"/>
          </w:tcPr>
          <w:p w14:paraId="5F3533DD" w14:textId="77777777" w:rsidR="00C8143D" w:rsidRDefault="00C8143D"/>
        </w:tc>
      </w:tr>
      <w:tr w:rsidR="00C8143D" w14:paraId="5B519FC2" w14:textId="77777777">
        <w:tc>
          <w:tcPr>
            <w:tcW w:w="5213" w:type="dxa"/>
            <w:shd w:val="clear" w:color="auto" w:fill="EAF0F8"/>
            <w:vAlign w:val="center"/>
          </w:tcPr>
          <w:p w14:paraId="635C90A6" w14:textId="77777777" w:rsidR="00C8143D" w:rsidRDefault="00000000">
            <w:r>
              <w:rPr>
                <w:b/>
                <w:sz w:val="17"/>
              </w:rPr>
              <w:t>Program</w:t>
            </w:r>
          </w:p>
        </w:tc>
        <w:tc>
          <w:tcPr>
            <w:tcW w:w="5213" w:type="dxa"/>
            <w:vAlign w:val="center"/>
          </w:tcPr>
          <w:p w14:paraId="712609C4" w14:textId="77777777" w:rsidR="00C8143D" w:rsidRDefault="00C8143D"/>
        </w:tc>
      </w:tr>
      <w:tr w:rsidR="00C8143D" w14:paraId="6AB9AEF3" w14:textId="77777777">
        <w:tc>
          <w:tcPr>
            <w:tcW w:w="5213" w:type="dxa"/>
            <w:shd w:val="clear" w:color="auto" w:fill="EAF0F8"/>
            <w:vAlign w:val="center"/>
          </w:tcPr>
          <w:p w14:paraId="656AC38B" w14:textId="77777777" w:rsidR="00C8143D" w:rsidRDefault="00000000">
            <w:r>
              <w:rPr>
                <w:b/>
                <w:sz w:val="17"/>
              </w:rPr>
              <w:t>Akran Değerlendirme Tarihi</w:t>
            </w:r>
          </w:p>
        </w:tc>
        <w:tc>
          <w:tcPr>
            <w:tcW w:w="5213" w:type="dxa"/>
            <w:vAlign w:val="center"/>
          </w:tcPr>
          <w:p w14:paraId="4BDCA52E" w14:textId="77777777" w:rsidR="00C8143D" w:rsidRDefault="00C8143D"/>
        </w:tc>
      </w:tr>
      <w:tr w:rsidR="00C8143D" w14:paraId="2FC84FCF" w14:textId="77777777">
        <w:tc>
          <w:tcPr>
            <w:tcW w:w="5213" w:type="dxa"/>
            <w:shd w:val="clear" w:color="auto" w:fill="EAF0F8"/>
            <w:vAlign w:val="center"/>
          </w:tcPr>
          <w:p w14:paraId="707986ED" w14:textId="77777777" w:rsidR="00C8143D" w:rsidRDefault="00000000">
            <w:r>
              <w:rPr>
                <w:b/>
                <w:sz w:val="17"/>
              </w:rPr>
              <w:t>Nihai Rapor Tarihi</w:t>
            </w:r>
          </w:p>
        </w:tc>
        <w:tc>
          <w:tcPr>
            <w:tcW w:w="5213" w:type="dxa"/>
            <w:vAlign w:val="center"/>
          </w:tcPr>
          <w:p w14:paraId="013A2C76" w14:textId="77777777" w:rsidR="00C8143D" w:rsidRDefault="00C8143D"/>
        </w:tc>
      </w:tr>
      <w:tr w:rsidR="00C8143D" w14:paraId="33384822" w14:textId="77777777">
        <w:tc>
          <w:tcPr>
            <w:tcW w:w="5213" w:type="dxa"/>
            <w:shd w:val="clear" w:color="auto" w:fill="EAF0F8"/>
            <w:vAlign w:val="center"/>
          </w:tcPr>
          <w:p w14:paraId="32AA80BB" w14:textId="77777777" w:rsidR="00C8143D" w:rsidRDefault="00000000">
            <w:r>
              <w:rPr>
                <w:b/>
                <w:sz w:val="17"/>
              </w:rPr>
              <w:t>İyileştirme Planının Hazırlanma Tarihi</w:t>
            </w:r>
          </w:p>
        </w:tc>
        <w:tc>
          <w:tcPr>
            <w:tcW w:w="5213" w:type="dxa"/>
            <w:vAlign w:val="center"/>
          </w:tcPr>
          <w:p w14:paraId="521964AE" w14:textId="77777777" w:rsidR="00C8143D" w:rsidRDefault="00C8143D"/>
        </w:tc>
      </w:tr>
      <w:tr w:rsidR="00C8143D" w14:paraId="43580F12" w14:textId="77777777">
        <w:tc>
          <w:tcPr>
            <w:tcW w:w="5213" w:type="dxa"/>
            <w:shd w:val="clear" w:color="auto" w:fill="EAF0F8"/>
            <w:vAlign w:val="center"/>
          </w:tcPr>
          <w:p w14:paraId="11340524" w14:textId="77777777" w:rsidR="00C8143D" w:rsidRDefault="00000000">
            <w:r>
              <w:rPr>
                <w:b/>
                <w:sz w:val="17"/>
              </w:rPr>
              <w:t>Sorumlu Program/Bölüm Başkanı</w:t>
            </w:r>
          </w:p>
        </w:tc>
        <w:tc>
          <w:tcPr>
            <w:tcW w:w="5213" w:type="dxa"/>
            <w:vAlign w:val="center"/>
          </w:tcPr>
          <w:p w14:paraId="13B5DFD1" w14:textId="77777777" w:rsidR="00C8143D" w:rsidRDefault="00C8143D"/>
        </w:tc>
      </w:tr>
      <w:tr w:rsidR="00C8143D" w14:paraId="53E2BFA8" w14:textId="77777777">
        <w:tc>
          <w:tcPr>
            <w:tcW w:w="5213" w:type="dxa"/>
            <w:shd w:val="clear" w:color="auto" w:fill="EAF0F8"/>
            <w:vAlign w:val="center"/>
          </w:tcPr>
          <w:p w14:paraId="2446FD95" w14:textId="77777777" w:rsidR="00C8143D" w:rsidRDefault="00000000">
            <w:r>
              <w:rPr>
                <w:b/>
                <w:sz w:val="17"/>
              </w:rPr>
              <w:t>İzleme Dönemi</w:t>
            </w:r>
          </w:p>
        </w:tc>
        <w:tc>
          <w:tcPr>
            <w:tcW w:w="5213" w:type="dxa"/>
            <w:vAlign w:val="center"/>
          </w:tcPr>
          <w:p w14:paraId="527B0103" w14:textId="77777777" w:rsidR="00C8143D" w:rsidRDefault="00C8143D"/>
        </w:tc>
      </w:tr>
    </w:tbl>
    <w:p w14:paraId="3CDF7BA1" w14:textId="77777777" w:rsidR="00C8143D" w:rsidRDefault="00000000">
      <w:pPr>
        <w:pStyle w:val="Balk1"/>
        <w:spacing w:before="120" w:after="60"/>
      </w:pPr>
      <w:r>
        <w:t>B. İYİLEŞTİRME EYLEM PLANI</w:t>
      </w:r>
    </w:p>
    <w:p w14:paraId="6496A308" w14:textId="77777777" w:rsidR="00C8143D" w:rsidRDefault="00000000">
      <w:r>
        <w:rPr>
          <w:sz w:val="17"/>
        </w:rPr>
        <w:t>Nihai Akran Değerlendirme Raporunda belirtilen gelişmeye açık yönler ve iyileştirme önerileri program tarafından değerlendirilerek aşağıdaki tabloda izlenir. Uygulanmamasına karar verilen öneriler için gerekçe belirtilir.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 w:rsidR="00C8143D" w14:paraId="54DDA1EC" w14:textId="77777777">
        <w:trPr>
          <w:tblHeader/>
          <w:jc w:val="center"/>
        </w:trPr>
        <w:tc>
          <w:tcPr>
            <w:tcW w:w="1489" w:type="dxa"/>
            <w:shd w:val="clear" w:color="auto" w:fill="D9E2F3"/>
            <w:vAlign w:val="center"/>
          </w:tcPr>
          <w:p w14:paraId="01F9580E" w14:textId="77777777" w:rsidR="00C8143D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55B3C503" w14:textId="77777777" w:rsidR="00C8143D" w:rsidRDefault="00000000">
            <w:r>
              <w:rPr>
                <w:b/>
                <w:sz w:val="16"/>
              </w:rPr>
              <w:t>İlgili Ölçüt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6C99D935" w14:textId="77777777" w:rsidR="00C8143D" w:rsidRDefault="00000000">
            <w:r>
              <w:rPr>
                <w:b/>
                <w:sz w:val="16"/>
              </w:rPr>
              <w:t>Gelişmeye Açık Yön / Öneri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652EC448" w14:textId="77777777" w:rsidR="00C8143D" w:rsidRDefault="00000000">
            <w:r>
              <w:rPr>
                <w:b/>
                <w:sz w:val="16"/>
              </w:rPr>
              <w:t>Programın Kararı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4E2CEC13" w14:textId="77777777" w:rsidR="00C8143D" w:rsidRDefault="00000000">
            <w:r>
              <w:rPr>
                <w:b/>
                <w:sz w:val="16"/>
              </w:rPr>
              <w:t>Planlanan İyileştirme Faaliyeti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2C6980A7" w14:textId="77777777" w:rsidR="00C8143D" w:rsidRDefault="00000000">
            <w:r>
              <w:rPr>
                <w:b/>
                <w:sz w:val="16"/>
              </w:rPr>
              <w:t>Sorumlu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667941C9" w14:textId="77777777" w:rsidR="00C8143D" w:rsidRDefault="00000000">
            <w:r>
              <w:rPr>
                <w:b/>
                <w:sz w:val="16"/>
              </w:rPr>
              <w:t>Termin</w:t>
            </w:r>
          </w:p>
        </w:tc>
      </w:tr>
      <w:tr w:rsidR="00C8143D" w14:paraId="0467447C" w14:textId="77777777">
        <w:trPr>
          <w:jc w:val="center"/>
        </w:trPr>
        <w:tc>
          <w:tcPr>
            <w:tcW w:w="1489" w:type="dxa"/>
            <w:vAlign w:val="center"/>
          </w:tcPr>
          <w:p w14:paraId="5599B5C5" w14:textId="77777777" w:rsidR="00C8143D" w:rsidRDefault="00000000">
            <w:r>
              <w:rPr>
                <w:sz w:val="16"/>
              </w:rPr>
              <w:t>1</w:t>
            </w:r>
          </w:p>
        </w:tc>
        <w:tc>
          <w:tcPr>
            <w:tcW w:w="1489" w:type="dxa"/>
            <w:vAlign w:val="center"/>
          </w:tcPr>
          <w:p w14:paraId="04DF3B02" w14:textId="77777777" w:rsidR="00C8143D" w:rsidRDefault="00C8143D"/>
        </w:tc>
        <w:tc>
          <w:tcPr>
            <w:tcW w:w="1489" w:type="dxa"/>
            <w:vAlign w:val="center"/>
          </w:tcPr>
          <w:p w14:paraId="02E7798C" w14:textId="77777777" w:rsidR="00C8143D" w:rsidRDefault="00C8143D"/>
        </w:tc>
        <w:tc>
          <w:tcPr>
            <w:tcW w:w="1489" w:type="dxa"/>
            <w:vAlign w:val="center"/>
          </w:tcPr>
          <w:p w14:paraId="052E9DB8" w14:textId="77777777" w:rsidR="00C8143D" w:rsidRDefault="00000000">
            <w:r>
              <w:rPr>
                <w:sz w:val="14"/>
              </w:rPr>
              <w:t>☐ Uygulanacak</w:t>
            </w:r>
            <w:r>
              <w:rPr>
                <w:sz w:val="14"/>
              </w:rPr>
              <w:br/>
              <w:t>☐ Kısmen uygulanacak</w:t>
            </w:r>
            <w:r>
              <w:rPr>
                <w:sz w:val="14"/>
              </w:rPr>
              <w:br/>
              <w:t>☐ Uygulanmayacak</w:t>
            </w:r>
          </w:p>
        </w:tc>
        <w:tc>
          <w:tcPr>
            <w:tcW w:w="1489" w:type="dxa"/>
            <w:vAlign w:val="center"/>
          </w:tcPr>
          <w:p w14:paraId="6865559D" w14:textId="77777777" w:rsidR="00C8143D" w:rsidRDefault="00C8143D"/>
        </w:tc>
        <w:tc>
          <w:tcPr>
            <w:tcW w:w="1489" w:type="dxa"/>
            <w:vAlign w:val="center"/>
          </w:tcPr>
          <w:p w14:paraId="12925A98" w14:textId="77777777" w:rsidR="00C8143D" w:rsidRDefault="00C8143D"/>
        </w:tc>
        <w:tc>
          <w:tcPr>
            <w:tcW w:w="1489" w:type="dxa"/>
            <w:vAlign w:val="center"/>
          </w:tcPr>
          <w:p w14:paraId="13AA395C" w14:textId="77777777" w:rsidR="00C8143D" w:rsidRDefault="00C8143D"/>
        </w:tc>
      </w:tr>
      <w:tr w:rsidR="00C8143D" w14:paraId="11FFD3F0" w14:textId="77777777">
        <w:trPr>
          <w:jc w:val="center"/>
        </w:trPr>
        <w:tc>
          <w:tcPr>
            <w:tcW w:w="1489" w:type="dxa"/>
            <w:vAlign w:val="center"/>
          </w:tcPr>
          <w:p w14:paraId="08BAF628" w14:textId="77777777" w:rsidR="00C8143D" w:rsidRDefault="00000000">
            <w:r>
              <w:rPr>
                <w:sz w:val="16"/>
              </w:rPr>
              <w:t>2</w:t>
            </w:r>
          </w:p>
        </w:tc>
        <w:tc>
          <w:tcPr>
            <w:tcW w:w="1489" w:type="dxa"/>
            <w:vAlign w:val="center"/>
          </w:tcPr>
          <w:p w14:paraId="07821D59" w14:textId="77777777" w:rsidR="00C8143D" w:rsidRDefault="00C8143D"/>
        </w:tc>
        <w:tc>
          <w:tcPr>
            <w:tcW w:w="1489" w:type="dxa"/>
            <w:vAlign w:val="center"/>
          </w:tcPr>
          <w:p w14:paraId="25AC9761" w14:textId="77777777" w:rsidR="00C8143D" w:rsidRDefault="00C8143D"/>
        </w:tc>
        <w:tc>
          <w:tcPr>
            <w:tcW w:w="1489" w:type="dxa"/>
            <w:vAlign w:val="center"/>
          </w:tcPr>
          <w:p w14:paraId="693838FB" w14:textId="77777777" w:rsidR="00C8143D" w:rsidRDefault="00000000">
            <w:r>
              <w:rPr>
                <w:sz w:val="14"/>
              </w:rPr>
              <w:t>☐ Uygulanacak</w:t>
            </w:r>
            <w:r>
              <w:rPr>
                <w:sz w:val="14"/>
              </w:rPr>
              <w:br/>
              <w:t>☐ Kısmen uygulanacak</w:t>
            </w:r>
            <w:r>
              <w:rPr>
                <w:sz w:val="14"/>
              </w:rPr>
              <w:br/>
              <w:t>☐ Uygulanmayacak</w:t>
            </w:r>
          </w:p>
        </w:tc>
        <w:tc>
          <w:tcPr>
            <w:tcW w:w="1489" w:type="dxa"/>
            <w:vAlign w:val="center"/>
          </w:tcPr>
          <w:p w14:paraId="2CEEDFBC" w14:textId="77777777" w:rsidR="00C8143D" w:rsidRDefault="00C8143D"/>
        </w:tc>
        <w:tc>
          <w:tcPr>
            <w:tcW w:w="1489" w:type="dxa"/>
            <w:vAlign w:val="center"/>
          </w:tcPr>
          <w:p w14:paraId="6309EE03" w14:textId="77777777" w:rsidR="00C8143D" w:rsidRDefault="00C8143D"/>
        </w:tc>
        <w:tc>
          <w:tcPr>
            <w:tcW w:w="1489" w:type="dxa"/>
            <w:vAlign w:val="center"/>
          </w:tcPr>
          <w:p w14:paraId="0EFCC435" w14:textId="77777777" w:rsidR="00C8143D" w:rsidRDefault="00C8143D"/>
        </w:tc>
      </w:tr>
      <w:tr w:rsidR="00C8143D" w14:paraId="059966F9" w14:textId="77777777">
        <w:trPr>
          <w:jc w:val="center"/>
        </w:trPr>
        <w:tc>
          <w:tcPr>
            <w:tcW w:w="1489" w:type="dxa"/>
            <w:vAlign w:val="center"/>
          </w:tcPr>
          <w:p w14:paraId="1E7257E2" w14:textId="77777777" w:rsidR="00C8143D" w:rsidRDefault="00000000">
            <w:r>
              <w:rPr>
                <w:sz w:val="16"/>
              </w:rPr>
              <w:t>3</w:t>
            </w:r>
          </w:p>
        </w:tc>
        <w:tc>
          <w:tcPr>
            <w:tcW w:w="1489" w:type="dxa"/>
            <w:vAlign w:val="center"/>
          </w:tcPr>
          <w:p w14:paraId="23A24DB3" w14:textId="77777777" w:rsidR="00C8143D" w:rsidRDefault="00C8143D"/>
        </w:tc>
        <w:tc>
          <w:tcPr>
            <w:tcW w:w="1489" w:type="dxa"/>
            <w:vAlign w:val="center"/>
          </w:tcPr>
          <w:p w14:paraId="248B8247" w14:textId="77777777" w:rsidR="00C8143D" w:rsidRDefault="00C8143D"/>
        </w:tc>
        <w:tc>
          <w:tcPr>
            <w:tcW w:w="1489" w:type="dxa"/>
            <w:vAlign w:val="center"/>
          </w:tcPr>
          <w:p w14:paraId="1711A4C1" w14:textId="77777777" w:rsidR="00C8143D" w:rsidRDefault="00000000">
            <w:r>
              <w:rPr>
                <w:sz w:val="14"/>
              </w:rPr>
              <w:t>☐ Uygulanacak</w:t>
            </w:r>
            <w:r>
              <w:rPr>
                <w:sz w:val="14"/>
              </w:rPr>
              <w:br/>
              <w:t>☐ Kısmen uygulanacak</w:t>
            </w:r>
            <w:r>
              <w:rPr>
                <w:sz w:val="14"/>
              </w:rPr>
              <w:br/>
              <w:t>☐ Uygulanmayacak</w:t>
            </w:r>
          </w:p>
        </w:tc>
        <w:tc>
          <w:tcPr>
            <w:tcW w:w="1489" w:type="dxa"/>
            <w:vAlign w:val="center"/>
          </w:tcPr>
          <w:p w14:paraId="1AEA341E" w14:textId="77777777" w:rsidR="00C8143D" w:rsidRDefault="00C8143D"/>
        </w:tc>
        <w:tc>
          <w:tcPr>
            <w:tcW w:w="1489" w:type="dxa"/>
            <w:vAlign w:val="center"/>
          </w:tcPr>
          <w:p w14:paraId="25DE18A0" w14:textId="77777777" w:rsidR="00C8143D" w:rsidRDefault="00C8143D"/>
        </w:tc>
        <w:tc>
          <w:tcPr>
            <w:tcW w:w="1489" w:type="dxa"/>
            <w:vAlign w:val="center"/>
          </w:tcPr>
          <w:p w14:paraId="54636EAB" w14:textId="77777777" w:rsidR="00C8143D" w:rsidRDefault="00C8143D"/>
        </w:tc>
      </w:tr>
      <w:tr w:rsidR="00C8143D" w14:paraId="34FC0666" w14:textId="77777777">
        <w:trPr>
          <w:jc w:val="center"/>
        </w:trPr>
        <w:tc>
          <w:tcPr>
            <w:tcW w:w="1489" w:type="dxa"/>
            <w:vAlign w:val="center"/>
          </w:tcPr>
          <w:p w14:paraId="6910118E" w14:textId="77777777" w:rsidR="00C8143D" w:rsidRDefault="00000000">
            <w:r>
              <w:rPr>
                <w:sz w:val="16"/>
              </w:rPr>
              <w:t>4</w:t>
            </w:r>
          </w:p>
        </w:tc>
        <w:tc>
          <w:tcPr>
            <w:tcW w:w="1489" w:type="dxa"/>
            <w:vAlign w:val="center"/>
          </w:tcPr>
          <w:p w14:paraId="287E7025" w14:textId="77777777" w:rsidR="00C8143D" w:rsidRDefault="00C8143D"/>
        </w:tc>
        <w:tc>
          <w:tcPr>
            <w:tcW w:w="1489" w:type="dxa"/>
            <w:vAlign w:val="center"/>
          </w:tcPr>
          <w:p w14:paraId="15A10313" w14:textId="77777777" w:rsidR="00C8143D" w:rsidRDefault="00C8143D"/>
        </w:tc>
        <w:tc>
          <w:tcPr>
            <w:tcW w:w="1489" w:type="dxa"/>
            <w:vAlign w:val="center"/>
          </w:tcPr>
          <w:p w14:paraId="5CFFBC41" w14:textId="77777777" w:rsidR="00C8143D" w:rsidRDefault="00000000">
            <w:r>
              <w:rPr>
                <w:sz w:val="14"/>
              </w:rPr>
              <w:t>☐ Uygulanacak</w:t>
            </w:r>
            <w:r>
              <w:rPr>
                <w:sz w:val="14"/>
              </w:rPr>
              <w:br/>
              <w:t>☐ Kısmen uygulanacak</w:t>
            </w:r>
            <w:r>
              <w:rPr>
                <w:sz w:val="14"/>
              </w:rPr>
              <w:br/>
              <w:t>☐ Uygulanmayacak</w:t>
            </w:r>
          </w:p>
        </w:tc>
        <w:tc>
          <w:tcPr>
            <w:tcW w:w="1489" w:type="dxa"/>
            <w:vAlign w:val="center"/>
          </w:tcPr>
          <w:p w14:paraId="59E5E6F9" w14:textId="77777777" w:rsidR="00C8143D" w:rsidRDefault="00C8143D"/>
        </w:tc>
        <w:tc>
          <w:tcPr>
            <w:tcW w:w="1489" w:type="dxa"/>
            <w:vAlign w:val="center"/>
          </w:tcPr>
          <w:p w14:paraId="63DAC4BB" w14:textId="77777777" w:rsidR="00C8143D" w:rsidRDefault="00C8143D"/>
        </w:tc>
        <w:tc>
          <w:tcPr>
            <w:tcW w:w="1489" w:type="dxa"/>
            <w:vAlign w:val="center"/>
          </w:tcPr>
          <w:p w14:paraId="5ABA37D0" w14:textId="77777777" w:rsidR="00C8143D" w:rsidRDefault="00C8143D"/>
        </w:tc>
      </w:tr>
      <w:tr w:rsidR="00C8143D" w14:paraId="1E010D3C" w14:textId="77777777">
        <w:trPr>
          <w:jc w:val="center"/>
        </w:trPr>
        <w:tc>
          <w:tcPr>
            <w:tcW w:w="1489" w:type="dxa"/>
            <w:vAlign w:val="center"/>
          </w:tcPr>
          <w:p w14:paraId="438E36BE" w14:textId="77777777" w:rsidR="00C8143D" w:rsidRDefault="00000000">
            <w:r>
              <w:rPr>
                <w:sz w:val="16"/>
              </w:rPr>
              <w:t>5</w:t>
            </w:r>
          </w:p>
        </w:tc>
        <w:tc>
          <w:tcPr>
            <w:tcW w:w="1489" w:type="dxa"/>
            <w:vAlign w:val="center"/>
          </w:tcPr>
          <w:p w14:paraId="41D70000" w14:textId="77777777" w:rsidR="00C8143D" w:rsidRDefault="00C8143D"/>
        </w:tc>
        <w:tc>
          <w:tcPr>
            <w:tcW w:w="1489" w:type="dxa"/>
            <w:vAlign w:val="center"/>
          </w:tcPr>
          <w:p w14:paraId="7027C5D5" w14:textId="77777777" w:rsidR="00C8143D" w:rsidRDefault="00C8143D"/>
        </w:tc>
        <w:tc>
          <w:tcPr>
            <w:tcW w:w="1489" w:type="dxa"/>
            <w:vAlign w:val="center"/>
          </w:tcPr>
          <w:p w14:paraId="40DD614F" w14:textId="77777777" w:rsidR="00C8143D" w:rsidRDefault="00000000">
            <w:r>
              <w:rPr>
                <w:sz w:val="14"/>
              </w:rPr>
              <w:t>☐ Uygulanacak</w:t>
            </w:r>
            <w:r>
              <w:rPr>
                <w:sz w:val="14"/>
              </w:rPr>
              <w:br/>
              <w:t>☐ Kısmen uygulanacak</w:t>
            </w:r>
            <w:r>
              <w:rPr>
                <w:sz w:val="14"/>
              </w:rPr>
              <w:br/>
              <w:t>☐ Uygulanmayacak</w:t>
            </w:r>
          </w:p>
        </w:tc>
        <w:tc>
          <w:tcPr>
            <w:tcW w:w="1489" w:type="dxa"/>
            <w:vAlign w:val="center"/>
          </w:tcPr>
          <w:p w14:paraId="07EAE0F4" w14:textId="77777777" w:rsidR="00C8143D" w:rsidRDefault="00C8143D"/>
        </w:tc>
        <w:tc>
          <w:tcPr>
            <w:tcW w:w="1489" w:type="dxa"/>
            <w:vAlign w:val="center"/>
          </w:tcPr>
          <w:p w14:paraId="58C4AE88" w14:textId="77777777" w:rsidR="00C8143D" w:rsidRDefault="00C8143D"/>
        </w:tc>
        <w:tc>
          <w:tcPr>
            <w:tcW w:w="1489" w:type="dxa"/>
            <w:vAlign w:val="center"/>
          </w:tcPr>
          <w:p w14:paraId="0C687299" w14:textId="77777777" w:rsidR="00C8143D" w:rsidRDefault="00C8143D"/>
        </w:tc>
      </w:tr>
      <w:tr w:rsidR="00C8143D" w14:paraId="19CA28BD" w14:textId="77777777">
        <w:trPr>
          <w:jc w:val="center"/>
        </w:trPr>
        <w:tc>
          <w:tcPr>
            <w:tcW w:w="1489" w:type="dxa"/>
            <w:vAlign w:val="center"/>
          </w:tcPr>
          <w:p w14:paraId="29656C5F" w14:textId="77777777" w:rsidR="00C8143D" w:rsidRDefault="00000000">
            <w:r>
              <w:rPr>
                <w:sz w:val="16"/>
              </w:rPr>
              <w:t>6</w:t>
            </w:r>
          </w:p>
        </w:tc>
        <w:tc>
          <w:tcPr>
            <w:tcW w:w="1489" w:type="dxa"/>
            <w:vAlign w:val="center"/>
          </w:tcPr>
          <w:p w14:paraId="32FB4D7B" w14:textId="77777777" w:rsidR="00C8143D" w:rsidRDefault="00C8143D"/>
        </w:tc>
        <w:tc>
          <w:tcPr>
            <w:tcW w:w="1489" w:type="dxa"/>
            <w:vAlign w:val="center"/>
          </w:tcPr>
          <w:p w14:paraId="6DD840C5" w14:textId="77777777" w:rsidR="00C8143D" w:rsidRDefault="00C8143D"/>
        </w:tc>
        <w:tc>
          <w:tcPr>
            <w:tcW w:w="1489" w:type="dxa"/>
            <w:vAlign w:val="center"/>
          </w:tcPr>
          <w:p w14:paraId="1C39C4A6" w14:textId="77777777" w:rsidR="00C8143D" w:rsidRDefault="00000000">
            <w:r>
              <w:rPr>
                <w:sz w:val="14"/>
              </w:rPr>
              <w:t>☐ Uygulanacak</w:t>
            </w:r>
            <w:r>
              <w:rPr>
                <w:sz w:val="14"/>
              </w:rPr>
              <w:br/>
              <w:t>☐ Kısmen uygulanacak</w:t>
            </w:r>
            <w:r>
              <w:rPr>
                <w:sz w:val="14"/>
              </w:rPr>
              <w:br/>
              <w:t>☐ Uygulanmayacak</w:t>
            </w:r>
          </w:p>
        </w:tc>
        <w:tc>
          <w:tcPr>
            <w:tcW w:w="1489" w:type="dxa"/>
            <w:vAlign w:val="center"/>
          </w:tcPr>
          <w:p w14:paraId="6F39CA2D" w14:textId="77777777" w:rsidR="00C8143D" w:rsidRDefault="00C8143D"/>
        </w:tc>
        <w:tc>
          <w:tcPr>
            <w:tcW w:w="1489" w:type="dxa"/>
            <w:vAlign w:val="center"/>
          </w:tcPr>
          <w:p w14:paraId="170E1131" w14:textId="77777777" w:rsidR="00C8143D" w:rsidRDefault="00C8143D"/>
        </w:tc>
        <w:tc>
          <w:tcPr>
            <w:tcW w:w="1489" w:type="dxa"/>
            <w:vAlign w:val="center"/>
          </w:tcPr>
          <w:p w14:paraId="11B64D8F" w14:textId="77777777" w:rsidR="00C8143D" w:rsidRDefault="00C8143D"/>
        </w:tc>
      </w:tr>
      <w:tr w:rsidR="00C8143D" w14:paraId="3CA5CE5C" w14:textId="77777777">
        <w:trPr>
          <w:jc w:val="center"/>
        </w:trPr>
        <w:tc>
          <w:tcPr>
            <w:tcW w:w="1489" w:type="dxa"/>
            <w:vAlign w:val="center"/>
          </w:tcPr>
          <w:p w14:paraId="7B89A091" w14:textId="77777777" w:rsidR="00C8143D" w:rsidRDefault="00000000">
            <w:r>
              <w:rPr>
                <w:sz w:val="16"/>
              </w:rPr>
              <w:t>7</w:t>
            </w:r>
          </w:p>
        </w:tc>
        <w:tc>
          <w:tcPr>
            <w:tcW w:w="1489" w:type="dxa"/>
            <w:vAlign w:val="center"/>
          </w:tcPr>
          <w:p w14:paraId="69E1C692" w14:textId="77777777" w:rsidR="00C8143D" w:rsidRDefault="00C8143D"/>
        </w:tc>
        <w:tc>
          <w:tcPr>
            <w:tcW w:w="1489" w:type="dxa"/>
            <w:vAlign w:val="center"/>
          </w:tcPr>
          <w:p w14:paraId="158BBE76" w14:textId="77777777" w:rsidR="00C8143D" w:rsidRDefault="00C8143D"/>
        </w:tc>
        <w:tc>
          <w:tcPr>
            <w:tcW w:w="1489" w:type="dxa"/>
            <w:vAlign w:val="center"/>
          </w:tcPr>
          <w:p w14:paraId="2D166C2A" w14:textId="77777777" w:rsidR="00C8143D" w:rsidRDefault="00000000">
            <w:r>
              <w:rPr>
                <w:sz w:val="14"/>
              </w:rPr>
              <w:t>☐ Uygulanacak</w:t>
            </w:r>
            <w:r>
              <w:rPr>
                <w:sz w:val="14"/>
              </w:rPr>
              <w:br/>
              <w:t>☐ Kısmen uygulanacak</w:t>
            </w:r>
            <w:r>
              <w:rPr>
                <w:sz w:val="14"/>
              </w:rPr>
              <w:br/>
              <w:t>☐ Uygulanmayacak</w:t>
            </w:r>
          </w:p>
        </w:tc>
        <w:tc>
          <w:tcPr>
            <w:tcW w:w="1489" w:type="dxa"/>
            <w:vAlign w:val="center"/>
          </w:tcPr>
          <w:p w14:paraId="5040630B" w14:textId="77777777" w:rsidR="00C8143D" w:rsidRDefault="00C8143D"/>
        </w:tc>
        <w:tc>
          <w:tcPr>
            <w:tcW w:w="1489" w:type="dxa"/>
            <w:vAlign w:val="center"/>
          </w:tcPr>
          <w:p w14:paraId="51248A64" w14:textId="77777777" w:rsidR="00C8143D" w:rsidRDefault="00C8143D"/>
        </w:tc>
        <w:tc>
          <w:tcPr>
            <w:tcW w:w="1489" w:type="dxa"/>
            <w:vAlign w:val="center"/>
          </w:tcPr>
          <w:p w14:paraId="01DDFFAA" w14:textId="77777777" w:rsidR="00C8143D" w:rsidRDefault="00C8143D"/>
        </w:tc>
      </w:tr>
      <w:tr w:rsidR="00C8143D" w14:paraId="5BB43880" w14:textId="77777777">
        <w:trPr>
          <w:jc w:val="center"/>
        </w:trPr>
        <w:tc>
          <w:tcPr>
            <w:tcW w:w="1489" w:type="dxa"/>
            <w:vAlign w:val="center"/>
          </w:tcPr>
          <w:p w14:paraId="3FEA82B4" w14:textId="77777777" w:rsidR="00C8143D" w:rsidRDefault="00000000">
            <w:r>
              <w:rPr>
                <w:sz w:val="16"/>
              </w:rPr>
              <w:t>8</w:t>
            </w:r>
          </w:p>
        </w:tc>
        <w:tc>
          <w:tcPr>
            <w:tcW w:w="1489" w:type="dxa"/>
            <w:vAlign w:val="center"/>
          </w:tcPr>
          <w:p w14:paraId="22A517B9" w14:textId="77777777" w:rsidR="00C8143D" w:rsidRDefault="00C8143D"/>
        </w:tc>
        <w:tc>
          <w:tcPr>
            <w:tcW w:w="1489" w:type="dxa"/>
            <w:vAlign w:val="center"/>
          </w:tcPr>
          <w:p w14:paraId="328BD000" w14:textId="77777777" w:rsidR="00C8143D" w:rsidRDefault="00C8143D"/>
        </w:tc>
        <w:tc>
          <w:tcPr>
            <w:tcW w:w="1489" w:type="dxa"/>
            <w:vAlign w:val="center"/>
          </w:tcPr>
          <w:p w14:paraId="38B767E4" w14:textId="77777777" w:rsidR="00C8143D" w:rsidRDefault="00000000">
            <w:r>
              <w:rPr>
                <w:sz w:val="14"/>
              </w:rPr>
              <w:t>☐ Uygulanacak</w:t>
            </w:r>
            <w:r>
              <w:rPr>
                <w:sz w:val="14"/>
              </w:rPr>
              <w:br/>
              <w:t>☐ Kısmen uygulanacak</w:t>
            </w:r>
            <w:r>
              <w:rPr>
                <w:sz w:val="14"/>
              </w:rPr>
              <w:br/>
              <w:t>☐ Uygulanmayacak</w:t>
            </w:r>
          </w:p>
        </w:tc>
        <w:tc>
          <w:tcPr>
            <w:tcW w:w="1489" w:type="dxa"/>
            <w:vAlign w:val="center"/>
          </w:tcPr>
          <w:p w14:paraId="6F197223" w14:textId="77777777" w:rsidR="00C8143D" w:rsidRDefault="00C8143D"/>
        </w:tc>
        <w:tc>
          <w:tcPr>
            <w:tcW w:w="1489" w:type="dxa"/>
            <w:vAlign w:val="center"/>
          </w:tcPr>
          <w:p w14:paraId="3E3CA087" w14:textId="77777777" w:rsidR="00C8143D" w:rsidRDefault="00C8143D"/>
        </w:tc>
        <w:tc>
          <w:tcPr>
            <w:tcW w:w="1489" w:type="dxa"/>
            <w:vAlign w:val="center"/>
          </w:tcPr>
          <w:p w14:paraId="36E71F9A" w14:textId="77777777" w:rsidR="00C8143D" w:rsidRDefault="00C8143D"/>
        </w:tc>
      </w:tr>
    </w:tbl>
    <w:p w14:paraId="2BE8735F" w14:textId="77777777" w:rsidR="00C8143D" w:rsidRDefault="00000000">
      <w:pPr>
        <w:pStyle w:val="Balk1"/>
        <w:spacing w:before="120" w:after="60"/>
      </w:pPr>
      <w:r>
        <w:t>C. UYGULAMA VE İZLEME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 w:rsidR="00C8143D" w14:paraId="533013FD" w14:textId="77777777">
        <w:trPr>
          <w:tblHeader/>
          <w:jc w:val="center"/>
        </w:trPr>
        <w:tc>
          <w:tcPr>
            <w:tcW w:w="1489" w:type="dxa"/>
            <w:shd w:val="clear" w:color="auto" w:fill="D9E2F3"/>
            <w:vAlign w:val="center"/>
          </w:tcPr>
          <w:p w14:paraId="0F9EDA6F" w14:textId="77777777" w:rsidR="00C8143D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5C2E7C69" w14:textId="77777777" w:rsidR="00C8143D" w:rsidRDefault="00000000">
            <w:r>
              <w:rPr>
                <w:b/>
                <w:sz w:val="16"/>
              </w:rPr>
              <w:t>Planlanan Faaliyet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7E67A8CC" w14:textId="77777777" w:rsidR="00C8143D" w:rsidRDefault="00000000">
            <w:r>
              <w:rPr>
                <w:b/>
                <w:sz w:val="16"/>
              </w:rPr>
              <w:t>Gerçekleştirilen Faaliyet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69C3A673" w14:textId="77777777" w:rsidR="00C8143D" w:rsidRDefault="00000000">
            <w:r>
              <w:rPr>
                <w:b/>
                <w:sz w:val="16"/>
              </w:rPr>
              <w:t>Gerçekleşme Durumu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11D56BDD" w14:textId="77777777" w:rsidR="00C8143D" w:rsidRDefault="00000000">
            <w:r>
              <w:rPr>
                <w:b/>
                <w:sz w:val="16"/>
              </w:rPr>
              <w:t>Sonuç / Etki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4397A7D8" w14:textId="77777777" w:rsidR="00C8143D" w:rsidRDefault="00000000">
            <w:r>
              <w:rPr>
                <w:b/>
                <w:sz w:val="16"/>
              </w:rPr>
              <w:t>Kanıt</w:t>
            </w:r>
          </w:p>
        </w:tc>
        <w:tc>
          <w:tcPr>
            <w:tcW w:w="1489" w:type="dxa"/>
            <w:shd w:val="clear" w:color="auto" w:fill="D9E2F3"/>
            <w:vAlign w:val="center"/>
          </w:tcPr>
          <w:p w14:paraId="2C0EE9E7" w14:textId="77777777" w:rsidR="00C8143D" w:rsidRDefault="00000000">
            <w:r>
              <w:rPr>
                <w:b/>
                <w:sz w:val="16"/>
              </w:rPr>
              <w:t>İzleme Tarihi</w:t>
            </w:r>
          </w:p>
        </w:tc>
      </w:tr>
      <w:tr w:rsidR="00C8143D" w14:paraId="328D8416" w14:textId="77777777">
        <w:trPr>
          <w:jc w:val="center"/>
        </w:trPr>
        <w:tc>
          <w:tcPr>
            <w:tcW w:w="1489" w:type="dxa"/>
            <w:vAlign w:val="center"/>
          </w:tcPr>
          <w:p w14:paraId="767BBF47" w14:textId="77777777" w:rsidR="00C8143D" w:rsidRDefault="00000000">
            <w:r>
              <w:rPr>
                <w:sz w:val="16"/>
              </w:rPr>
              <w:t>1</w:t>
            </w:r>
          </w:p>
        </w:tc>
        <w:tc>
          <w:tcPr>
            <w:tcW w:w="1489" w:type="dxa"/>
            <w:vAlign w:val="center"/>
          </w:tcPr>
          <w:p w14:paraId="0465F5FE" w14:textId="77777777" w:rsidR="00C8143D" w:rsidRDefault="00C8143D"/>
        </w:tc>
        <w:tc>
          <w:tcPr>
            <w:tcW w:w="1489" w:type="dxa"/>
            <w:vAlign w:val="center"/>
          </w:tcPr>
          <w:p w14:paraId="569AB3AA" w14:textId="77777777" w:rsidR="00C8143D" w:rsidRDefault="00C8143D"/>
        </w:tc>
        <w:tc>
          <w:tcPr>
            <w:tcW w:w="1489" w:type="dxa"/>
            <w:vAlign w:val="center"/>
          </w:tcPr>
          <w:p w14:paraId="07EB68E9" w14:textId="77777777" w:rsidR="00C8143D" w:rsidRDefault="00000000">
            <w:r>
              <w:rPr>
                <w:sz w:val="14"/>
              </w:rPr>
              <w:t>☐ Tamamlandı</w:t>
            </w:r>
            <w:r>
              <w:rPr>
                <w:sz w:val="14"/>
              </w:rPr>
              <w:br/>
              <w:t>☐ Devam ediyor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lastRenderedPageBreak/>
              <w:t>☐ Başlamadı</w:t>
            </w:r>
            <w:r>
              <w:rPr>
                <w:sz w:val="14"/>
              </w:rPr>
              <w:br/>
              <w:t>☐ Revize edildi</w:t>
            </w:r>
          </w:p>
        </w:tc>
        <w:tc>
          <w:tcPr>
            <w:tcW w:w="1489" w:type="dxa"/>
            <w:vAlign w:val="center"/>
          </w:tcPr>
          <w:p w14:paraId="6D24788D" w14:textId="77777777" w:rsidR="00C8143D" w:rsidRDefault="00C8143D"/>
        </w:tc>
        <w:tc>
          <w:tcPr>
            <w:tcW w:w="1489" w:type="dxa"/>
            <w:vAlign w:val="center"/>
          </w:tcPr>
          <w:p w14:paraId="2B31A51F" w14:textId="77777777" w:rsidR="00C8143D" w:rsidRDefault="00C8143D"/>
        </w:tc>
        <w:tc>
          <w:tcPr>
            <w:tcW w:w="1489" w:type="dxa"/>
            <w:vAlign w:val="center"/>
          </w:tcPr>
          <w:p w14:paraId="2A985F52" w14:textId="77777777" w:rsidR="00C8143D" w:rsidRDefault="00C8143D"/>
        </w:tc>
      </w:tr>
      <w:tr w:rsidR="00C8143D" w14:paraId="555A7E31" w14:textId="77777777">
        <w:trPr>
          <w:jc w:val="center"/>
        </w:trPr>
        <w:tc>
          <w:tcPr>
            <w:tcW w:w="1489" w:type="dxa"/>
            <w:vAlign w:val="center"/>
          </w:tcPr>
          <w:p w14:paraId="7A111BC7" w14:textId="77777777" w:rsidR="00C8143D" w:rsidRDefault="00000000">
            <w:r>
              <w:rPr>
                <w:sz w:val="16"/>
              </w:rPr>
              <w:t>2</w:t>
            </w:r>
          </w:p>
        </w:tc>
        <w:tc>
          <w:tcPr>
            <w:tcW w:w="1489" w:type="dxa"/>
            <w:vAlign w:val="center"/>
          </w:tcPr>
          <w:p w14:paraId="7D638EAF" w14:textId="77777777" w:rsidR="00C8143D" w:rsidRDefault="00C8143D"/>
        </w:tc>
        <w:tc>
          <w:tcPr>
            <w:tcW w:w="1489" w:type="dxa"/>
            <w:vAlign w:val="center"/>
          </w:tcPr>
          <w:p w14:paraId="6F65D744" w14:textId="77777777" w:rsidR="00C8143D" w:rsidRDefault="00C8143D"/>
        </w:tc>
        <w:tc>
          <w:tcPr>
            <w:tcW w:w="1489" w:type="dxa"/>
            <w:vAlign w:val="center"/>
          </w:tcPr>
          <w:p w14:paraId="31004A1C" w14:textId="77777777" w:rsidR="00C8143D" w:rsidRDefault="00000000">
            <w:r>
              <w:rPr>
                <w:sz w:val="14"/>
              </w:rPr>
              <w:t>☐ Tamamlandı</w:t>
            </w:r>
            <w:r>
              <w:rPr>
                <w:sz w:val="14"/>
              </w:rPr>
              <w:br/>
              <w:t>☐ Devam ediyor</w:t>
            </w:r>
            <w:r>
              <w:rPr>
                <w:sz w:val="14"/>
              </w:rPr>
              <w:br/>
              <w:t>☐ Başlamadı</w:t>
            </w:r>
            <w:r>
              <w:rPr>
                <w:sz w:val="14"/>
              </w:rPr>
              <w:br/>
              <w:t>☐ Revize edildi</w:t>
            </w:r>
          </w:p>
        </w:tc>
        <w:tc>
          <w:tcPr>
            <w:tcW w:w="1489" w:type="dxa"/>
            <w:vAlign w:val="center"/>
          </w:tcPr>
          <w:p w14:paraId="7327D821" w14:textId="77777777" w:rsidR="00C8143D" w:rsidRDefault="00C8143D"/>
        </w:tc>
        <w:tc>
          <w:tcPr>
            <w:tcW w:w="1489" w:type="dxa"/>
            <w:vAlign w:val="center"/>
          </w:tcPr>
          <w:p w14:paraId="5A9B6086" w14:textId="77777777" w:rsidR="00C8143D" w:rsidRDefault="00C8143D"/>
        </w:tc>
        <w:tc>
          <w:tcPr>
            <w:tcW w:w="1489" w:type="dxa"/>
            <w:vAlign w:val="center"/>
          </w:tcPr>
          <w:p w14:paraId="15D2DC4F" w14:textId="77777777" w:rsidR="00C8143D" w:rsidRDefault="00C8143D"/>
        </w:tc>
      </w:tr>
      <w:tr w:rsidR="00C8143D" w14:paraId="271E1B18" w14:textId="77777777">
        <w:trPr>
          <w:jc w:val="center"/>
        </w:trPr>
        <w:tc>
          <w:tcPr>
            <w:tcW w:w="1489" w:type="dxa"/>
            <w:vAlign w:val="center"/>
          </w:tcPr>
          <w:p w14:paraId="0BA8002F" w14:textId="77777777" w:rsidR="00C8143D" w:rsidRDefault="00000000">
            <w:r>
              <w:rPr>
                <w:sz w:val="16"/>
              </w:rPr>
              <w:t>3</w:t>
            </w:r>
          </w:p>
        </w:tc>
        <w:tc>
          <w:tcPr>
            <w:tcW w:w="1489" w:type="dxa"/>
            <w:vAlign w:val="center"/>
          </w:tcPr>
          <w:p w14:paraId="471BD182" w14:textId="77777777" w:rsidR="00C8143D" w:rsidRDefault="00C8143D"/>
        </w:tc>
        <w:tc>
          <w:tcPr>
            <w:tcW w:w="1489" w:type="dxa"/>
            <w:vAlign w:val="center"/>
          </w:tcPr>
          <w:p w14:paraId="1141382E" w14:textId="77777777" w:rsidR="00C8143D" w:rsidRDefault="00C8143D"/>
        </w:tc>
        <w:tc>
          <w:tcPr>
            <w:tcW w:w="1489" w:type="dxa"/>
            <w:vAlign w:val="center"/>
          </w:tcPr>
          <w:p w14:paraId="0E14E8EC" w14:textId="77777777" w:rsidR="00C8143D" w:rsidRDefault="00000000">
            <w:r>
              <w:rPr>
                <w:sz w:val="14"/>
              </w:rPr>
              <w:t>☐ Tamamlandı</w:t>
            </w:r>
            <w:r>
              <w:rPr>
                <w:sz w:val="14"/>
              </w:rPr>
              <w:br/>
              <w:t>☐ Devam ediyor</w:t>
            </w:r>
            <w:r>
              <w:rPr>
                <w:sz w:val="14"/>
              </w:rPr>
              <w:br/>
              <w:t>☐ Başlamadı</w:t>
            </w:r>
            <w:r>
              <w:rPr>
                <w:sz w:val="14"/>
              </w:rPr>
              <w:br/>
              <w:t>☐ Revize edildi</w:t>
            </w:r>
          </w:p>
        </w:tc>
        <w:tc>
          <w:tcPr>
            <w:tcW w:w="1489" w:type="dxa"/>
            <w:vAlign w:val="center"/>
          </w:tcPr>
          <w:p w14:paraId="53385FA7" w14:textId="77777777" w:rsidR="00C8143D" w:rsidRDefault="00C8143D"/>
        </w:tc>
        <w:tc>
          <w:tcPr>
            <w:tcW w:w="1489" w:type="dxa"/>
            <w:vAlign w:val="center"/>
          </w:tcPr>
          <w:p w14:paraId="34BA732B" w14:textId="77777777" w:rsidR="00C8143D" w:rsidRDefault="00C8143D"/>
        </w:tc>
        <w:tc>
          <w:tcPr>
            <w:tcW w:w="1489" w:type="dxa"/>
            <w:vAlign w:val="center"/>
          </w:tcPr>
          <w:p w14:paraId="6FE108DE" w14:textId="77777777" w:rsidR="00C8143D" w:rsidRDefault="00C8143D"/>
        </w:tc>
      </w:tr>
      <w:tr w:rsidR="00C8143D" w14:paraId="0A665CA9" w14:textId="77777777">
        <w:trPr>
          <w:jc w:val="center"/>
        </w:trPr>
        <w:tc>
          <w:tcPr>
            <w:tcW w:w="1489" w:type="dxa"/>
            <w:vAlign w:val="center"/>
          </w:tcPr>
          <w:p w14:paraId="490237AB" w14:textId="77777777" w:rsidR="00C8143D" w:rsidRDefault="00000000">
            <w:r>
              <w:rPr>
                <w:sz w:val="16"/>
              </w:rPr>
              <w:t>4</w:t>
            </w:r>
          </w:p>
        </w:tc>
        <w:tc>
          <w:tcPr>
            <w:tcW w:w="1489" w:type="dxa"/>
            <w:vAlign w:val="center"/>
          </w:tcPr>
          <w:p w14:paraId="751E6DB0" w14:textId="77777777" w:rsidR="00C8143D" w:rsidRDefault="00C8143D"/>
        </w:tc>
        <w:tc>
          <w:tcPr>
            <w:tcW w:w="1489" w:type="dxa"/>
            <w:vAlign w:val="center"/>
          </w:tcPr>
          <w:p w14:paraId="2B62FF96" w14:textId="77777777" w:rsidR="00C8143D" w:rsidRDefault="00C8143D"/>
        </w:tc>
        <w:tc>
          <w:tcPr>
            <w:tcW w:w="1489" w:type="dxa"/>
            <w:vAlign w:val="center"/>
          </w:tcPr>
          <w:p w14:paraId="0FF3E0B5" w14:textId="77777777" w:rsidR="00C8143D" w:rsidRDefault="00000000">
            <w:r>
              <w:rPr>
                <w:sz w:val="14"/>
              </w:rPr>
              <w:t>☐ Tamamlandı</w:t>
            </w:r>
            <w:r>
              <w:rPr>
                <w:sz w:val="14"/>
              </w:rPr>
              <w:br/>
              <w:t>☐ Devam ediyor</w:t>
            </w:r>
            <w:r>
              <w:rPr>
                <w:sz w:val="14"/>
              </w:rPr>
              <w:br/>
              <w:t>☐ Başlamadı</w:t>
            </w:r>
            <w:r>
              <w:rPr>
                <w:sz w:val="14"/>
              </w:rPr>
              <w:br/>
              <w:t>☐ Revize edildi</w:t>
            </w:r>
          </w:p>
        </w:tc>
        <w:tc>
          <w:tcPr>
            <w:tcW w:w="1489" w:type="dxa"/>
            <w:vAlign w:val="center"/>
          </w:tcPr>
          <w:p w14:paraId="1A00309C" w14:textId="77777777" w:rsidR="00C8143D" w:rsidRDefault="00C8143D"/>
        </w:tc>
        <w:tc>
          <w:tcPr>
            <w:tcW w:w="1489" w:type="dxa"/>
            <w:vAlign w:val="center"/>
          </w:tcPr>
          <w:p w14:paraId="145594A3" w14:textId="77777777" w:rsidR="00C8143D" w:rsidRDefault="00C8143D"/>
        </w:tc>
        <w:tc>
          <w:tcPr>
            <w:tcW w:w="1489" w:type="dxa"/>
            <w:vAlign w:val="center"/>
          </w:tcPr>
          <w:p w14:paraId="3233DB07" w14:textId="77777777" w:rsidR="00C8143D" w:rsidRDefault="00C8143D"/>
        </w:tc>
      </w:tr>
      <w:tr w:rsidR="00C8143D" w14:paraId="3E18BC83" w14:textId="77777777">
        <w:trPr>
          <w:jc w:val="center"/>
        </w:trPr>
        <w:tc>
          <w:tcPr>
            <w:tcW w:w="1489" w:type="dxa"/>
            <w:vAlign w:val="center"/>
          </w:tcPr>
          <w:p w14:paraId="13FD6CF4" w14:textId="77777777" w:rsidR="00C8143D" w:rsidRDefault="00000000">
            <w:r>
              <w:rPr>
                <w:sz w:val="16"/>
              </w:rPr>
              <w:t>5</w:t>
            </w:r>
          </w:p>
        </w:tc>
        <w:tc>
          <w:tcPr>
            <w:tcW w:w="1489" w:type="dxa"/>
            <w:vAlign w:val="center"/>
          </w:tcPr>
          <w:p w14:paraId="7C4990E6" w14:textId="77777777" w:rsidR="00C8143D" w:rsidRDefault="00C8143D"/>
        </w:tc>
        <w:tc>
          <w:tcPr>
            <w:tcW w:w="1489" w:type="dxa"/>
            <w:vAlign w:val="center"/>
          </w:tcPr>
          <w:p w14:paraId="2D48B39A" w14:textId="77777777" w:rsidR="00C8143D" w:rsidRDefault="00C8143D"/>
        </w:tc>
        <w:tc>
          <w:tcPr>
            <w:tcW w:w="1489" w:type="dxa"/>
            <w:vAlign w:val="center"/>
          </w:tcPr>
          <w:p w14:paraId="591EF216" w14:textId="77777777" w:rsidR="00C8143D" w:rsidRDefault="00000000">
            <w:r>
              <w:rPr>
                <w:sz w:val="14"/>
              </w:rPr>
              <w:t>☐ Tamamlandı</w:t>
            </w:r>
            <w:r>
              <w:rPr>
                <w:sz w:val="14"/>
              </w:rPr>
              <w:br/>
              <w:t>☐ Devam ediyor</w:t>
            </w:r>
            <w:r>
              <w:rPr>
                <w:sz w:val="14"/>
              </w:rPr>
              <w:br/>
              <w:t>☐ Başlamadı</w:t>
            </w:r>
            <w:r>
              <w:rPr>
                <w:sz w:val="14"/>
              </w:rPr>
              <w:br/>
              <w:t>☐ Revize edildi</w:t>
            </w:r>
          </w:p>
        </w:tc>
        <w:tc>
          <w:tcPr>
            <w:tcW w:w="1489" w:type="dxa"/>
            <w:vAlign w:val="center"/>
          </w:tcPr>
          <w:p w14:paraId="133A195A" w14:textId="77777777" w:rsidR="00C8143D" w:rsidRDefault="00C8143D"/>
        </w:tc>
        <w:tc>
          <w:tcPr>
            <w:tcW w:w="1489" w:type="dxa"/>
            <w:vAlign w:val="center"/>
          </w:tcPr>
          <w:p w14:paraId="36EB3FA1" w14:textId="77777777" w:rsidR="00C8143D" w:rsidRDefault="00C8143D"/>
        </w:tc>
        <w:tc>
          <w:tcPr>
            <w:tcW w:w="1489" w:type="dxa"/>
            <w:vAlign w:val="center"/>
          </w:tcPr>
          <w:p w14:paraId="79F4C439" w14:textId="77777777" w:rsidR="00C8143D" w:rsidRDefault="00C8143D"/>
        </w:tc>
      </w:tr>
      <w:tr w:rsidR="00C8143D" w14:paraId="32292018" w14:textId="77777777">
        <w:trPr>
          <w:jc w:val="center"/>
        </w:trPr>
        <w:tc>
          <w:tcPr>
            <w:tcW w:w="1489" w:type="dxa"/>
            <w:vAlign w:val="center"/>
          </w:tcPr>
          <w:p w14:paraId="5604C687" w14:textId="77777777" w:rsidR="00C8143D" w:rsidRDefault="00000000">
            <w:r>
              <w:rPr>
                <w:sz w:val="16"/>
              </w:rPr>
              <w:t>6</w:t>
            </w:r>
          </w:p>
        </w:tc>
        <w:tc>
          <w:tcPr>
            <w:tcW w:w="1489" w:type="dxa"/>
            <w:vAlign w:val="center"/>
          </w:tcPr>
          <w:p w14:paraId="10411A30" w14:textId="77777777" w:rsidR="00C8143D" w:rsidRDefault="00C8143D"/>
        </w:tc>
        <w:tc>
          <w:tcPr>
            <w:tcW w:w="1489" w:type="dxa"/>
            <w:vAlign w:val="center"/>
          </w:tcPr>
          <w:p w14:paraId="2C96618E" w14:textId="77777777" w:rsidR="00C8143D" w:rsidRDefault="00C8143D"/>
        </w:tc>
        <w:tc>
          <w:tcPr>
            <w:tcW w:w="1489" w:type="dxa"/>
            <w:vAlign w:val="center"/>
          </w:tcPr>
          <w:p w14:paraId="20294E51" w14:textId="77777777" w:rsidR="00C8143D" w:rsidRDefault="00000000">
            <w:r>
              <w:rPr>
                <w:sz w:val="14"/>
              </w:rPr>
              <w:t>☐ Tamamlandı</w:t>
            </w:r>
            <w:r>
              <w:rPr>
                <w:sz w:val="14"/>
              </w:rPr>
              <w:br/>
              <w:t>☐ Devam ediyor</w:t>
            </w:r>
            <w:r>
              <w:rPr>
                <w:sz w:val="14"/>
              </w:rPr>
              <w:br/>
              <w:t>☐ Başlamadı</w:t>
            </w:r>
            <w:r>
              <w:rPr>
                <w:sz w:val="14"/>
              </w:rPr>
              <w:br/>
              <w:t>☐ Revize edildi</w:t>
            </w:r>
          </w:p>
        </w:tc>
        <w:tc>
          <w:tcPr>
            <w:tcW w:w="1489" w:type="dxa"/>
            <w:vAlign w:val="center"/>
          </w:tcPr>
          <w:p w14:paraId="6BAE4912" w14:textId="77777777" w:rsidR="00C8143D" w:rsidRDefault="00C8143D"/>
        </w:tc>
        <w:tc>
          <w:tcPr>
            <w:tcW w:w="1489" w:type="dxa"/>
            <w:vAlign w:val="center"/>
          </w:tcPr>
          <w:p w14:paraId="18363AF7" w14:textId="77777777" w:rsidR="00C8143D" w:rsidRDefault="00C8143D"/>
        </w:tc>
        <w:tc>
          <w:tcPr>
            <w:tcW w:w="1489" w:type="dxa"/>
            <w:vAlign w:val="center"/>
          </w:tcPr>
          <w:p w14:paraId="7380E048" w14:textId="77777777" w:rsidR="00C8143D" w:rsidRDefault="00C8143D"/>
        </w:tc>
      </w:tr>
      <w:tr w:rsidR="00C8143D" w14:paraId="377DC503" w14:textId="77777777">
        <w:trPr>
          <w:jc w:val="center"/>
        </w:trPr>
        <w:tc>
          <w:tcPr>
            <w:tcW w:w="1489" w:type="dxa"/>
            <w:vAlign w:val="center"/>
          </w:tcPr>
          <w:p w14:paraId="6EC10EF5" w14:textId="77777777" w:rsidR="00C8143D" w:rsidRDefault="00000000">
            <w:r>
              <w:rPr>
                <w:sz w:val="16"/>
              </w:rPr>
              <w:t>7</w:t>
            </w:r>
          </w:p>
        </w:tc>
        <w:tc>
          <w:tcPr>
            <w:tcW w:w="1489" w:type="dxa"/>
            <w:vAlign w:val="center"/>
          </w:tcPr>
          <w:p w14:paraId="7F67CFD3" w14:textId="77777777" w:rsidR="00C8143D" w:rsidRDefault="00C8143D"/>
        </w:tc>
        <w:tc>
          <w:tcPr>
            <w:tcW w:w="1489" w:type="dxa"/>
            <w:vAlign w:val="center"/>
          </w:tcPr>
          <w:p w14:paraId="4C9CD78C" w14:textId="77777777" w:rsidR="00C8143D" w:rsidRDefault="00C8143D"/>
        </w:tc>
        <w:tc>
          <w:tcPr>
            <w:tcW w:w="1489" w:type="dxa"/>
            <w:vAlign w:val="center"/>
          </w:tcPr>
          <w:p w14:paraId="3806067A" w14:textId="77777777" w:rsidR="00C8143D" w:rsidRDefault="00000000">
            <w:r>
              <w:rPr>
                <w:sz w:val="14"/>
              </w:rPr>
              <w:t>☐ Tamamlandı</w:t>
            </w:r>
            <w:r>
              <w:rPr>
                <w:sz w:val="14"/>
              </w:rPr>
              <w:br/>
              <w:t>☐ Devam ediyor</w:t>
            </w:r>
            <w:r>
              <w:rPr>
                <w:sz w:val="14"/>
              </w:rPr>
              <w:br/>
              <w:t>☐ Başlamadı</w:t>
            </w:r>
            <w:r>
              <w:rPr>
                <w:sz w:val="14"/>
              </w:rPr>
              <w:br/>
              <w:t>☐ Revize edildi</w:t>
            </w:r>
          </w:p>
        </w:tc>
        <w:tc>
          <w:tcPr>
            <w:tcW w:w="1489" w:type="dxa"/>
            <w:vAlign w:val="center"/>
          </w:tcPr>
          <w:p w14:paraId="5A335062" w14:textId="77777777" w:rsidR="00C8143D" w:rsidRDefault="00C8143D"/>
        </w:tc>
        <w:tc>
          <w:tcPr>
            <w:tcW w:w="1489" w:type="dxa"/>
            <w:vAlign w:val="center"/>
          </w:tcPr>
          <w:p w14:paraId="7D9FA62D" w14:textId="77777777" w:rsidR="00C8143D" w:rsidRDefault="00C8143D"/>
        </w:tc>
        <w:tc>
          <w:tcPr>
            <w:tcW w:w="1489" w:type="dxa"/>
            <w:vAlign w:val="center"/>
          </w:tcPr>
          <w:p w14:paraId="70B6FFBC" w14:textId="77777777" w:rsidR="00C8143D" w:rsidRDefault="00C8143D"/>
        </w:tc>
      </w:tr>
      <w:tr w:rsidR="00C8143D" w14:paraId="27CCCAF7" w14:textId="77777777">
        <w:trPr>
          <w:jc w:val="center"/>
        </w:trPr>
        <w:tc>
          <w:tcPr>
            <w:tcW w:w="1489" w:type="dxa"/>
            <w:vAlign w:val="center"/>
          </w:tcPr>
          <w:p w14:paraId="6EFBC55A" w14:textId="77777777" w:rsidR="00C8143D" w:rsidRDefault="00000000">
            <w:r>
              <w:rPr>
                <w:sz w:val="16"/>
              </w:rPr>
              <w:t>8</w:t>
            </w:r>
          </w:p>
        </w:tc>
        <w:tc>
          <w:tcPr>
            <w:tcW w:w="1489" w:type="dxa"/>
            <w:vAlign w:val="center"/>
          </w:tcPr>
          <w:p w14:paraId="4BCEEF8D" w14:textId="77777777" w:rsidR="00C8143D" w:rsidRDefault="00C8143D"/>
        </w:tc>
        <w:tc>
          <w:tcPr>
            <w:tcW w:w="1489" w:type="dxa"/>
            <w:vAlign w:val="center"/>
          </w:tcPr>
          <w:p w14:paraId="5CC8D6C0" w14:textId="77777777" w:rsidR="00C8143D" w:rsidRDefault="00C8143D"/>
        </w:tc>
        <w:tc>
          <w:tcPr>
            <w:tcW w:w="1489" w:type="dxa"/>
            <w:vAlign w:val="center"/>
          </w:tcPr>
          <w:p w14:paraId="1FE37E7C" w14:textId="77777777" w:rsidR="00C8143D" w:rsidRDefault="00000000">
            <w:r>
              <w:rPr>
                <w:sz w:val="14"/>
              </w:rPr>
              <w:t>☐ Tamamlandı</w:t>
            </w:r>
            <w:r>
              <w:rPr>
                <w:sz w:val="14"/>
              </w:rPr>
              <w:br/>
              <w:t>☐ Devam ediyor</w:t>
            </w:r>
            <w:r>
              <w:rPr>
                <w:sz w:val="14"/>
              </w:rPr>
              <w:br/>
              <w:t>☐ Başlamadı</w:t>
            </w:r>
            <w:r>
              <w:rPr>
                <w:sz w:val="14"/>
              </w:rPr>
              <w:br/>
              <w:t>☐ Revize edildi</w:t>
            </w:r>
          </w:p>
        </w:tc>
        <w:tc>
          <w:tcPr>
            <w:tcW w:w="1489" w:type="dxa"/>
            <w:vAlign w:val="center"/>
          </w:tcPr>
          <w:p w14:paraId="757822C0" w14:textId="77777777" w:rsidR="00C8143D" w:rsidRDefault="00C8143D"/>
        </w:tc>
        <w:tc>
          <w:tcPr>
            <w:tcW w:w="1489" w:type="dxa"/>
            <w:vAlign w:val="center"/>
          </w:tcPr>
          <w:p w14:paraId="1CDA1970" w14:textId="77777777" w:rsidR="00C8143D" w:rsidRDefault="00C8143D"/>
        </w:tc>
        <w:tc>
          <w:tcPr>
            <w:tcW w:w="1489" w:type="dxa"/>
            <w:vAlign w:val="center"/>
          </w:tcPr>
          <w:p w14:paraId="760E9090" w14:textId="77777777" w:rsidR="00C8143D" w:rsidRDefault="00C8143D"/>
        </w:tc>
      </w:tr>
    </w:tbl>
    <w:p w14:paraId="769339DF" w14:textId="77777777" w:rsidR="00C8143D" w:rsidRDefault="00000000">
      <w:pPr>
        <w:pStyle w:val="Balk1"/>
        <w:spacing w:before="120" w:after="60"/>
      </w:pPr>
      <w:r>
        <w:t>D. UYGULANMAYAN / REVİZE EDİLEN ÖNERİLERİN GEREKÇESİ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C8143D" w14:paraId="15D5CAC3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09201F8B" w14:textId="77777777" w:rsidR="00C8143D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3066D0F8" w14:textId="77777777" w:rsidR="00C8143D" w:rsidRDefault="00000000">
            <w:r>
              <w:rPr>
                <w:b/>
                <w:sz w:val="16"/>
              </w:rPr>
              <w:t>İlgili Öneri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736B79C8" w14:textId="77777777" w:rsidR="00C8143D" w:rsidRDefault="00000000">
            <w:r>
              <w:rPr>
                <w:b/>
                <w:sz w:val="16"/>
              </w:rPr>
              <w:t>Karar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7D2BD6A1" w14:textId="77777777" w:rsidR="00C8143D" w:rsidRDefault="00000000">
            <w:r>
              <w:rPr>
                <w:b/>
                <w:sz w:val="16"/>
              </w:rPr>
              <w:t>Gerekçe / Revizyon Açıklaması</w:t>
            </w:r>
          </w:p>
        </w:tc>
      </w:tr>
      <w:tr w:rsidR="00C8143D" w14:paraId="3D926D20" w14:textId="77777777">
        <w:trPr>
          <w:jc w:val="center"/>
        </w:trPr>
        <w:tc>
          <w:tcPr>
            <w:tcW w:w="2606" w:type="dxa"/>
            <w:vAlign w:val="center"/>
          </w:tcPr>
          <w:p w14:paraId="45D06073" w14:textId="77777777" w:rsidR="00C8143D" w:rsidRDefault="00000000">
            <w:r>
              <w:rPr>
                <w:sz w:val="16"/>
              </w:rPr>
              <w:t>1</w:t>
            </w:r>
          </w:p>
        </w:tc>
        <w:tc>
          <w:tcPr>
            <w:tcW w:w="2606" w:type="dxa"/>
            <w:vAlign w:val="center"/>
          </w:tcPr>
          <w:p w14:paraId="6610EBCC" w14:textId="77777777" w:rsidR="00C8143D" w:rsidRDefault="00C8143D"/>
        </w:tc>
        <w:tc>
          <w:tcPr>
            <w:tcW w:w="2606" w:type="dxa"/>
            <w:vAlign w:val="center"/>
          </w:tcPr>
          <w:p w14:paraId="3232F103" w14:textId="77777777" w:rsidR="00C8143D" w:rsidRDefault="00C8143D"/>
        </w:tc>
        <w:tc>
          <w:tcPr>
            <w:tcW w:w="2606" w:type="dxa"/>
            <w:vAlign w:val="center"/>
          </w:tcPr>
          <w:p w14:paraId="6754DC40" w14:textId="77777777" w:rsidR="00C8143D" w:rsidRDefault="00C8143D"/>
        </w:tc>
      </w:tr>
      <w:tr w:rsidR="00C8143D" w14:paraId="7C56F559" w14:textId="77777777">
        <w:trPr>
          <w:jc w:val="center"/>
        </w:trPr>
        <w:tc>
          <w:tcPr>
            <w:tcW w:w="2606" w:type="dxa"/>
            <w:vAlign w:val="center"/>
          </w:tcPr>
          <w:p w14:paraId="3571315A" w14:textId="77777777" w:rsidR="00C8143D" w:rsidRDefault="00000000">
            <w:r>
              <w:rPr>
                <w:sz w:val="16"/>
              </w:rPr>
              <w:t>2</w:t>
            </w:r>
          </w:p>
        </w:tc>
        <w:tc>
          <w:tcPr>
            <w:tcW w:w="2606" w:type="dxa"/>
            <w:vAlign w:val="center"/>
          </w:tcPr>
          <w:p w14:paraId="527F2389" w14:textId="77777777" w:rsidR="00C8143D" w:rsidRDefault="00C8143D"/>
        </w:tc>
        <w:tc>
          <w:tcPr>
            <w:tcW w:w="2606" w:type="dxa"/>
            <w:vAlign w:val="center"/>
          </w:tcPr>
          <w:p w14:paraId="72831070" w14:textId="77777777" w:rsidR="00C8143D" w:rsidRDefault="00C8143D"/>
        </w:tc>
        <w:tc>
          <w:tcPr>
            <w:tcW w:w="2606" w:type="dxa"/>
            <w:vAlign w:val="center"/>
          </w:tcPr>
          <w:p w14:paraId="291A9871" w14:textId="77777777" w:rsidR="00C8143D" w:rsidRDefault="00C8143D"/>
        </w:tc>
      </w:tr>
      <w:tr w:rsidR="00C8143D" w14:paraId="5008B83B" w14:textId="77777777">
        <w:trPr>
          <w:jc w:val="center"/>
        </w:trPr>
        <w:tc>
          <w:tcPr>
            <w:tcW w:w="2606" w:type="dxa"/>
            <w:vAlign w:val="center"/>
          </w:tcPr>
          <w:p w14:paraId="2F0F506B" w14:textId="77777777" w:rsidR="00C8143D" w:rsidRDefault="00000000">
            <w:r>
              <w:rPr>
                <w:sz w:val="16"/>
              </w:rPr>
              <w:t>3</w:t>
            </w:r>
          </w:p>
        </w:tc>
        <w:tc>
          <w:tcPr>
            <w:tcW w:w="2606" w:type="dxa"/>
            <w:vAlign w:val="center"/>
          </w:tcPr>
          <w:p w14:paraId="798CE0B9" w14:textId="77777777" w:rsidR="00C8143D" w:rsidRDefault="00C8143D"/>
        </w:tc>
        <w:tc>
          <w:tcPr>
            <w:tcW w:w="2606" w:type="dxa"/>
            <w:vAlign w:val="center"/>
          </w:tcPr>
          <w:p w14:paraId="2C9620D4" w14:textId="77777777" w:rsidR="00C8143D" w:rsidRDefault="00C8143D"/>
        </w:tc>
        <w:tc>
          <w:tcPr>
            <w:tcW w:w="2606" w:type="dxa"/>
            <w:vAlign w:val="center"/>
          </w:tcPr>
          <w:p w14:paraId="1676362A" w14:textId="77777777" w:rsidR="00C8143D" w:rsidRDefault="00C8143D"/>
        </w:tc>
      </w:tr>
      <w:tr w:rsidR="00C8143D" w14:paraId="56D109B7" w14:textId="77777777">
        <w:trPr>
          <w:jc w:val="center"/>
        </w:trPr>
        <w:tc>
          <w:tcPr>
            <w:tcW w:w="2606" w:type="dxa"/>
            <w:vAlign w:val="center"/>
          </w:tcPr>
          <w:p w14:paraId="79909A81" w14:textId="77777777" w:rsidR="00C8143D" w:rsidRDefault="00000000">
            <w:r>
              <w:rPr>
                <w:sz w:val="16"/>
              </w:rPr>
              <w:t>4</w:t>
            </w:r>
          </w:p>
        </w:tc>
        <w:tc>
          <w:tcPr>
            <w:tcW w:w="2606" w:type="dxa"/>
            <w:vAlign w:val="center"/>
          </w:tcPr>
          <w:p w14:paraId="3B84365B" w14:textId="77777777" w:rsidR="00C8143D" w:rsidRDefault="00C8143D"/>
        </w:tc>
        <w:tc>
          <w:tcPr>
            <w:tcW w:w="2606" w:type="dxa"/>
            <w:vAlign w:val="center"/>
          </w:tcPr>
          <w:p w14:paraId="5A2625B0" w14:textId="77777777" w:rsidR="00C8143D" w:rsidRDefault="00C8143D"/>
        </w:tc>
        <w:tc>
          <w:tcPr>
            <w:tcW w:w="2606" w:type="dxa"/>
            <w:vAlign w:val="center"/>
          </w:tcPr>
          <w:p w14:paraId="0480A89C" w14:textId="77777777" w:rsidR="00C8143D" w:rsidRDefault="00C8143D"/>
        </w:tc>
      </w:tr>
    </w:tbl>
    <w:p w14:paraId="2C6E8F4B" w14:textId="77777777" w:rsidR="00C8143D" w:rsidRDefault="00000000">
      <w:pPr>
        <w:pStyle w:val="Balk1"/>
        <w:spacing w:before="120" w:after="60"/>
      </w:pPr>
      <w:r>
        <w:t>E. İZLEME SONUCU</w:t>
      </w:r>
    </w:p>
    <w:p w14:paraId="287BF39C" w14:textId="77777777" w:rsidR="00C8143D" w:rsidRDefault="00000000">
      <w:r>
        <w:rPr>
          <w:sz w:val="17"/>
        </w:rPr>
        <w:t>Kalite Birim Koordinatörlüğü tarafından izleme sonucunda iyileştirme faaliyetlerinin gerçekleşme ve etkililik durumu aşağıda değerlendirilir.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C8143D" w14:paraId="08B70B72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363D6676" w14:textId="77777777" w:rsidR="00C8143D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6C909EF2" w14:textId="77777777" w:rsidR="00C8143D" w:rsidRDefault="00000000">
            <w:r>
              <w:rPr>
                <w:b/>
                <w:sz w:val="16"/>
              </w:rPr>
              <w:t>İlgili Faaliyet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032EA134" w14:textId="77777777" w:rsidR="00C8143D" w:rsidRDefault="00000000">
            <w:r>
              <w:rPr>
                <w:b/>
                <w:sz w:val="16"/>
              </w:rPr>
              <w:t>İzleme Değerlendirmesi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2EEB01F6" w14:textId="77777777" w:rsidR="00C8143D" w:rsidRDefault="00000000">
            <w:r>
              <w:rPr>
                <w:b/>
                <w:sz w:val="16"/>
              </w:rPr>
              <w:t>Sonraki İşlem</w:t>
            </w:r>
          </w:p>
        </w:tc>
      </w:tr>
      <w:tr w:rsidR="00C8143D" w14:paraId="5D22B230" w14:textId="77777777">
        <w:trPr>
          <w:jc w:val="center"/>
        </w:trPr>
        <w:tc>
          <w:tcPr>
            <w:tcW w:w="2606" w:type="dxa"/>
            <w:vAlign w:val="center"/>
          </w:tcPr>
          <w:p w14:paraId="713ECD0F" w14:textId="77777777" w:rsidR="00C8143D" w:rsidRDefault="00000000">
            <w:r>
              <w:rPr>
                <w:sz w:val="16"/>
              </w:rPr>
              <w:t>1</w:t>
            </w:r>
          </w:p>
        </w:tc>
        <w:tc>
          <w:tcPr>
            <w:tcW w:w="2606" w:type="dxa"/>
            <w:vAlign w:val="center"/>
          </w:tcPr>
          <w:p w14:paraId="114D9E94" w14:textId="77777777" w:rsidR="00C8143D" w:rsidRDefault="00C8143D"/>
        </w:tc>
        <w:tc>
          <w:tcPr>
            <w:tcW w:w="2606" w:type="dxa"/>
            <w:vAlign w:val="center"/>
          </w:tcPr>
          <w:p w14:paraId="69C95D6B" w14:textId="77777777" w:rsidR="00C8143D" w:rsidRDefault="00C8143D"/>
        </w:tc>
        <w:tc>
          <w:tcPr>
            <w:tcW w:w="2606" w:type="dxa"/>
            <w:vAlign w:val="center"/>
          </w:tcPr>
          <w:p w14:paraId="6D11C0EA" w14:textId="77777777" w:rsidR="00C8143D" w:rsidRDefault="00C8143D"/>
        </w:tc>
      </w:tr>
      <w:tr w:rsidR="00C8143D" w14:paraId="0232D00D" w14:textId="77777777">
        <w:trPr>
          <w:jc w:val="center"/>
        </w:trPr>
        <w:tc>
          <w:tcPr>
            <w:tcW w:w="2606" w:type="dxa"/>
            <w:vAlign w:val="center"/>
          </w:tcPr>
          <w:p w14:paraId="171ACBE8" w14:textId="77777777" w:rsidR="00C8143D" w:rsidRDefault="00000000">
            <w:r>
              <w:rPr>
                <w:sz w:val="16"/>
              </w:rPr>
              <w:t>2</w:t>
            </w:r>
          </w:p>
        </w:tc>
        <w:tc>
          <w:tcPr>
            <w:tcW w:w="2606" w:type="dxa"/>
            <w:vAlign w:val="center"/>
          </w:tcPr>
          <w:p w14:paraId="7A0D4F68" w14:textId="77777777" w:rsidR="00C8143D" w:rsidRDefault="00C8143D"/>
        </w:tc>
        <w:tc>
          <w:tcPr>
            <w:tcW w:w="2606" w:type="dxa"/>
            <w:vAlign w:val="center"/>
          </w:tcPr>
          <w:p w14:paraId="6BAC3799" w14:textId="77777777" w:rsidR="00C8143D" w:rsidRDefault="00C8143D"/>
        </w:tc>
        <w:tc>
          <w:tcPr>
            <w:tcW w:w="2606" w:type="dxa"/>
            <w:vAlign w:val="center"/>
          </w:tcPr>
          <w:p w14:paraId="48DDDB4C" w14:textId="77777777" w:rsidR="00C8143D" w:rsidRDefault="00C8143D"/>
        </w:tc>
      </w:tr>
      <w:tr w:rsidR="00C8143D" w14:paraId="2F4F376A" w14:textId="77777777">
        <w:trPr>
          <w:jc w:val="center"/>
        </w:trPr>
        <w:tc>
          <w:tcPr>
            <w:tcW w:w="2606" w:type="dxa"/>
            <w:vAlign w:val="center"/>
          </w:tcPr>
          <w:p w14:paraId="7264233D" w14:textId="77777777" w:rsidR="00C8143D" w:rsidRDefault="00000000">
            <w:r>
              <w:rPr>
                <w:sz w:val="16"/>
              </w:rPr>
              <w:t>3</w:t>
            </w:r>
          </w:p>
        </w:tc>
        <w:tc>
          <w:tcPr>
            <w:tcW w:w="2606" w:type="dxa"/>
            <w:vAlign w:val="center"/>
          </w:tcPr>
          <w:p w14:paraId="06A8D4ED" w14:textId="77777777" w:rsidR="00C8143D" w:rsidRDefault="00C8143D"/>
        </w:tc>
        <w:tc>
          <w:tcPr>
            <w:tcW w:w="2606" w:type="dxa"/>
            <w:vAlign w:val="center"/>
          </w:tcPr>
          <w:p w14:paraId="15FD3296" w14:textId="77777777" w:rsidR="00C8143D" w:rsidRDefault="00C8143D"/>
        </w:tc>
        <w:tc>
          <w:tcPr>
            <w:tcW w:w="2606" w:type="dxa"/>
            <w:vAlign w:val="center"/>
          </w:tcPr>
          <w:p w14:paraId="2D8A5798" w14:textId="77777777" w:rsidR="00C8143D" w:rsidRDefault="00C8143D"/>
        </w:tc>
      </w:tr>
      <w:tr w:rsidR="00C8143D" w14:paraId="723F5EB0" w14:textId="77777777">
        <w:trPr>
          <w:jc w:val="center"/>
        </w:trPr>
        <w:tc>
          <w:tcPr>
            <w:tcW w:w="2606" w:type="dxa"/>
            <w:vAlign w:val="center"/>
          </w:tcPr>
          <w:p w14:paraId="0D0DA525" w14:textId="77777777" w:rsidR="00C8143D" w:rsidRDefault="00000000">
            <w:r>
              <w:rPr>
                <w:sz w:val="16"/>
              </w:rPr>
              <w:t>4</w:t>
            </w:r>
          </w:p>
        </w:tc>
        <w:tc>
          <w:tcPr>
            <w:tcW w:w="2606" w:type="dxa"/>
            <w:vAlign w:val="center"/>
          </w:tcPr>
          <w:p w14:paraId="5F85226E" w14:textId="77777777" w:rsidR="00C8143D" w:rsidRDefault="00C8143D"/>
        </w:tc>
        <w:tc>
          <w:tcPr>
            <w:tcW w:w="2606" w:type="dxa"/>
            <w:vAlign w:val="center"/>
          </w:tcPr>
          <w:p w14:paraId="1186B353" w14:textId="77777777" w:rsidR="00C8143D" w:rsidRDefault="00C8143D"/>
        </w:tc>
        <w:tc>
          <w:tcPr>
            <w:tcW w:w="2606" w:type="dxa"/>
            <w:vAlign w:val="center"/>
          </w:tcPr>
          <w:p w14:paraId="779A3710" w14:textId="77777777" w:rsidR="00C8143D" w:rsidRDefault="00C8143D"/>
        </w:tc>
      </w:tr>
      <w:tr w:rsidR="00C8143D" w14:paraId="60EFAB8D" w14:textId="77777777">
        <w:trPr>
          <w:jc w:val="center"/>
        </w:trPr>
        <w:tc>
          <w:tcPr>
            <w:tcW w:w="2606" w:type="dxa"/>
            <w:vAlign w:val="center"/>
          </w:tcPr>
          <w:p w14:paraId="04208C23" w14:textId="77777777" w:rsidR="00C8143D" w:rsidRDefault="00000000">
            <w:r>
              <w:rPr>
                <w:sz w:val="16"/>
              </w:rPr>
              <w:t>5</w:t>
            </w:r>
          </w:p>
        </w:tc>
        <w:tc>
          <w:tcPr>
            <w:tcW w:w="2606" w:type="dxa"/>
            <w:vAlign w:val="center"/>
          </w:tcPr>
          <w:p w14:paraId="6FACDA7A" w14:textId="77777777" w:rsidR="00C8143D" w:rsidRDefault="00C8143D"/>
        </w:tc>
        <w:tc>
          <w:tcPr>
            <w:tcW w:w="2606" w:type="dxa"/>
            <w:vAlign w:val="center"/>
          </w:tcPr>
          <w:p w14:paraId="55466A43" w14:textId="77777777" w:rsidR="00C8143D" w:rsidRDefault="00C8143D"/>
        </w:tc>
        <w:tc>
          <w:tcPr>
            <w:tcW w:w="2606" w:type="dxa"/>
            <w:vAlign w:val="center"/>
          </w:tcPr>
          <w:p w14:paraId="09677492" w14:textId="77777777" w:rsidR="00C8143D" w:rsidRDefault="00C8143D"/>
        </w:tc>
      </w:tr>
    </w:tbl>
    <w:p w14:paraId="659527FF" w14:textId="77777777" w:rsidR="00C8143D" w:rsidRDefault="00000000">
      <w:pPr>
        <w:pStyle w:val="Balk1"/>
        <w:spacing w:before="120" w:after="60"/>
      </w:pPr>
      <w:r>
        <w:t>F. GENEL DEĞERLENDİRME</w:t>
      </w:r>
    </w:p>
    <w:p w14:paraId="262C516E" w14:textId="77777777" w:rsidR="00C8143D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0D3CC31A" w14:textId="77777777" w:rsidR="00C8143D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6F1583A0" w14:textId="77777777" w:rsidR="00C8143D" w:rsidRDefault="00000000">
      <w:pPr>
        <w:spacing w:after="40"/>
      </w:pPr>
      <w:r>
        <w:lastRenderedPageBreak/>
        <w:t>................................................................................................................................................................................</w:t>
      </w:r>
    </w:p>
    <w:p w14:paraId="27678065" w14:textId="77777777" w:rsidR="00C8143D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48B5727D" w14:textId="77777777" w:rsidR="00C8143D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73F61068" w14:textId="77777777" w:rsidR="00C8143D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41E04E4E" w14:textId="77777777" w:rsidR="00C8143D" w:rsidRDefault="00000000">
      <w:pPr>
        <w:pStyle w:val="Balk1"/>
        <w:spacing w:before="120" w:after="60"/>
      </w:pPr>
      <w:r>
        <w:t>G. ONAY VE İZLEME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C8143D" w14:paraId="1AADB03D" w14:textId="77777777">
        <w:tc>
          <w:tcPr>
            <w:tcW w:w="2606" w:type="dxa"/>
            <w:shd w:val="clear" w:color="auto" w:fill="D9E2F3"/>
            <w:vAlign w:val="center"/>
          </w:tcPr>
          <w:p w14:paraId="5528EF29" w14:textId="77777777" w:rsidR="00C8143D" w:rsidRDefault="00000000">
            <w:r>
              <w:rPr>
                <w:b/>
                <w:sz w:val="16"/>
              </w:rPr>
              <w:t>Program/Bölüm Başkanı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1E6BD628" w14:textId="77777777" w:rsidR="00C8143D" w:rsidRDefault="00000000">
            <w:r>
              <w:rPr>
                <w:b/>
                <w:sz w:val="16"/>
              </w:rPr>
              <w:t>İlgili Birim Yöneticisi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2A038357" w14:textId="77777777" w:rsidR="00C8143D" w:rsidRDefault="00000000">
            <w:r>
              <w:rPr>
                <w:b/>
                <w:sz w:val="16"/>
              </w:rPr>
              <w:t>Kalite Birim Koordinatörlüğü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63D26D08" w14:textId="77777777" w:rsidR="00C8143D" w:rsidRDefault="00000000">
            <w:r>
              <w:rPr>
                <w:b/>
                <w:sz w:val="16"/>
              </w:rPr>
              <w:t>Tarih</w:t>
            </w:r>
          </w:p>
        </w:tc>
      </w:tr>
      <w:tr w:rsidR="00C8143D" w14:paraId="549541BB" w14:textId="77777777">
        <w:tc>
          <w:tcPr>
            <w:tcW w:w="2606" w:type="dxa"/>
            <w:vAlign w:val="center"/>
          </w:tcPr>
          <w:p w14:paraId="144ECFF5" w14:textId="77777777" w:rsidR="00C8143D" w:rsidRDefault="00000000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606" w:type="dxa"/>
            <w:vAlign w:val="center"/>
          </w:tcPr>
          <w:p w14:paraId="2E8C9B88" w14:textId="77777777" w:rsidR="00C8143D" w:rsidRDefault="00000000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606" w:type="dxa"/>
            <w:vAlign w:val="center"/>
          </w:tcPr>
          <w:p w14:paraId="63378CB7" w14:textId="77777777" w:rsidR="00C8143D" w:rsidRDefault="00000000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2606" w:type="dxa"/>
            <w:vAlign w:val="center"/>
          </w:tcPr>
          <w:p w14:paraId="651E404A" w14:textId="77777777" w:rsidR="00C8143D" w:rsidRDefault="00000000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7D077D85" w14:textId="77777777" w:rsidR="00F03EDE" w:rsidRDefault="00F03EDE"/>
    <w:sectPr w:rsidR="00F03EDE" w:rsidSect="00C632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907" w:bottom="964" w:left="90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1BAE0" w14:textId="77777777" w:rsidR="00F03EDE" w:rsidRDefault="00F03EDE">
      <w:pPr>
        <w:spacing w:after="0" w:line="240" w:lineRule="auto"/>
      </w:pPr>
      <w:r>
        <w:separator/>
      </w:r>
    </w:p>
  </w:endnote>
  <w:endnote w:type="continuationSeparator" w:id="0">
    <w:p w14:paraId="48C47602" w14:textId="77777777" w:rsidR="00F03EDE" w:rsidRDefault="00F03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4EC29" w14:textId="77777777" w:rsidR="00C63201" w:rsidRDefault="00C6320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547"/>
      <w:gridCol w:w="3547"/>
      <w:gridCol w:w="3548"/>
    </w:tblGrid>
    <w:tr w:rsidR="00C63201" w:rsidRPr="00C63201" w14:paraId="245391AF" w14:textId="77777777" w:rsidTr="003A0086">
      <w:trPr>
        <w:jc w:val="center"/>
      </w:trPr>
      <w:tc>
        <w:tcPr>
          <w:tcW w:w="1666" w:type="pct"/>
        </w:tcPr>
        <w:p w14:paraId="124A5257" w14:textId="77777777" w:rsidR="00C63201" w:rsidRPr="00C63201" w:rsidRDefault="00C63201" w:rsidP="00C6320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1666" w:type="pct"/>
        </w:tcPr>
        <w:p w14:paraId="48459491" w14:textId="77777777" w:rsidR="00C63201" w:rsidRPr="00C63201" w:rsidRDefault="00C63201" w:rsidP="00C6320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1667" w:type="pct"/>
        </w:tcPr>
        <w:p w14:paraId="30616B06" w14:textId="77777777" w:rsidR="00C63201" w:rsidRPr="00C63201" w:rsidRDefault="00C63201" w:rsidP="00C6320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Yürürlük Onayı</w:t>
          </w:r>
        </w:p>
      </w:tc>
    </w:tr>
    <w:tr w:rsidR="00C63201" w:rsidRPr="00C63201" w14:paraId="6AD95349" w14:textId="77777777" w:rsidTr="003A0086">
      <w:trPr>
        <w:trHeight w:val="1002"/>
        <w:jc w:val="center"/>
      </w:trPr>
      <w:tc>
        <w:tcPr>
          <w:tcW w:w="1666" w:type="pct"/>
        </w:tcPr>
        <w:p w14:paraId="3508AB82" w14:textId="77777777" w:rsidR="00C63201" w:rsidRPr="00C63201" w:rsidRDefault="00C63201" w:rsidP="00C6320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28A87843" w14:textId="77777777" w:rsidR="00C63201" w:rsidRPr="00C63201" w:rsidRDefault="00C63201" w:rsidP="00C6320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621A7A9B" w14:textId="77777777" w:rsidR="00C63201" w:rsidRPr="00C63201" w:rsidRDefault="00C63201" w:rsidP="00C6320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Öğr. Gör. Cankat ÖZLÜ</w:t>
          </w:r>
        </w:p>
        <w:p w14:paraId="2CDE651A" w14:textId="77777777" w:rsidR="00C63201" w:rsidRPr="00C63201" w:rsidRDefault="00C63201" w:rsidP="00C63201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67B9C3FA" w14:textId="7ABABEBB" w:rsidR="00C8143D" w:rsidRDefault="00C8143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7ACDC" w14:textId="77777777" w:rsidR="00C63201" w:rsidRDefault="00C632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9CA15" w14:textId="77777777" w:rsidR="00F03EDE" w:rsidRDefault="00F03EDE">
      <w:pPr>
        <w:spacing w:after="0" w:line="240" w:lineRule="auto"/>
      </w:pPr>
      <w:r>
        <w:separator/>
      </w:r>
    </w:p>
  </w:footnote>
  <w:footnote w:type="continuationSeparator" w:id="0">
    <w:p w14:paraId="5B92F4BE" w14:textId="77777777" w:rsidR="00F03EDE" w:rsidRDefault="00F03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73AE" w14:textId="77777777" w:rsidR="00C63201" w:rsidRDefault="00C632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5"/>
      <w:gridCol w:w="6074"/>
      <w:gridCol w:w="1462"/>
      <w:gridCol w:w="1581"/>
    </w:tblGrid>
    <w:tr w:rsidR="00C63201" w:rsidRPr="00C63201" w14:paraId="42112EF1" w14:textId="77777777" w:rsidTr="003A0086">
      <w:trPr>
        <w:trHeight w:val="276"/>
      </w:trPr>
      <w:tc>
        <w:tcPr>
          <w:tcW w:w="716" w:type="pct"/>
          <w:vMerge w:val="restart"/>
          <w:vAlign w:val="center"/>
        </w:tcPr>
        <w:p w14:paraId="346E5E74" w14:textId="77777777" w:rsidR="00C63201" w:rsidRPr="00C63201" w:rsidRDefault="00C63201" w:rsidP="00C63201">
          <w:pPr>
            <w:rPr>
              <w:rFonts w:cs="Arial"/>
            </w:rPr>
          </w:pPr>
          <w:r w:rsidRPr="00C63201">
            <w:rPr>
              <w:rFonts w:cs="Arial"/>
              <w:noProof/>
              <w:lang w:eastAsia="tr-TR"/>
            </w:rPr>
            <w:drawing>
              <wp:inline distT="0" distB="0" distL="0" distR="0" wp14:anchorId="131C6CCC" wp14:editId="448685A2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54" w:type="pct"/>
          <w:vMerge w:val="restart"/>
          <w:vAlign w:val="center"/>
        </w:tcPr>
        <w:p w14:paraId="69BF49F0" w14:textId="69D423D2" w:rsidR="00C63201" w:rsidRPr="00C63201" w:rsidRDefault="00C63201" w:rsidP="00C6320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63201">
            <w:rPr>
              <w:rFonts w:ascii="Times New Roman" w:hAnsi="Times New Roman" w:cs="Times New Roman"/>
              <w:b/>
              <w:sz w:val="24"/>
              <w:szCs w:val="24"/>
            </w:rPr>
            <w:t>KONYA GIDA VE TARIM ÜNİVERSİTESİ</w:t>
          </w:r>
        </w:p>
        <w:p w14:paraId="6A846A1B" w14:textId="77777777" w:rsidR="00C63201" w:rsidRPr="00C63201" w:rsidRDefault="00C63201" w:rsidP="00C6320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63201">
            <w:rPr>
              <w:rFonts w:ascii="Times New Roman" w:hAnsi="Times New Roman" w:cs="Times New Roman"/>
              <w:b/>
              <w:sz w:val="24"/>
              <w:szCs w:val="24"/>
            </w:rPr>
            <w:t>AKRAN DEĞERLENDİRME İYİLEŞTİRME VE İZLEME FORMU</w:t>
          </w:r>
        </w:p>
        <w:p w14:paraId="092A686D" w14:textId="16334B81" w:rsidR="00C63201" w:rsidRPr="00C63201" w:rsidRDefault="00C63201" w:rsidP="00C63201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87" w:type="pct"/>
          <w:vAlign w:val="center"/>
        </w:tcPr>
        <w:p w14:paraId="3AF4E0BC" w14:textId="77777777" w:rsidR="00C63201" w:rsidRPr="00C63201" w:rsidRDefault="00C63201" w:rsidP="00C63201">
          <w:pPr>
            <w:rPr>
              <w:rFonts w:cs="Arial"/>
            </w:rPr>
          </w:pPr>
          <w:r w:rsidRPr="00C63201">
            <w:rPr>
              <w:rFonts w:cs="Arial"/>
            </w:rPr>
            <w:t>Doküman No</w:t>
          </w:r>
        </w:p>
      </w:tc>
      <w:tc>
        <w:tcPr>
          <w:tcW w:w="743" w:type="pct"/>
          <w:vAlign w:val="center"/>
        </w:tcPr>
        <w:p w14:paraId="5F5E5C8B" w14:textId="4BE46DCF" w:rsidR="00C63201" w:rsidRPr="00C63201" w:rsidRDefault="00C63201" w:rsidP="00C63201">
          <w:pPr>
            <w:rPr>
              <w:rFonts w:cs="Arial"/>
              <w:b/>
            </w:rPr>
          </w:pPr>
          <w:r w:rsidRPr="00C63201">
            <w:rPr>
              <w:rFonts w:cs="Arial"/>
              <w:b/>
            </w:rPr>
            <w:t>FR-KBK-0</w:t>
          </w:r>
          <w:r w:rsidR="00BB71B1">
            <w:rPr>
              <w:rFonts w:cs="Arial"/>
              <w:b/>
            </w:rPr>
            <w:t>178</w:t>
          </w:r>
        </w:p>
      </w:tc>
    </w:tr>
    <w:tr w:rsidR="00C63201" w:rsidRPr="00C63201" w14:paraId="18D65DE5" w14:textId="77777777" w:rsidTr="003A0086">
      <w:trPr>
        <w:trHeight w:val="305"/>
      </w:trPr>
      <w:tc>
        <w:tcPr>
          <w:tcW w:w="716" w:type="pct"/>
          <w:vMerge/>
          <w:vAlign w:val="center"/>
        </w:tcPr>
        <w:p w14:paraId="2842A35A" w14:textId="77777777" w:rsidR="00C63201" w:rsidRPr="00C63201" w:rsidRDefault="00C63201" w:rsidP="00C63201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1F817855" w14:textId="77777777" w:rsidR="00C63201" w:rsidRPr="00C63201" w:rsidRDefault="00C63201" w:rsidP="00C63201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44F2170A" w14:textId="77777777" w:rsidR="00C63201" w:rsidRPr="00C63201" w:rsidRDefault="00C63201" w:rsidP="00C63201">
          <w:pPr>
            <w:rPr>
              <w:rFonts w:cs="Arial"/>
            </w:rPr>
          </w:pPr>
          <w:r w:rsidRPr="00C63201">
            <w:rPr>
              <w:rFonts w:cs="Arial"/>
            </w:rPr>
            <w:t>İlk Yayın Tarihi</w:t>
          </w:r>
        </w:p>
      </w:tc>
      <w:tc>
        <w:tcPr>
          <w:tcW w:w="743" w:type="pct"/>
          <w:vAlign w:val="center"/>
        </w:tcPr>
        <w:p w14:paraId="166AC363" w14:textId="0FA2FC6E" w:rsidR="00C63201" w:rsidRPr="00C63201" w:rsidRDefault="00C63201" w:rsidP="00C63201">
          <w:pPr>
            <w:rPr>
              <w:rFonts w:cs="Arial"/>
              <w:b/>
            </w:rPr>
          </w:pPr>
          <w:r>
            <w:rPr>
              <w:rFonts w:cs="Arial"/>
              <w:b/>
            </w:rPr>
            <w:t>14.09.2026</w:t>
          </w:r>
        </w:p>
      </w:tc>
    </w:tr>
    <w:tr w:rsidR="00C63201" w:rsidRPr="00C63201" w14:paraId="5925C0B0" w14:textId="77777777" w:rsidTr="003A0086">
      <w:trPr>
        <w:trHeight w:val="276"/>
      </w:trPr>
      <w:tc>
        <w:tcPr>
          <w:tcW w:w="716" w:type="pct"/>
          <w:vMerge/>
          <w:vAlign w:val="center"/>
        </w:tcPr>
        <w:p w14:paraId="72DCE51E" w14:textId="77777777" w:rsidR="00C63201" w:rsidRPr="00C63201" w:rsidRDefault="00C63201" w:rsidP="00C63201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1F4EA251" w14:textId="77777777" w:rsidR="00C63201" w:rsidRPr="00C63201" w:rsidRDefault="00C63201" w:rsidP="00C63201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26B5BEFD" w14:textId="77777777" w:rsidR="00C63201" w:rsidRPr="00C63201" w:rsidRDefault="00C63201" w:rsidP="00C63201">
          <w:pPr>
            <w:rPr>
              <w:rFonts w:cs="Arial"/>
            </w:rPr>
          </w:pPr>
          <w:r w:rsidRPr="00C63201">
            <w:rPr>
              <w:rFonts w:cs="Arial"/>
            </w:rPr>
            <w:t>Revizyon Tarihi</w:t>
          </w:r>
        </w:p>
      </w:tc>
      <w:tc>
        <w:tcPr>
          <w:tcW w:w="743" w:type="pct"/>
          <w:vAlign w:val="center"/>
        </w:tcPr>
        <w:p w14:paraId="256CC747" w14:textId="77777777" w:rsidR="00C63201" w:rsidRPr="00C63201" w:rsidRDefault="00C63201" w:rsidP="00C63201">
          <w:pPr>
            <w:rPr>
              <w:rFonts w:cs="Arial"/>
              <w:b/>
            </w:rPr>
          </w:pPr>
        </w:p>
      </w:tc>
    </w:tr>
    <w:tr w:rsidR="00C63201" w:rsidRPr="00C63201" w14:paraId="2A77B6A4" w14:textId="77777777" w:rsidTr="003A0086">
      <w:trPr>
        <w:trHeight w:val="276"/>
      </w:trPr>
      <w:tc>
        <w:tcPr>
          <w:tcW w:w="716" w:type="pct"/>
          <w:vMerge/>
          <w:vAlign w:val="center"/>
        </w:tcPr>
        <w:p w14:paraId="185E0E3C" w14:textId="77777777" w:rsidR="00C63201" w:rsidRPr="00C63201" w:rsidRDefault="00C63201" w:rsidP="00C63201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6B54D5A8" w14:textId="77777777" w:rsidR="00C63201" w:rsidRPr="00C63201" w:rsidRDefault="00C63201" w:rsidP="00C63201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30958146" w14:textId="77777777" w:rsidR="00C63201" w:rsidRPr="00C63201" w:rsidRDefault="00C63201" w:rsidP="00C63201">
          <w:pPr>
            <w:rPr>
              <w:rFonts w:cs="Arial"/>
            </w:rPr>
          </w:pPr>
          <w:r w:rsidRPr="00C63201">
            <w:rPr>
              <w:rFonts w:cs="Arial"/>
            </w:rPr>
            <w:t>Revizyon No</w:t>
          </w:r>
        </w:p>
      </w:tc>
      <w:tc>
        <w:tcPr>
          <w:tcW w:w="743" w:type="pct"/>
          <w:vAlign w:val="center"/>
        </w:tcPr>
        <w:p w14:paraId="728D1BFD" w14:textId="77777777" w:rsidR="00C63201" w:rsidRPr="00C63201" w:rsidRDefault="00C63201" w:rsidP="00C63201">
          <w:pPr>
            <w:rPr>
              <w:rFonts w:cs="Arial"/>
              <w:b/>
            </w:rPr>
          </w:pPr>
        </w:p>
      </w:tc>
    </w:tr>
    <w:tr w:rsidR="00C63201" w:rsidRPr="00C63201" w14:paraId="00ECAFAF" w14:textId="77777777" w:rsidTr="003A0086">
      <w:trPr>
        <w:trHeight w:val="276"/>
      </w:trPr>
      <w:tc>
        <w:tcPr>
          <w:tcW w:w="716" w:type="pct"/>
          <w:vMerge/>
          <w:vAlign w:val="center"/>
        </w:tcPr>
        <w:p w14:paraId="4DA683A0" w14:textId="77777777" w:rsidR="00C63201" w:rsidRPr="00C63201" w:rsidRDefault="00C63201" w:rsidP="00C63201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081466FF" w14:textId="77777777" w:rsidR="00C63201" w:rsidRPr="00C63201" w:rsidRDefault="00C63201" w:rsidP="00C63201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11BFFE42" w14:textId="77777777" w:rsidR="00C63201" w:rsidRPr="00C63201" w:rsidRDefault="00C63201" w:rsidP="00C63201">
          <w:pPr>
            <w:rPr>
              <w:rFonts w:cs="Arial"/>
            </w:rPr>
          </w:pPr>
          <w:r w:rsidRPr="00C63201">
            <w:rPr>
              <w:rFonts w:cs="Arial"/>
            </w:rPr>
            <w:t>Sayfa</w:t>
          </w:r>
        </w:p>
      </w:tc>
      <w:tc>
        <w:tcPr>
          <w:tcW w:w="743" w:type="pct"/>
          <w:vAlign w:val="center"/>
        </w:tcPr>
        <w:p w14:paraId="0D89F79B" w14:textId="77777777" w:rsidR="00C63201" w:rsidRPr="00C63201" w:rsidRDefault="00C63201" w:rsidP="00C63201">
          <w:pPr>
            <w:rPr>
              <w:rFonts w:cs="Arial"/>
              <w:b/>
            </w:rPr>
          </w:pPr>
          <w:r w:rsidRPr="00C63201">
            <w:rPr>
              <w:rFonts w:cs="Arial"/>
              <w:b/>
            </w:rPr>
            <w:fldChar w:fldCharType="begin"/>
          </w:r>
          <w:r w:rsidRPr="00C63201">
            <w:rPr>
              <w:rFonts w:cs="Arial"/>
              <w:b/>
            </w:rPr>
            <w:instrText xml:space="preserve"> PAGE   \* MERGEFORMAT </w:instrText>
          </w:r>
          <w:r w:rsidRPr="00C63201">
            <w:rPr>
              <w:rFonts w:cs="Arial"/>
              <w:b/>
            </w:rPr>
            <w:fldChar w:fldCharType="separate"/>
          </w:r>
          <w:r w:rsidRPr="00C63201">
            <w:rPr>
              <w:rFonts w:cs="Arial"/>
              <w:b/>
              <w:noProof/>
            </w:rPr>
            <w:t>1</w:t>
          </w:r>
          <w:r w:rsidRPr="00C63201">
            <w:rPr>
              <w:rFonts w:cs="Arial"/>
              <w:b/>
            </w:rPr>
            <w:fldChar w:fldCharType="end"/>
          </w:r>
          <w:r w:rsidRPr="00C63201">
            <w:rPr>
              <w:rFonts w:cs="Arial"/>
              <w:b/>
            </w:rPr>
            <w:t>/</w:t>
          </w:r>
          <w:r w:rsidRPr="00C63201">
            <w:rPr>
              <w:rFonts w:cs="Arial"/>
              <w:b/>
            </w:rPr>
            <w:fldChar w:fldCharType="begin"/>
          </w:r>
          <w:r w:rsidRPr="00C63201">
            <w:rPr>
              <w:rFonts w:cs="Arial"/>
              <w:b/>
            </w:rPr>
            <w:instrText xml:space="preserve"> NUMPAGES   \* MERGEFORMAT </w:instrText>
          </w:r>
          <w:r w:rsidRPr="00C63201">
            <w:rPr>
              <w:rFonts w:cs="Arial"/>
              <w:b/>
            </w:rPr>
            <w:fldChar w:fldCharType="separate"/>
          </w:r>
          <w:r w:rsidRPr="00C63201">
            <w:rPr>
              <w:rFonts w:cs="Arial"/>
              <w:b/>
              <w:noProof/>
            </w:rPr>
            <w:t>1</w:t>
          </w:r>
          <w:r w:rsidRPr="00C63201">
            <w:rPr>
              <w:rFonts w:cs="Arial"/>
              <w:b/>
            </w:rPr>
            <w:fldChar w:fldCharType="end"/>
          </w:r>
        </w:p>
      </w:tc>
    </w:tr>
  </w:tbl>
  <w:p w14:paraId="74A5B604" w14:textId="77777777" w:rsidR="00C63201" w:rsidRDefault="00C632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FE624" w14:textId="77777777" w:rsidR="00C63201" w:rsidRDefault="00C6320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708849">
    <w:abstractNumId w:val="8"/>
  </w:num>
  <w:num w:numId="2" w16cid:durableId="75171604">
    <w:abstractNumId w:val="6"/>
  </w:num>
  <w:num w:numId="3" w16cid:durableId="235436273">
    <w:abstractNumId w:val="5"/>
  </w:num>
  <w:num w:numId="4" w16cid:durableId="9765339">
    <w:abstractNumId w:val="4"/>
  </w:num>
  <w:num w:numId="5" w16cid:durableId="721490628">
    <w:abstractNumId w:val="7"/>
  </w:num>
  <w:num w:numId="6" w16cid:durableId="485360654">
    <w:abstractNumId w:val="3"/>
  </w:num>
  <w:num w:numId="7" w16cid:durableId="750155925">
    <w:abstractNumId w:val="2"/>
  </w:num>
  <w:num w:numId="8" w16cid:durableId="794297420">
    <w:abstractNumId w:val="1"/>
  </w:num>
  <w:num w:numId="9" w16cid:durableId="2038312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B71B1"/>
    <w:rsid w:val="00C63201"/>
    <w:rsid w:val="00C8143D"/>
    <w:rsid w:val="00CB0664"/>
    <w:rsid w:val="00EB0FEA"/>
    <w:rsid w:val="00F03E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53BDC"/>
  <w14:defaultImageDpi w14:val="300"/>
  <w15:docId w15:val="{999B3C24-8CE8-489D-AFA4-E490762E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2026-09-14T13:33:00Z</dcterms:modified>
  <cp:category/>
</cp:coreProperties>
</file>