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E2A0C" w14:textId="77777777" w:rsidR="00F35905" w:rsidRDefault="00000000">
      <w:pPr>
        <w:jc w:val="center"/>
      </w:pPr>
      <w:r>
        <w:rPr>
          <w:b/>
          <w:sz w:val="26"/>
        </w:rPr>
        <w:t>KONYA GIDA VE TARIM ÜNİVERSİTESİ</w:t>
      </w:r>
    </w:p>
    <w:p w14:paraId="5E0FE187" w14:textId="77777777" w:rsidR="00F35905" w:rsidRDefault="00000000">
      <w:pPr>
        <w:jc w:val="center"/>
      </w:pPr>
      <w:r>
        <w:rPr>
          <w:b/>
          <w:sz w:val="28"/>
        </w:rPr>
        <w:t>PROGRAM AKRAN DEĞERLENDİRME RAPORU</w:t>
      </w:r>
    </w:p>
    <w:p w14:paraId="224BE9B6" w14:textId="77777777" w:rsidR="00F35905" w:rsidRDefault="00000000">
      <w:pPr>
        <w:pStyle w:val="Balk1"/>
        <w:spacing w:before="120" w:after="60"/>
      </w:pPr>
      <w:r>
        <w:t>A. DEĞERLENDİRMEYE İLİŞKİN GENEL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13"/>
        <w:gridCol w:w="5213"/>
      </w:tblGrid>
      <w:tr w:rsidR="00F35905" w14:paraId="6BB2857E" w14:textId="77777777">
        <w:tc>
          <w:tcPr>
            <w:tcW w:w="5213" w:type="dxa"/>
            <w:shd w:val="clear" w:color="auto" w:fill="EAF0F8"/>
            <w:vAlign w:val="center"/>
          </w:tcPr>
          <w:p w14:paraId="5551B3A6" w14:textId="77777777" w:rsidR="00F35905" w:rsidRDefault="00000000">
            <w:r>
              <w:rPr>
                <w:b/>
                <w:sz w:val="17"/>
              </w:rPr>
              <w:t>Fakülte/Yüksekokul</w:t>
            </w:r>
          </w:p>
        </w:tc>
        <w:tc>
          <w:tcPr>
            <w:tcW w:w="5213" w:type="dxa"/>
            <w:vAlign w:val="center"/>
          </w:tcPr>
          <w:p w14:paraId="3A65BA8D" w14:textId="77777777" w:rsidR="00F35905" w:rsidRDefault="00F35905"/>
        </w:tc>
      </w:tr>
      <w:tr w:rsidR="00F35905" w14:paraId="25F5B84E" w14:textId="77777777">
        <w:tc>
          <w:tcPr>
            <w:tcW w:w="5213" w:type="dxa"/>
            <w:shd w:val="clear" w:color="auto" w:fill="EAF0F8"/>
            <w:vAlign w:val="center"/>
          </w:tcPr>
          <w:p w14:paraId="3AB81D8C" w14:textId="77777777" w:rsidR="00F35905" w:rsidRDefault="00000000">
            <w:r>
              <w:rPr>
                <w:b/>
                <w:sz w:val="17"/>
              </w:rPr>
              <w:t>Değerlendirilen Program</w:t>
            </w:r>
          </w:p>
        </w:tc>
        <w:tc>
          <w:tcPr>
            <w:tcW w:w="5213" w:type="dxa"/>
            <w:vAlign w:val="center"/>
          </w:tcPr>
          <w:p w14:paraId="4452578E" w14:textId="77777777" w:rsidR="00F35905" w:rsidRDefault="00F35905"/>
        </w:tc>
      </w:tr>
      <w:tr w:rsidR="00F35905" w14:paraId="43A0D694" w14:textId="77777777">
        <w:tc>
          <w:tcPr>
            <w:tcW w:w="5213" w:type="dxa"/>
            <w:shd w:val="clear" w:color="auto" w:fill="EAF0F8"/>
            <w:vAlign w:val="center"/>
          </w:tcPr>
          <w:p w14:paraId="5EAC5A62" w14:textId="77777777" w:rsidR="00F35905" w:rsidRDefault="00000000">
            <w:r>
              <w:rPr>
                <w:b/>
                <w:sz w:val="17"/>
              </w:rPr>
              <w:t>Değerlendirme Tarihi</w:t>
            </w:r>
          </w:p>
        </w:tc>
        <w:tc>
          <w:tcPr>
            <w:tcW w:w="5213" w:type="dxa"/>
            <w:vAlign w:val="center"/>
          </w:tcPr>
          <w:p w14:paraId="15143779" w14:textId="77777777" w:rsidR="00F35905" w:rsidRDefault="00F35905"/>
        </w:tc>
      </w:tr>
      <w:tr w:rsidR="00F35905" w14:paraId="5916B665" w14:textId="77777777">
        <w:tc>
          <w:tcPr>
            <w:tcW w:w="5213" w:type="dxa"/>
            <w:shd w:val="clear" w:color="auto" w:fill="EAF0F8"/>
            <w:vAlign w:val="center"/>
          </w:tcPr>
          <w:p w14:paraId="0C54B965" w14:textId="77777777" w:rsidR="00F35905" w:rsidRDefault="00000000">
            <w:r>
              <w:rPr>
                <w:b/>
                <w:sz w:val="17"/>
              </w:rPr>
              <w:t>Değerlendirme Türü</w:t>
            </w:r>
          </w:p>
        </w:tc>
        <w:tc>
          <w:tcPr>
            <w:tcW w:w="5213" w:type="dxa"/>
            <w:vAlign w:val="center"/>
          </w:tcPr>
          <w:p w14:paraId="29591210" w14:textId="77777777" w:rsidR="00F35905" w:rsidRDefault="00000000">
            <w:r>
              <w:rPr>
                <w:sz w:val="17"/>
              </w:rPr>
              <w:t>☐ Yüz yüze    ☐ Çevrim içi    ☐ Hibrit</w:t>
            </w:r>
          </w:p>
        </w:tc>
      </w:tr>
      <w:tr w:rsidR="00F35905" w14:paraId="1A321FC1" w14:textId="77777777">
        <w:tc>
          <w:tcPr>
            <w:tcW w:w="5213" w:type="dxa"/>
            <w:shd w:val="clear" w:color="auto" w:fill="EAF0F8"/>
            <w:vAlign w:val="center"/>
          </w:tcPr>
          <w:p w14:paraId="57601E93" w14:textId="77777777" w:rsidR="00F35905" w:rsidRDefault="00000000">
            <w:r>
              <w:rPr>
                <w:b/>
                <w:sz w:val="17"/>
              </w:rPr>
              <w:t>Akran Değerlendirici / Değerlendirme Ekibi</w:t>
            </w:r>
          </w:p>
        </w:tc>
        <w:tc>
          <w:tcPr>
            <w:tcW w:w="5213" w:type="dxa"/>
            <w:vAlign w:val="center"/>
          </w:tcPr>
          <w:p w14:paraId="1D81DE19" w14:textId="77777777" w:rsidR="00F35905" w:rsidRDefault="00F35905"/>
        </w:tc>
      </w:tr>
      <w:tr w:rsidR="00F35905" w14:paraId="2AD281DC" w14:textId="77777777">
        <w:tc>
          <w:tcPr>
            <w:tcW w:w="5213" w:type="dxa"/>
            <w:shd w:val="clear" w:color="auto" w:fill="EAF0F8"/>
            <w:vAlign w:val="center"/>
          </w:tcPr>
          <w:p w14:paraId="0FF8EB36" w14:textId="77777777" w:rsidR="00F35905" w:rsidRDefault="00000000">
            <w:r>
              <w:rPr>
                <w:b/>
                <w:sz w:val="17"/>
              </w:rPr>
              <w:t>Değerlendiricinin/Değerlendiricilerin Kurumu</w:t>
            </w:r>
          </w:p>
        </w:tc>
        <w:tc>
          <w:tcPr>
            <w:tcW w:w="5213" w:type="dxa"/>
            <w:vAlign w:val="center"/>
          </w:tcPr>
          <w:p w14:paraId="5B641DA7" w14:textId="77777777" w:rsidR="00F35905" w:rsidRDefault="00F35905"/>
        </w:tc>
      </w:tr>
      <w:tr w:rsidR="00F35905" w14:paraId="4CBEAD0A" w14:textId="77777777">
        <w:tc>
          <w:tcPr>
            <w:tcW w:w="5213" w:type="dxa"/>
            <w:shd w:val="clear" w:color="auto" w:fill="EAF0F8"/>
            <w:vAlign w:val="center"/>
          </w:tcPr>
          <w:p w14:paraId="68CCA7DE" w14:textId="77777777" w:rsidR="00F35905" w:rsidRDefault="00000000">
            <w:r>
              <w:rPr>
                <w:b/>
                <w:sz w:val="17"/>
              </w:rPr>
              <w:t>Program Temsilcileri</w:t>
            </w:r>
          </w:p>
        </w:tc>
        <w:tc>
          <w:tcPr>
            <w:tcW w:w="5213" w:type="dxa"/>
            <w:vAlign w:val="center"/>
          </w:tcPr>
          <w:p w14:paraId="0E50CC6A" w14:textId="77777777" w:rsidR="00F35905" w:rsidRDefault="00F35905"/>
        </w:tc>
      </w:tr>
      <w:tr w:rsidR="00F35905" w14:paraId="79FAE823" w14:textId="77777777">
        <w:tc>
          <w:tcPr>
            <w:tcW w:w="5213" w:type="dxa"/>
            <w:shd w:val="clear" w:color="auto" w:fill="EAF0F8"/>
            <w:vAlign w:val="center"/>
          </w:tcPr>
          <w:p w14:paraId="4A012AC1" w14:textId="77777777" w:rsidR="00F35905" w:rsidRDefault="00000000">
            <w:r>
              <w:rPr>
                <w:b/>
                <w:sz w:val="17"/>
              </w:rPr>
              <w:t>Değerlendirmede İncelenen Temel Dokümanlar</w:t>
            </w:r>
          </w:p>
        </w:tc>
        <w:tc>
          <w:tcPr>
            <w:tcW w:w="5213" w:type="dxa"/>
            <w:vAlign w:val="center"/>
          </w:tcPr>
          <w:p w14:paraId="29D20AF3" w14:textId="77777777" w:rsidR="00F35905" w:rsidRDefault="00F35905"/>
        </w:tc>
      </w:tr>
      <w:tr w:rsidR="00F35905" w14:paraId="27A47F89" w14:textId="77777777">
        <w:tc>
          <w:tcPr>
            <w:tcW w:w="5213" w:type="dxa"/>
            <w:shd w:val="clear" w:color="auto" w:fill="EAF0F8"/>
            <w:vAlign w:val="center"/>
          </w:tcPr>
          <w:p w14:paraId="29A87B15" w14:textId="77777777" w:rsidR="00F35905" w:rsidRDefault="00000000">
            <w:r>
              <w:rPr>
                <w:b/>
                <w:sz w:val="17"/>
              </w:rPr>
              <w:t>Önceki Akran Değerlendirme Tarihi</w:t>
            </w:r>
          </w:p>
        </w:tc>
        <w:tc>
          <w:tcPr>
            <w:tcW w:w="5213" w:type="dxa"/>
            <w:vAlign w:val="center"/>
          </w:tcPr>
          <w:p w14:paraId="3F868B8D" w14:textId="77777777" w:rsidR="00F35905" w:rsidRDefault="00000000">
            <w:r>
              <w:rPr>
                <w:sz w:val="17"/>
              </w:rPr>
              <w:t>☐ İlk değerlendirme    /    ………………………</w:t>
            </w:r>
          </w:p>
        </w:tc>
      </w:tr>
    </w:tbl>
    <w:p w14:paraId="6CBD600B" w14:textId="77777777" w:rsidR="00F35905" w:rsidRDefault="00000000">
      <w:pPr>
        <w:pStyle w:val="Balk1"/>
        <w:spacing w:before="120" w:after="60"/>
      </w:pPr>
      <w:r>
        <w:t>B. DEĞERLENDİRME YÖNTEMİ</w:t>
      </w:r>
    </w:p>
    <w:p w14:paraId="381A6575" w14:textId="77777777" w:rsidR="00F35905" w:rsidRDefault="00000000">
      <w:r>
        <w:rPr>
          <w:sz w:val="17"/>
        </w:rPr>
        <w:t>Bu bölümde öz değerlendirme ve kanıt incelemesi, gerçekleştirilen toplantı/ziyaret, görüşülen paydaşlar, incelenen ortamlar ve değerlendirme sürecinde kullanılan yöntem kısaca açıklanır.</w:t>
      </w:r>
    </w:p>
    <w:p w14:paraId="67B2FCDD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589B8F70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62DA9DC4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77E35F7C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68D31ED7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0653159F" w14:textId="77777777" w:rsidR="00F35905" w:rsidRDefault="00000000">
      <w:pPr>
        <w:pStyle w:val="Balk1"/>
        <w:spacing w:before="120" w:after="60"/>
      </w:pPr>
      <w:r>
        <w:t>C. ÖLÇÜT BAZINDA GENEL DEĞERLENDİRME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F35905" w14:paraId="1CECB6FF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3C711D60" w14:textId="77777777" w:rsidR="00F35905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5A80B095" w14:textId="77777777" w:rsidR="00F35905" w:rsidRDefault="00000000">
            <w:r>
              <w:rPr>
                <w:b/>
                <w:sz w:val="16"/>
              </w:rPr>
              <w:t>Değerlendirme Alanı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160333A0" w14:textId="77777777" w:rsidR="00F35905" w:rsidRDefault="00000000">
            <w:r>
              <w:rPr>
                <w:b/>
                <w:sz w:val="16"/>
              </w:rPr>
              <w:t>Genel Değerlendirme / Temel Bulgular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13E03F65" w14:textId="77777777" w:rsidR="00F35905" w:rsidRDefault="00000000">
            <w:r>
              <w:rPr>
                <w:b/>
                <w:sz w:val="16"/>
              </w:rPr>
              <w:t>Genel Sonuç</w:t>
            </w:r>
          </w:p>
        </w:tc>
      </w:tr>
      <w:tr w:rsidR="00F35905" w14:paraId="0F236188" w14:textId="77777777">
        <w:trPr>
          <w:jc w:val="center"/>
        </w:trPr>
        <w:tc>
          <w:tcPr>
            <w:tcW w:w="2606" w:type="dxa"/>
            <w:vAlign w:val="center"/>
          </w:tcPr>
          <w:p w14:paraId="40351C0B" w14:textId="77777777" w:rsidR="00F35905" w:rsidRDefault="00000000">
            <w:r>
              <w:rPr>
                <w:sz w:val="16"/>
              </w:rPr>
              <w:t>1</w:t>
            </w:r>
          </w:p>
        </w:tc>
        <w:tc>
          <w:tcPr>
            <w:tcW w:w="2606" w:type="dxa"/>
            <w:vAlign w:val="center"/>
          </w:tcPr>
          <w:p w14:paraId="5081AFCE" w14:textId="77777777" w:rsidR="00F35905" w:rsidRDefault="00000000">
            <w:r>
              <w:rPr>
                <w:sz w:val="16"/>
              </w:rPr>
              <w:t>Programın Amaçları ve Yönetimi</w:t>
            </w:r>
          </w:p>
        </w:tc>
        <w:tc>
          <w:tcPr>
            <w:tcW w:w="2606" w:type="dxa"/>
            <w:vAlign w:val="center"/>
          </w:tcPr>
          <w:p w14:paraId="1A425B90" w14:textId="77777777" w:rsidR="00F35905" w:rsidRDefault="00F35905"/>
        </w:tc>
        <w:tc>
          <w:tcPr>
            <w:tcW w:w="2606" w:type="dxa"/>
            <w:vAlign w:val="center"/>
          </w:tcPr>
          <w:p w14:paraId="7EBF6219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  <w:t>☐ KM ☐ D</w:t>
            </w:r>
          </w:p>
        </w:tc>
      </w:tr>
      <w:tr w:rsidR="00F35905" w14:paraId="31D6D0AA" w14:textId="77777777">
        <w:trPr>
          <w:jc w:val="center"/>
        </w:trPr>
        <w:tc>
          <w:tcPr>
            <w:tcW w:w="2606" w:type="dxa"/>
            <w:vAlign w:val="center"/>
          </w:tcPr>
          <w:p w14:paraId="5B61490A" w14:textId="77777777" w:rsidR="00F35905" w:rsidRDefault="00000000">
            <w:r>
              <w:rPr>
                <w:sz w:val="16"/>
              </w:rPr>
              <w:t>2</w:t>
            </w:r>
          </w:p>
        </w:tc>
        <w:tc>
          <w:tcPr>
            <w:tcW w:w="2606" w:type="dxa"/>
            <w:vAlign w:val="center"/>
          </w:tcPr>
          <w:p w14:paraId="3E3BEC09" w14:textId="77777777" w:rsidR="00F35905" w:rsidRDefault="00000000">
            <w:r>
              <w:rPr>
                <w:sz w:val="16"/>
              </w:rPr>
              <w:t>Program Çıktıları</w:t>
            </w:r>
          </w:p>
        </w:tc>
        <w:tc>
          <w:tcPr>
            <w:tcW w:w="2606" w:type="dxa"/>
            <w:vAlign w:val="center"/>
          </w:tcPr>
          <w:p w14:paraId="1BDAE239" w14:textId="77777777" w:rsidR="00F35905" w:rsidRDefault="00F35905"/>
        </w:tc>
        <w:tc>
          <w:tcPr>
            <w:tcW w:w="2606" w:type="dxa"/>
            <w:vAlign w:val="center"/>
          </w:tcPr>
          <w:p w14:paraId="37256D17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  <w:t>☐ KM ☐ D</w:t>
            </w:r>
          </w:p>
        </w:tc>
      </w:tr>
      <w:tr w:rsidR="00F35905" w14:paraId="4E274001" w14:textId="77777777">
        <w:trPr>
          <w:jc w:val="center"/>
        </w:trPr>
        <w:tc>
          <w:tcPr>
            <w:tcW w:w="2606" w:type="dxa"/>
            <w:vAlign w:val="center"/>
          </w:tcPr>
          <w:p w14:paraId="190FE446" w14:textId="77777777" w:rsidR="00F35905" w:rsidRDefault="00000000">
            <w:r>
              <w:rPr>
                <w:sz w:val="16"/>
              </w:rPr>
              <w:t>3</w:t>
            </w:r>
          </w:p>
        </w:tc>
        <w:tc>
          <w:tcPr>
            <w:tcW w:w="2606" w:type="dxa"/>
            <w:vAlign w:val="center"/>
          </w:tcPr>
          <w:p w14:paraId="11B51518" w14:textId="77777777" w:rsidR="00F35905" w:rsidRDefault="00000000">
            <w:r>
              <w:rPr>
                <w:sz w:val="16"/>
              </w:rPr>
              <w:t>Eğitim Programı ve Müfredat</w:t>
            </w:r>
          </w:p>
        </w:tc>
        <w:tc>
          <w:tcPr>
            <w:tcW w:w="2606" w:type="dxa"/>
            <w:vAlign w:val="center"/>
          </w:tcPr>
          <w:p w14:paraId="6AF6EE04" w14:textId="77777777" w:rsidR="00F35905" w:rsidRDefault="00F35905"/>
        </w:tc>
        <w:tc>
          <w:tcPr>
            <w:tcW w:w="2606" w:type="dxa"/>
            <w:vAlign w:val="center"/>
          </w:tcPr>
          <w:p w14:paraId="1E16076A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  <w:t>☐ KM ☐ D</w:t>
            </w:r>
          </w:p>
        </w:tc>
      </w:tr>
      <w:tr w:rsidR="00F35905" w14:paraId="707C814F" w14:textId="77777777">
        <w:trPr>
          <w:jc w:val="center"/>
        </w:trPr>
        <w:tc>
          <w:tcPr>
            <w:tcW w:w="2606" w:type="dxa"/>
            <w:vAlign w:val="center"/>
          </w:tcPr>
          <w:p w14:paraId="52CF3FAD" w14:textId="77777777" w:rsidR="00F35905" w:rsidRDefault="00000000">
            <w:r>
              <w:rPr>
                <w:sz w:val="16"/>
              </w:rPr>
              <w:t>4</w:t>
            </w:r>
          </w:p>
        </w:tc>
        <w:tc>
          <w:tcPr>
            <w:tcW w:w="2606" w:type="dxa"/>
            <w:vAlign w:val="center"/>
          </w:tcPr>
          <w:p w14:paraId="73CABD77" w14:textId="77777777" w:rsidR="00F35905" w:rsidRDefault="00000000">
            <w:r>
              <w:rPr>
                <w:sz w:val="16"/>
              </w:rPr>
              <w:t>Öğrenme ve Öğretme Süreçleri</w:t>
            </w:r>
          </w:p>
        </w:tc>
        <w:tc>
          <w:tcPr>
            <w:tcW w:w="2606" w:type="dxa"/>
            <w:vAlign w:val="center"/>
          </w:tcPr>
          <w:p w14:paraId="43D37478" w14:textId="77777777" w:rsidR="00F35905" w:rsidRDefault="00F35905"/>
        </w:tc>
        <w:tc>
          <w:tcPr>
            <w:tcW w:w="2606" w:type="dxa"/>
            <w:vAlign w:val="center"/>
          </w:tcPr>
          <w:p w14:paraId="2227EB59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  <w:t>☐ KM ☐ D</w:t>
            </w:r>
          </w:p>
        </w:tc>
      </w:tr>
      <w:tr w:rsidR="00F35905" w14:paraId="15653125" w14:textId="77777777">
        <w:trPr>
          <w:jc w:val="center"/>
        </w:trPr>
        <w:tc>
          <w:tcPr>
            <w:tcW w:w="2606" w:type="dxa"/>
            <w:vAlign w:val="center"/>
          </w:tcPr>
          <w:p w14:paraId="73799494" w14:textId="77777777" w:rsidR="00F35905" w:rsidRDefault="00000000">
            <w:r>
              <w:rPr>
                <w:sz w:val="16"/>
              </w:rPr>
              <w:t>5</w:t>
            </w:r>
          </w:p>
        </w:tc>
        <w:tc>
          <w:tcPr>
            <w:tcW w:w="2606" w:type="dxa"/>
            <w:vAlign w:val="center"/>
          </w:tcPr>
          <w:p w14:paraId="1A45ECBA" w14:textId="77777777" w:rsidR="00F35905" w:rsidRDefault="00000000">
            <w:r>
              <w:rPr>
                <w:sz w:val="16"/>
              </w:rPr>
              <w:t>Ölçme ve Değerlendirme</w:t>
            </w:r>
          </w:p>
        </w:tc>
        <w:tc>
          <w:tcPr>
            <w:tcW w:w="2606" w:type="dxa"/>
            <w:vAlign w:val="center"/>
          </w:tcPr>
          <w:p w14:paraId="079751E6" w14:textId="77777777" w:rsidR="00F35905" w:rsidRDefault="00F35905"/>
        </w:tc>
        <w:tc>
          <w:tcPr>
            <w:tcW w:w="2606" w:type="dxa"/>
            <w:vAlign w:val="center"/>
          </w:tcPr>
          <w:p w14:paraId="532D8C1E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  <w:t>☐ KM ☐ D</w:t>
            </w:r>
          </w:p>
        </w:tc>
      </w:tr>
      <w:tr w:rsidR="00F35905" w14:paraId="41120878" w14:textId="77777777">
        <w:trPr>
          <w:jc w:val="center"/>
        </w:trPr>
        <w:tc>
          <w:tcPr>
            <w:tcW w:w="2606" w:type="dxa"/>
            <w:vAlign w:val="center"/>
          </w:tcPr>
          <w:p w14:paraId="661B0E8A" w14:textId="77777777" w:rsidR="00F35905" w:rsidRDefault="00000000">
            <w:r>
              <w:rPr>
                <w:sz w:val="16"/>
              </w:rPr>
              <w:t>6</w:t>
            </w:r>
          </w:p>
        </w:tc>
        <w:tc>
          <w:tcPr>
            <w:tcW w:w="2606" w:type="dxa"/>
            <w:vAlign w:val="center"/>
          </w:tcPr>
          <w:p w14:paraId="3709A384" w14:textId="77777777" w:rsidR="00F35905" w:rsidRDefault="00000000">
            <w:r>
              <w:rPr>
                <w:sz w:val="16"/>
              </w:rPr>
              <w:t>Öğrenci Destek Hizmetleri ve Öğrenci Katılımı</w:t>
            </w:r>
          </w:p>
        </w:tc>
        <w:tc>
          <w:tcPr>
            <w:tcW w:w="2606" w:type="dxa"/>
            <w:vAlign w:val="center"/>
          </w:tcPr>
          <w:p w14:paraId="07D2E190" w14:textId="77777777" w:rsidR="00F35905" w:rsidRDefault="00F35905"/>
        </w:tc>
        <w:tc>
          <w:tcPr>
            <w:tcW w:w="2606" w:type="dxa"/>
            <w:vAlign w:val="center"/>
          </w:tcPr>
          <w:p w14:paraId="4024064A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  <w:t>☐ KM ☐ D</w:t>
            </w:r>
          </w:p>
        </w:tc>
      </w:tr>
      <w:tr w:rsidR="00F35905" w14:paraId="45CCA336" w14:textId="77777777">
        <w:trPr>
          <w:jc w:val="center"/>
        </w:trPr>
        <w:tc>
          <w:tcPr>
            <w:tcW w:w="2606" w:type="dxa"/>
            <w:vAlign w:val="center"/>
          </w:tcPr>
          <w:p w14:paraId="6BDBB749" w14:textId="77777777" w:rsidR="00F35905" w:rsidRDefault="00000000">
            <w:r>
              <w:rPr>
                <w:sz w:val="16"/>
              </w:rPr>
              <w:t>7</w:t>
            </w:r>
          </w:p>
        </w:tc>
        <w:tc>
          <w:tcPr>
            <w:tcW w:w="2606" w:type="dxa"/>
            <w:vAlign w:val="center"/>
          </w:tcPr>
          <w:p w14:paraId="67136799" w14:textId="77777777" w:rsidR="00F35905" w:rsidRDefault="00000000">
            <w:r>
              <w:rPr>
                <w:sz w:val="16"/>
              </w:rPr>
              <w:t>Akademik Kadro ve Altyapı</w:t>
            </w:r>
          </w:p>
        </w:tc>
        <w:tc>
          <w:tcPr>
            <w:tcW w:w="2606" w:type="dxa"/>
            <w:vAlign w:val="center"/>
          </w:tcPr>
          <w:p w14:paraId="6E7A50FD" w14:textId="77777777" w:rsidR="00F35905" w:rsidRDefault="00F35905"/>
        </w:tc>
        <w:tc>
          <w:tcPr>
            <w:tcW w:w="2606" w:type="dxa"/>
            <w:vAlign w:val="center"/>
          </w:tcPr>
          <w:p w14:paraId="6581F624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  <w:t>☐ KM ☐ D</w:t>
            </w:r>
          </w:p>
        </w:tc>
      </w:tr>
      <w:tr w:rsidR="00F35905" w14:paraId="534DC2C7" w14:textId="77777777">
        <w:trPr>
          <w:jc w:val="center"/>
        </w:trPr>
        <w:tc>
          <w:tcPr>
            <w:tcW w:w="2606" w:type="dxa"/>
            <w:vAlign w:val="center"/>
          </w:tcPr>
          <w:p w14:paraId="569E2A2E" w14:textId="77777777" w:rsidR="00F35905" w:rsidRDefault="00000000">
            <w:r>
              <w:rPr>
                <w:sz w:val="16"/>
              </w:rPr>
              <w:t>8</w:t>
            </w:r>
          </w:p>
        </w:tc>
        <w:tc>
          <w:tcPr>
            <w:tcW w:w="2606" w:type="dxa"/>
            <w:vAlign w:val="center"/>
          </w:tcPr>
          <w:p w14:paraId="0CC4FF34" w14:textId="77777777" w:rsidR="00F35905" w:rsidRDefault="00000000">
            <w:r>
              <w:rPr>
                <w:sz w:val="16"/>
              </w:rPr>
              <w:t>İç ve Dış Paydaş Katılımı</w:t>
            </w:r>
          </w:p>
        </w:tc>
        <w:tc>
          <w:tcPr>
            <w:tcW w:w="2606" w:type="dxa"/>
            <w:vAlign w:val="center"/>
          </w:tcPr>
          <w:p w14:paraId="7C7F3538" w14:textId="77777777" w:rsidR="00F35905" w:rsidRDefault="00F35905"/>
        </w:tc>
        <w:tc>
          <w:tcPr>
            <w:tcW w:w="2606" w:type="dxa"/>
            <w:vAlign w:val="center"/>
          </w:tcPr>
          <w:p w14:paraId="3729A28D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  <w:t>☐ KM ☐ D</w:t>
            </w:r>
          </w:p>
        </w:tc>
      </w:tr>
      <w:tr w:rsidR="00F35905" w14:paraId="044A2FB9" w14:textId="77777777">
        <w:trPr>
          <w:jc w:val="center"/>
        </w:trPr>
        <w:tc>
          <w:tcPr>
            <w:tcW w:w="2606" w:type="dxa"/>
            <w:vAlign w:val="center"/>
          </w:tcPr>
          <w:p w14:paraId="6936380A" w14:textId="77777777" w:rsidR="00F35905" w:rsidRDefault="00000000">
            <w:r>
              <w:rPr>
                <w:sz w:val="16"/>
              </w:rPr>
              <w:t>9</w:t>
            </w:r>
          </w:p>
        </w:tc>
        <w:tc>
          <w:tcPr>
            <w:tcW w:w="2606" w:type="dxa"/>
            <w:vAlign w:val="center"/>
          </w:tcPr>
          <w:p w14:paraId="6010B91D" w14:textId="77777777" w:rsidR="00F35905" w:rsidRDefault="00000000">
            <w:r>
              <w:rPr>
                <w:sz w:val="16"/>
              </w:rPr>
              <w:t>Kalite Güvencesi ve Sürekli İyileştirme</w:t>
            </w:r>
          </w:p>
        </w:tc>
        <w:tc>
          <w:tcPr>
            <w:tcW w:w="2606" w:type="dxa"/>
            <w:vAlign w:val="center"/>
          </w:tcPr>
          <w:p w14:paraId="7C9A736F" w14:textId="77777777" w:rsidR="00F35905" w:rsidRDefault="00F35905"/>
        </w:tc>
        <w:tc>
          <w:tcPr>
            <w:tcW w:w="2606" w:type="dxa"/>
            <w:vAlign w:val="center"/>
          </w:tcPr>
          <w:p w14:paraId="4C4B6ABA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  <w:t>☐ KM ☐ D</w:t>
            </w:r>
          </w:p>
        </w:tc>
      </w:tr>
      <w:tr w:rsidR="00F35905" w14:paraId="45C34BCF" w14:textId="77777777">
        <w:trPr>
          <w:jc w:val="center"/>
        </w:trPr>
        <w:tc>
          <w:tcPr>
            <w:tcW w:w="2606" w:type="dxa"/>
            <w:vAlign w:val="center"/>
          </w:tcPr>
          <w:p w14:paraId="2D1590FE" w14:textId="77777777" w:rsidR="00F35905" w:rsidRDefault="00000000">
            <w:r>
              <w:rPr>
                <w:sz w:val="16"/>
              </w:rPr>
              <w:t>10</w:t>
            </w:r>
          </w:p>
        </w:tc>
        <w:tc>
          <w:tcPr>
            <w:tcW w:w="2606" w:type="dxa"/>
            <w:vAlign w:val="center"/>
          </w:tcPr>
          <w:p w14:paraId="2F683060" w14:textId="77777777" w:rsidR="00F35905" w:rsidRDefault="00000000">
            <w:r>
              <w:rPr>
                <w:sz w:val="16"/>
              </w:rPr>
              <w:t>Programa Özgü Ölçütler</w:t>
            </w:r>
          </w:p>
        </w:tc>
        <w:tc>
          <w:tcPr>
            <w:tcW w:w="2606" w:type="dxa"/>
            <w:vAlign w:val="center"/>
          </w:tcPr>
          <w:p w14:paraId="4B148D05" w14:textId="77777777" w:rsidR="00F35905" w:rsidRDefault="00F35905"/>
        </w:tc>
        <w:tc>
          <w:tcPr>
            <w:tcW w:w="2606" w:type="dxa"/>
            <w:vAlign w:val="center"/>
          </w:tcPr>
          <w:p w14:paraId="6E72D0DB" w14:textId="77777777" w:rsidR="00F35905" w:rsidRDefault="00000000">
            <w:r>
              <w:rPr>
                <w:sz w:val="15"/>
              </w:rPr>
              <w:t>☐ K  ☐ KK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lastRenderedPageBreak/>
              <w:t>☐ KM ☐ D</w:t>
            </w:r>
          </w:p>
        </w:tc>
      </w:tr>
    </w:tbl>
    <w:p w14:paraId="70400D8D" w14:textId="77777777" w:rsidR="00F35905" w:rsidRDefault="00000000">
      <w:pPr>
        <w:pStyle w:val="Balk1"/>
        <w:spacing w:before="120" w:after="60"/>
      </w:pPr>
      <w:r>
        <w:lastRenderedPageBreak/>
        <w:t>D. GÜÇLÜ YÖNLER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F35905" w14:paraId="224A3D41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6454D3C1" w14:textId="77777777" w:rsidR="00F35905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254C84EE" w14:textId="77777777" w:rsidR="00F35905" w:rsidRDefault="00000000">
            <w:r>
              <w:rPr>
                <w:b/>
                <w:sz w:val="16"/>
              </w:rPr>
              <w:t>Güçlü Yön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039474EF" w14:textId="77777777" w:rsidR="00F35905" w:rsidRDefault="00000000">
            <w:r>
              <w:rPr>
                <w:b/>
                <w:sz w:val="16"/>
              </w:rPr>
              <w:t>İlgili Ölçüt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71569976" w14:textId="77777777" w:rsidR="00F35905" w:rsidRDefault="00000000">
            <w:r>
              <w:rPr>
                <w:b/>
                <w:sz w:val="16"/>
              </w:rPr>
              <w:t>Dayanak/Kanıt</w:t>
            </w:r>
          </w:p>
        </w:tc>
      </w:tr>
      <w:tr w:rsidR="00F35905" w14:paraId="3FFC692F" w14:textId="77777777">
        <w:trPr>
          <w:jc w:val="center"/>
        </w:trPr>
        <w:tc>
          <w:tcPr>
            <w:tcW w:w="2606" w:type="dxa"/>
            <w:vAlign w:val="center"/>
          </w:tcPr>
          <w:p w14:paraId="151CA3FC" w14:textId="77777777" w:rsidR="00F35905" w:rsidRDefault="00000000">
            <w:r>
              <w:rPr>
                <w:sz w:val="16"/>
              </w:rPr>
              <w:t>1</w:t>
            </w:r>
          </w:p>
        </w:tc>
        <w:tc>
          <w:tcPr>
            <w:tcW w:w="2606" w:type="dxa"/>
            <w:vAlign w:val="center"/>
          </w:tcPr>
          <w:p w14:paraId="06CBA4F6" w14:textId="77777777" w:rsidR="00F35905" w:rsidRDefault="00F35905"/>
        </w:tc>
        <w:tc>
          <w:tcPr>
            <w:tcW w:w="2606" w:type="dxa"/>
            <w:vAlign w:val="center"/>
          </w:tcPr>
          <w:p w14:paraId="4D841D80" w14:textId="77777777" w:rsidR="00F35905" w:rsidRDefault="00F35905"/>
        </w:tc>
        <w:tc>
          <w:tcPr>
            <w:tcW w:w="2606" w:type="dxa"/>
            <w:vAlign w:val="center"/>
          </w:tcPr>
          <w:p w14:paraId="606C90D0" w14:textId="77777777" w:rsidR="00F35905" w:rsidRDefault="00F35905"/>
        </w:tc>
      </w:tr>
      <w:tr w:rsidR="00F35905" w14:paraId="4525A8A9" w14:textId="77777777">
        <w:trPr>
          <w:jc w:val="center"/>
        </w:trPr>
        <w:tc>
          <w:tcPr>
            <w:tcW w:w="2606" w:type="dxa"/>
            <w:vAlign w:val="center"/>
          </w:tcPr>
          <w:p w14:paraId="515BFFF2" w14:textId="77777777" w:rsidR="00F35905" w:rsidRDefault="00000000">
            <w:r>
              <w:rPr>
                <w:sz w:val="16"/>
              </w:rPr>
              <w:t>2</w:t>
            </w:r>
          </w:p>
        </w:tc>
        <w:tc>
          <w:tcPr>
            <w:tcW w:w="2606" w:type="dxa"/>
            <w:vAlign w:val="center"/>
          </w:tcPr>
          <w:p w14:paraId="5176D8E1" w14:textId="77777777" w:rsidR="00F35905" w:rsidRDefault="00F35905"/>
        </w:tc>
        <w:tc>
          <w:tcPr>
            <w:tcW w:w="2606" w:type="dxa"/>
            <w:vAlign w:val="center"/>
          </w:tcPr>
          <w:p w14:paraId="576B1424" w14:textId="77777777" w:rsidR="00F35905" w:rsidRDefault="00F35905"/>
        </w:tc>
        <w:tc>
          <w:tcPr>
            <w:tcW w:w="2606" w:type="dxa"/>
            <w:vAlign w:val="center"/>
          </w:tcPr>
          <w:p w14:paraId="41F09234" w14:textId="77777777" w:rsidR="00F35905" w:rsidRDefault="00F35905"/>
        </w:tc>
      </w:tr>
      <w:tr w:rsidR="00F35905" w14:paraId="634EE0B4" w14:textId="77777777">
        <w:trPr>
          <w:jc w:val="center"/>
        </w:trPr>
        <w:tc>
          <w:tcPr>
            <w:tcW w:w="2606" w:type="dxa"/>
            <w:vAlign w:val="center"/>
          </w:tcPr>
          <w:p w14:paraId="50C43815" w14:textId="77777777" w:rsidR="00F35905" w:rsidRDefault="00000000">
            <w:r>
              <w:rPr>
                <w:sz w:val="16"/>
              </w:rPr>
              <w:t>3</w:t>
            </w:r>
          </w:p>
        </w:tc>
        <w:tc>
          <w:tcPr>
            <w:tcW w:w="2606" w:type="dxa"/>
            <w:vAlign w:val="center"/>
          </w:tcPr>
          <w:p w14:paraId="12A84B8F" w14:textId="77777777" w:rsidR="00F35905" w:rsidRDefault="00F35905"/>
        </w:tc>
        <w:tc>
          <w:tcPr>
            <w:tcW w:w="2606" w:type="dxa"/>
            <w:vAlign w:val="center"/>
          </w:tcPr>
          <w:p w14:paraId="5D675CD4" w14:textId="77777777" w:rsidR="00F35905" w:rsidRDefault="00F35905"/>
        </w:tc>
        <w:tc>
          <w:tcPr>
            <w:tcW w:w="2606" w:type="dxa"/>
            <w:vAlign w:val="center"/>
          </w:tcPr>
          <w:p w14:paraId="61610D7A" w14:textId="77777777" w:rsidR="00F35905" w:rsidRDefault="00F35905"/>
        </w:tc>
      </w:tr>
      <w:tr w:rsidR="00F35905" w14:paraId="02BC4D0B" w14:textId="77777777">
        <w:trPr>
          <w:jc w:val="center"/>
        </w:trPr>
        <w:tc>
          <w:tcPr>
            <w:tcW w:w="2606" w:type="dxa"/>
            <w:vAlign w:val="center"/>
          </w:tcPr>
          <w:p w14:paraId="640F3BFF" w14:textId="77777777" w:rsidR="00F35905" w:rsidRDefault="00000000">
            <w:r>
              <w:rPr>
                <w:sz w:val="16"/>
              </w:rPr>
              <w:t>4</w:t>
            </w:r>
          </w:p>
        </w:tc>
        <w:tc>
          <w:tcPr>
            <w:tcW w:w="2606" w:type="dxa"/>
            <w:vAlign w:val="center"/>
          </w:tcPr>
          <w:p w14:paraId="377D80FA" w14:textId="77777777" w:rsidR="00F35905" w:rsidRDefault="00F35905"/>
        </w:tc>
        <w:tc>
          <w:tcPr>
            <w:tcW w:w="2606" w:type="dxa"/>
            <w:vAlign w:val="center"/>
          </w:tcPr>
          <w:p w14:paraId="64C9BA67" w14:textId="77777777" w:rsidR="00F35905" w:rsidRDefault="00F35905"/>
        </w:tc>
        <w:tc>
          <w:tcPr>
            <w:tcW w:w="2606" w:type="dxa"/>
            <w:vAlign w:val="center"/>
          </w:tcPr>
          <w:p w14:paraId="2A00FB7A" w14:textId="77777777" w:rsidR="00F35905" w:rsidRDefault="00F35905"/>
        </w:tc>
      </w:tr>
      <w:tr w:rsidR="00F35905" w14:paraId="66DB5F49" w14:textId="77777777">
        <w:trPr>
          <w:jc w:val="center"/>
        </w:trPr>
        <w:tc>
          <w:tcPr>
            <w:tcW w:w="2606" w:type="dxa"/>
            <w:vAlign w:val="center"/>
          </w:tcPr>
          <w:p w14:paraId="0CE44AAF" w14:textId="77777777" w:rsidR="00F35905" w:rsidRDefault="00000000">
            <w:r>
              <w:rPr>
                <w:sz w:val="16"/>
              </w:rPr>
              <w:t>5</w:t>
            </w:r>
          </w:p>
        </w:tc>
        <w:tc>
          <w:tcPr>
            <w:tcW w:w="2606" w:type="dxa"/>
            <w:vAlign w:val="center"/>
          </w:tcPr>
          <w:p w14:paraId="2D11CB15" w14:textId="77777777" w:rsidR="00F35905" w:rsidRDefault="00F35905"/>
        </w:tc>
        <w:tc>
          <w:tcPr>
            <w:tcW w:w="2606" w:type="dxa"/>
            <w:vAlign w:val="center"/>
          </w:tcPr>
          <w:p w14:paraId="1EA8B53F" w14:textId="77777777" w:rsidR="00F35905" w:rsidRDefault="00F35905"/>
        </w:tc>
        <w:tc>
          <w:tcPr>
            <w:tcW w:w="2606" w:type="dxa"/>
            <w:vAlign w:val="center"/>
          </w:tcPr>
          <w:p w14:paraId="493DE733" w14:textId="77777777" w:rsidR="00F35905" w:rsidRDefault="00F35905"/>
        </w:tc>
      </w:tr>
    </w:tbl>
    <w:p w14:paraId="08E36E41" w14:textId="77777777" w:rsidR="00F35905" w:rsidRDefault="00000000">
      <w:pPr>
        <w:pStyle w:val="Balk1"/>
        <w:spacing w:before="120" w:after="60"/>
      </w:pPr>
      <w:r>
        <w:t>E. GELİŞMEYE AÇIK YÖNLER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F35905" w14:paraId="1C7EDF1B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18097B53" w14:textId="77777777" w:rsidR="00F35905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3ECCCC1C" w14:textId="77777777" w:rsidR="00F35905" w:rsidRDefault="00000000">
            <w:r>
              <w:rPr>
                <w:b/>
                <w:sz w:val="16"/>
              </w:rPr>
              <w:t>Gelişmeye Açık Yön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51BF2769" w14:textId="77777777" w:rsidR="00F35905" w:rsidRDefault="00000000">
            <w:r>
              <w:rPr>
                <w:b/>
                <w:sz w:val="16"/>
              </w:rPr>
              <w:t>İlgili Ölçüt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2D57CDCC" w14:textId="77777777" w:rsidR="00F35905" w:rsidRDefault="00000000">
            <w:r>
              <w:rPr>
                <w:b/>
                <w:sz w:val="16"/>
              </w:rPr>
              <w:t>Gerekçe/Kanıt</w:t>
            </w:r>
          </w:p>
        </w:tc>
      </w:tr>
      <w:tr w:rsidR="00F35905" w14:paraId="2FF9FB45" w14:textId="77777777">
        <w:trPr>
          <w:jc w:val="center"/>
        </w:trPr>
        <w:tc>
          <w:tcPr>
            <w:tcW w:w="2606" w:type="dxa"/>
            <w:vAlign w:val="center"/>
          </w:tcPr>
          <w:p w14:paraId="4A41DA09" w14:textId="77777777" w:rsidR="00F35905" w:rsidRDefault="00000000">
            <w:r>
              <w:rPr>
                <w:sz w:val="16"/>
              </w:rPr>
              <w:t>1</w:t>
            </w:r>
          </w:p>
        </w:tc>
        <w:tc>
          <w:tcPr>
            <w:tcW w:w="2606" w:type="dxa"/>
            <w:vAlign w:val="center"/>
          </w:tcPr>
          <w:p w14:paraId="5B567332" w14:textId="77777777" w:rsidR="00F35905" w:rsidRDefault="00F35905"/>
        </w:tc>
        <w:tc>
          <w:tcPr>
            <w:tcW w:w="2606" w:type="dxa"/>
            <w:vAlign w:val="center"/>
          </w:tcPr>
          <w:p w14:paraId="1E8E1C88" w14:textId="77777777" w:rsidR="00F35905" w:rsidRDefault="00F35905"/>
        </w:tc>
        <w:tc>
          <w:tcPr>
            <w:tcW w:w="2606" w:type="dxa"/>
            <w:vAlign w:val="center"/>
          </w:tcPr>
          <w:p w14:paraId="4CE95F4D" w14:textId="77777777" w:rsidR="00F35905" w:rsidRDefault="00F35905"/>
        </w:tc>
      </w:tr>
      <w:tr w:rsidR="00F35905" w14:paraId="33A4BD07" w14:textId="77777777">
        <w:trPr>
          <w:jc w:val="center"/>
        </w:trPr>
        <w:tc>
          <w:tcPr>
            <w:tcW w:w="2606" w:type="dxa"/>
            <w:vAlign w:val="center"/>
          </w:tcPr>
          <w:p w14:paraId="242947EE" w14:textId="77777777" w:rsidR="00F35905" w:rsidRDefault="00000000">
            <w:r>
              <w:rPr>
                <w:sz w:val="16"/>
              </w:rPr>
              <w:t>2</w:t>
            </w:r>
          </w:p>
        </w:tc>
        <w:tc>
          <w:tcPr>
            <w:tcW w:w="2606" w:type="dxa"/>
            <w:vAlign w:val="center"/>
          </w:tcPr>
          <w:p w14:paraId="5EB94256" w14:textId="77777777" w:rsidR="00F35905" w:rsidRDefault="00F35905"/>
        </w:tc>
        <w:tc>
          <w:tcPr>
            <w:tcW w:w="2606" w:type="dxa"/>
            <w:vAlign w:val="center"/>
          </w:tcPr>
          <w:p w14:paraId="0432C506" w14:textId="77777777" w:rsidR="00F35905" w:rsidRDefault="00F35905"/>
        </w:tc>
        <w:tc>
          <w:tcPr>
            <w:tcW w:w="2606" w:type="dxa"/>
            <w:vAlign w:val="center"/>
          </w:tcPr>
          <w:p w14:paraId="2ABD1A3F" w14:textId="77777777" w:rsidR="00F35905" w:rsidRDefault="00F35905"/>
        </w:tc>
      </w:tr>
      <w:tr w:rsidR="00F35905" w14:paraId="497C50D3" w14:textId="77777777">
        <w:trPr>
          <w:jc w:val="center"/>
        </w:trPr>
        <w:tc>
          <w:tcPr>
            <w:tcW w:w="2606" w:type="dxa"/>
            <w:vAlign w:val="center"/>
          </w:tcPr>
          <w:p w14:paraId="51F47CB9" w14:textId="77777777" w:rsidR="00F35905" w:rsidRDefault="00000000">
            <w:r>
              <w:rPr>
                <w:sz w:val="16"/>
              </w:rPr>
              <w:t>3</w:t>
            </w:r>
          </w:p>
        </w:tc>
        <w:tc>
          <w:tcPr>
            <w:tcW w:w="2606" w:type="dxa"/>
            <w:vAlign w:val="center"/>
          </w:tcPr>
          <w:p w14:paraId="2B61B47A" w14:textId="77777777" w:rsidR="00F35905" w:rsidRDefault="00F35905"/>
        </w:tc>
        <w:tc>
          <w:tcPr>
            <w:tcW w:w="2606" w:type="dxa"/>
            <w:vAlign w:val="center"/>
          </w:tcPr>
          <w:p w14:paraId="5E557C0B" w14:textId="77777777" w:rsidR="00F35905" w:rsidRDefault="00F35905"/>
        </w:tc>
        <w:tc>
          <w:tcPr>
            <w:tcW w:w="2606" w:type="dxa"/>
            <w:vAlign w:val="center"/>
          </w:tcPr>
          <w:p w14:paraId="10849607" w14:textId="77777777" w:rsidR="00F35905" w:rsidRDefault="00F35905"/>
        </w:tc>
      </w:tr>
      <w:tr w:rsidR="00F35905" w14:paraId="0B96A54E" w14:textId="77777777">
        <w:trPr>
          <w:jc w:val="center"/>
        </w:trPr>
        <w:tc>
          <w:tcPr>
            <w:tcW w:w="2606" w:type="dxa"/>
            <w:vAlign w:val="center"/>
          </w:tcPr>
          <w:p w14:paraId="41359707" w14:textId="77777777" w:rsidR="00F35905" w:rsidRDefault="00000000">
            <w:r>
              <w:rPr>
                <w:sz w:val="16"/>
              </w:rPr>
              <w:t>4</w:t>
            </w:r>
          </w:p>
        </w:tc>
        <w:tc>
          <w:tcPr>
            <w:tcW w:w="2606" w:type="dxa"/>
            <w:vAlign w:val="center"/>
          </w:tcPr>
          <w:p w14:paraId="3FEFC25B" w14:textId="77777777" w:rsidR="00F35905" w:rsidRDefault="00F35905"/>
        </w:tc>
        <w:tc>
          <w:tcPr>
            <w:tcW w:w="2606" w:type="dxa"/>
            <w:vAlign w:val="center"/>
          </w:tcPr>
          <w:p w14:paraId="6BFFFC97" w14:textId="77777777" w:rsidR="00F35905" w:rsidRDefault="00F35905"/>
        </w:tc>
        <w:tc>
          <w:tcPr>
            <w:tcW w:w="2606" w:type="dxa"/>
            <w:vAlign w:val="center"/>
          </w:tcPr>
          <w:p w14:paraId="568A1D66" w14:textId="77777777" w:rsidR="00F35905" w:rsidRDefault="00F35905"/>
        </w:tc>
      </w:tr>
      <w:tr w:rsidR="00F35905" w14:paraId="5594443E" w14:textId="77777777">
        <w:trPr>
          <w:jc w:val="center"/>
        </w:trPr>
        <w:tc>
          <w:tcPr>
            <w:tcW w:w="2606" w:type="dxa"/>
            <w:vAlign w:val="center"/>
          </w:tcPr>
          <w:p w14:paraId="2D504D3F" w14:textId="77777777" w:rsidR="00F35905" w:rsidRDefault="00000000">
            <w:r>
              <w:rPr>
                <w:sz w:val="16"/>
              </w:rPr>
              <w:t>5</w:t>
            </w:r>
          </w:p>
        </w:tc>
        <w:tc>
          <w:tcPr>
            <w:tcW w:w="2606" w:type="dxa"/>
            <w:vAlign w:val="center"/>
          </w:tcPr>
          <w:p w14:paraId="7CB02E4B" w14:textId="77777777" w:rsidR="00F35905" w:rsidRDefault="00F35905"/>
        </w:tc>
        <w:tc>
          <w:tcPr>
            <w:tcW w:w="2606" w:type="dxa"/>
            <w:vAlign w:val="center"/>
          </w:tcPr>
          <w:p w14:paraId="0DECED3C" w14:textId="77777777" w:rsidR="00F35905" w:rsidRDefault="00F35905"/>
        </w:tc>
        <w:tc>
          <w:tcPr>
            <w:tcW w:w="2606" w:type="dxa"/>
            <w:vAlign w:val="center"/>
          </w:tcPr>
          <w:p w14:paraId="5555BF2F" w14:textId="77777777" w:rsidR="00F35905" w:rsidRDefault="00F35905"/>
        </w:tc>
      </w:tr>
    </w:tbl>
    <w:p w14:paraId="340AD405" w14:textId="77777777" w:rsidR="00F35905" w:rsidRDefault="00000000">
      <w:pPr>
        <w:pStyle w:val="Balk1"/>
        <w:spacing w:before="120" w:after="60"/>
      </w:pPr>
      <w:r>
        <w:t>F. İYİ UYGULAMA ÖRNEKLERİ</w:t>
      </w:r>
    </w:p>
    <w:p w14:paraId="1E7480F6" w14:textId="77777777" w:rsidR="00F35905" w:rsidRDefault="00000000">
      <w:r>
        <w:rPr>
          <w:sz w:val="17"/>
        </w:rPr>
        <w:t>Programda diğer programlara örnek teşkil edebilecek sistematik ve sürdürülebilir uygulamalar bulunması hâlinde belirtilir.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F35905" w14:paraId="0ED8044E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7684193B" w14:textId="77777777" w:rsidR="00F35905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44C8F1A8" w14:textId="77777777" w:rsidR="00F35905" w:rsidRDefault="00000000">
            <w:r>
              <w:rPr>
                <w:b/>
                <w:sz w:val="16"/>
              </w:rPr>
              <w:t>İyi Uygulama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6BEB925F" w14:textId="77777777" w:rsidR="00F35905" w:rsidRDefault="00000000">
            <w:r>
              <w:rPr>
                <w:b/>
                <w:sz w:val="16"/>
              </w:rPr>
              <w:t>İlgili Ölçüt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475B2645" w14:textId="77777777" w:rsidR="00F35905" w:rsidRDefault="00000000">
            <w:r>
              <w:rPr>
                <w:b/>
                <w:sz w:val="16"/>
              </w:rPr>
              <w:t>Açıklama/Kanıt</w:t>
            </w:r>
          </w:p>
        </w:tc>
      </w:tr>
      <w:tr w:rsidR="00F35905" w14:paraId="40F8230D" w14:textId="77777777">
        <w:trPr>
          <w:jc w:val="center"/>
        </w:trPr>
        <w:tc>
          <w:tcPr>
            <w:tcW w:w="2606" w:type="dxa"/>
            <w:vAlign w:val="center"/>
          </w:tcPr>
          <w:p w14:paraId="1029D2A5" w14:textId="77777777" w:rsidR="00F35905" w:rsidRDefault="00000000">
            <w:r>
              <w:rPr>
                <w:sz w:val="16"/>
              </w:rPr>
              <w:t>1</w:t>
            </w:r>
          </w:p>
        </w:tc>
        <w:tc>
          <w:tcPr>
            <w:tcW w:w="2606" w:type="dxa"/>
            <w:vAlign w:val="center"/>
          </w:tcPr>
          <w:p w14:paraId="2F82C129" w14:textId="77777777" w:rsidR="00F35905" w:rsidRDefault="00F35905"/>
        </w:tc>
        <w:tc>
          <w:tcPr>
            <w:tcW w:w="2606" w:type="dxa"/>
            <w:vAlign w:val="center"/>
          </w:tcPr>
          <w:p w14:paraId="463904BB" w14:textId="77777777" w:rsidR="00F35905" w:rsidRDefault="00F35905"/>
        </w:tc>
        <w:tc>
          <w:tcPr>
            <w:tcW w:w="2606" w:type="dxa"/>
            <w:vAlign w:val="center"/>
          </w:tcPr>
          <w:p w14:paraId="147754AD" w14:textId="77777777" w:rsidR="00F35905" w:rsidRDefault="00F35905"/>
        </w:tc>
      </w:tr>
      <w:tr w:rsidR="00F35905" w14:paraId="3264F84F" w14:textId="77777777">
        <w:trPr>
          <w:jc w:val="center"/>
        </w:trPr>
        <w:tc>
          <w:tcPr>
            <w:tcW w:w="2606" w:type="dxa"/>
            <w:vAlign w:val="center"/>
          </w:tcPr>
          <w:p w14:paraId="0A657807" w14:textId="77777777" w:rsidR="00F35905" w:rsidRDefault="00000000">
            <w:r>
              <w:rPr>
                <w:sz w:val="16"/>
              </w:rPr>
              <w:t>2</w:t>
            </w:r>
          </w:p>
        </w:tc>
        <w:tc>
          <w:tcPr>
            <w:tcW w:w="2606" w:type="dxa"/>
            <w:vAlign w:val="center"/>
          </w:tcPr>
          <w:p w14:paraId="71BA50E6" w14:textId="77777777" w:rsidR="00F35905" w:rsidRDefault="00F35905"/>
        </w:tc>
        <w:tc>
          <w:tcPr>
            <w:tcW w:w="2606" w:type="dxa"/>
            <w:vAlign w:val="center"/>
          </w:tcPr>
          <w:p w14:paraId="13BE75C7" w14:textId="77777777" w:rsidR="00F35905" w:rsidRDefault="00F35905"/>
        </w:tc>
        <w:tc>
          <w:tcPr>
            <w:tcW w:w="2606" w:type="dxa"/>
            <w:vAlign w:val="center"/>
          </w:tcPr>
          <w:p w14:paraId="0CB90E44" w14:textId="77777777" w:rsidR="00F35905" w:rsidRDefault="00F35905"/>
        </w:tc>
      </w:tr>
      <w:tr w:rsidR="00F35905" w14:paraId="53D8D0EE" w14:textId="77777777">
        <w:trPr>
          <w:jc w:val="center"/>
        </w:trPr>
        <w:tc>
          <w:tcPr>
            <w:tcW w:w="2606" w:type="dxa"/>
            <w:vAlign w:val="center"/>
          </w:tcPr>
          <w:p w14:paraId="6696AB9D" w14:textId="77777777" w:rsidR="00F35905" w:rsidRDefault="00000000">
            <w:r>
              <w:rPr>
                <w:sz w:val="16"/>
              </w:rPr>
              <w:t>3</w:t>
            </w:r>
          </w:p>
        </w:tc>
        <w:tc>
          <w:tcPr>
            <w:tcW w:w="2606" w:type="dxa"/>
            <w:vAlign w:val="center"/>
          </w:tcPr>
          <w:p w14:paraId="3D4299BA" w14:textId="77777777" w:rsidR="00F35905" w:rsidRDefault="00F35905"/>
        </w:tc>
        <w:tc>
          <w:tcPr>
            <w:tcW w:w="2606" w:type="dxa"/>
            <w:vAlign w:val="center"/>
          </w:tcPr>
          <w:p w14:paraId="3F10396E" w14:textId="77777777" w:rsidR="00F35905" w:rsidRDefault="00F35905"/>
        </w:tc>
        <w:tc>
          <w:tcPr>
            <w:tcW w:w="2606" w:type="dxa"/>
            <w:vAlign w:val="center"/>
          </w:tcPr>
          <w:p w14:paraId="6C780806" w14:textId="77777777" w:rsidR="00F35905" w:rsidRDefault="00F35905"/>
        </w:tc>
      </w:tr>
    </w:tbl>
    <w:p w14:paraId="3FD412F4" w14:textId="77777777" w:rsidR="00F35905" w:rsidRDefault="00000000">
      <w:pPr>
        <w:pStyle w:val="Balk1"/>
        <w:spacing w:before="120" w:after="60"/>
      </w:pPr>
      <w:r>
        <w:t>G. İYİLEŞTİRME ÖNERİLERİ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F35905" w14:paraId="75C657B6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45E7E1F9" w14:textId="77777777" w:rsidR="00F35905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6BD4E44C" w14:textId="77777777" w:rsidR="00F35905" w:rsidRDefault="00000000">
            <w:r>
              <w:rPr>
                <w:b/>
                <w:sz w:val="16"/>
              </w:rPr>
              <w:t>İlgili Ölçüt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61472574" w14:textId="77777777" w:rsidR="00F35905" w:rsidRDefault="00000000">
            <w:r>
              <w:rPr>
                <w:b/>
                <w:sz w:val="16"/>
              </w:rPr>
              <w:t>İyileştirme Önerisi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0174B813" w14:textId="77777777" w:rsidR="00F35905" w:rsidRDefault="00000000">
            <w:r>
              <w:rPr>
                <w:b/>
                <w:sz w:val="16"/>
              </w:rPr>
              <w:t>Öncelik</w:t>
            </w:r>
          </w:p>
        </w:tc>
      </w:tr>
      <w:tr w:rsidR="00F35905" w14:paraId="265E830C" w14:textId="77777777">
        <w:trPr>
          <w:jc w:val="center"/>
        </w:trPr>
        <w:tc>
          <w:tcPr>
            <w:tcW w:w="2606" w:type="dxa"/>
            <w:vAlign w:val="center"/>
          </w:tcPr>
          <w:p w14:paraId="551FE4C4" w14:textId="77777777" w:rsidR="00F35905" w:rsidRDefault="00000000">
            <w:r>
              <w:rPr>
                <w:sz w:val="16"/>
              </w:rPr>
              <w:t>1</w:t>
            </w:r>
          </w:p>
        </w:tc>
        <w:tc>
          <w:tcPr>
            <w:tcW w:w="2606" w:type="dxa"/>
            <w:vAlign w:val="center"/>
          </w:tcPr>
          <w:p w14:paraId="43981E20" w14:textId="77777777" w:rsidR="00F35905" w:rsidRDefault="00F35905"/>
        </w:tc>
        <w:tc>
          <w:tcPr>
            <w:tcW w:w="2606" w:type="dxa"/>
            <w:vAlign w:val="center"/>
          </w:tcPr>
          <w:p w14:paraId="3DC8932F" w14:textId="77777777" w:rsidR="00F35905" w:rsidRDefault="00F35905"/>
        </w:tc>
        <w:tc>
          <w:tcPr>
            <w:tcW w:w="2606" w:type="dxa"/>
            <w:vAlign w:val="center"/>
          </w:tcPr>
          <w:p w14:paraId="52C33895" w14:textId="77777777" w:rsidR="00F35905" w:rsidRDefault="00000000">
            <w:r>
              <w:rPr>
                <w:sz w:val="16"/>
              </w:rPr>
              <w:t>☐ Yüksek   ☐ Orta   ☐ Düşük</w:t>
            </w:r>
          </w:p>
        </w:tc>
      </w:tr>
      <w:tr w:rsidR="00F35905" w14:paraId="4C3BEA3F" w14:textId="77777777">
        <w:trPr>
          <w:jc w:val="center"/>
        </w:trPr>
        <w:tc>
          <w:tcPr>
            <w:tcW w:w="2606" w:type="dxa"/>
            <w:vAlign w:val="center"/>
          </w:tcPr>
          <w:p w14:paraId="12D631D0" w14:textId="77777777" w:rsidR="00F35905" w:rsidRDefault="00000000">
            <w:r>
              <w:rPr>
                <w:sz w:val="16"/>
              </w:rPr>
              <w:t>2</w:t>
            </w:r>
          </w:p>
        </w:tc>
        <w:tc>
          <w:tcPr>
            <w:tcW w:w="2606" w:type="dxa"/>
            <w:vAlign w:val="center"/>
          </w:tcPr>
          <w:p w14:paraId="3E41B2DB" w14:textId="77777777" w:rsidR="00F35905" w:rsidRDefault="00F35905"/>
        </w:tc>
        <w:tc>
          <w:tcPr>
            <w:tcW w:w="2606" w:type="dxa"/>
            <w:vAlign w:val="center"/>
          </w:tcPr>
          <w:p w14:paraId="79776188" w14:textId="77777777" w:rsidR="00F35905" w:rsidRDefault="00F35905"/>
        </w:tc>
        <w:tc>
          <w:tcPr>
            <w:tcW w:w="2606" w:type="dxa"/>
            <w:vAlign w:val="center"/>
          </w:tcPr>
          <w:p w14:paraId="73E5A6C6" w14:textId="77777777" w:rsidR="00F35905" w:rsidRDefault="00000000">
            <w:r>
              <w:rPr>
                <w:sz w:val="16"/>
              </w:rPr>
              <w:t>☐ Yüksek   ☐ Orta   ☐ Düşük</w:t>
            </w:r>
          </w:p>
        </w:tc>
      </w:tr>
      <w:tr w:rsidR="00F35905" w14:paraId="33A3CD8E" w14:textId="77777777">
        <w:trPr>
          <w:jc w:val="center"/>
        </w:trPr>
        <w:tc>
          <w:tcPr>
            <w:tcW w:w="2606" w:type="dxa"/>
            <w:vAlign w:val="center"/>
          </w:tcPr>
          <w:p w14:paraId="31965784" w14:textId="77777777" w:rsidR="00F35905" w:rsidRDefault="00000000">
            <w:r>
              <w:rPr>
                <w:sz w:val="16"/>
              </w:rPr>
              <w:t>3</w:t>
            </w:r>
          </w:p>
        </w:tc>
        <w:tc>
          <w:tcPr>
            <w:tcW w:w="2606" w:type="dxa"/>
            <w:vAlign w:val="center"/>
          </w:tcPr>
          <w:p w14:paraId="6FA83A9E" w14:textId="77777777" w:rsidR="00F35905" w:rsidRDefault="00F35905"/>
        </w:tc>
        <w:tc>
          <w:tcPr>
            <w:tcW w:w="2606" w:type="dxa"/>
            <w:vAlign w:val="center"/>
          </w:tcPr>
          <w:p w14:paraId="23DDAD2C" w14:textId="77777777" w:rsidR="00F35905" w:rsidRDefault="00F35905"/>
        </w:tc>
        <w:tc>
          <w:tcPr>
            <w:tcW w:w="2606" w:type="dxa"/>
            <w:vAlign w:val="center"/>
          </w:tcPr>
          <w:p w14:paraId="0A492883" w14:textId="77777777" w:rsidR="00F35905" w:rsidRDefault="00000000">
            <w:r>
              <w:rPr>
                <w:sz w:val="16"/>
              </w:rPr>
              <w:t>☐ Yüksek   ☐ Orta   ☐ Düşük</w:t>
            </w:r>
          </w:p>
        </w:tc>
      </w:tr>
      <w:tr w:rsidR="00F35905" w14:paraId="0A48DFFC" w14:textId="77777777">
        <w:trPr>
          <w:jc w:val="center"/>
        </w:trPr>
        <w:tc>
          <w:tcPr>
            <w:tcW w:w="2606" w:type="dxa"/>
            <w:vAlign w:val="center"/>
          </w:tcPr>
          <w:p w14:paraId="2E11A19F" w14:textId="77777777" w:rsidR="00F35905" w:rsidRDefault="00000000">
            <w:r>
              <w:rPr>
                <w:sz w:val="16"/>
              </w:rPr>
              <w:t>4</w:t>
            </w:r>
          </w:p>
        </w:tc>
        <w:tc>
          <w:tcPr>
            <w:tcW w:w="2606" w:type="dxa"/>
            <w:vAlign w:val="center"/>
          </w:tcPr>
          <w:p w14:paraId="75720CDA" w14:textId="77777777" w:rsidR="00F35905" w:rsidRDefault="00F35905"/>
        </w:tc>
        <w:tc>
          <w:tcPr>
            <w:tcW w:w="2606" w:type="dxa"/>
            <w:vAlign w:val="center"/>
          </w:tcPr>
          <w:p w14:paraId="3363FAF6" w14:textId="77777777" w:rsidR="00F35905" w:rsidRDefault="00F35905"/>
        </w:tc>
        <w:tc>
          <w:tcPr>
            <w:tcW w:w="2606" w:type="dxa"/>
            <w:vAlign w:val="center"/>
          </w:tcPr>
          <w:p w14:paraId="1D9F7B46" w14:textId="77777777" w:rsidR="00F35905" w:rsidRDefault="00000000">
            <w:r>
              <w:rPr>
                <w:sz w:val="16"/>
              </w:rPr>
              <w:t>☐ Yüksek   ☐ Orta   ☐ Düşük</w:t>
            </w:r>
          </w:p>
        </w:tc>
      </w:tr>
      <w:tr w:rsidR="00F35905" w14:paraId="4757E1B1" w14:textId="77777777">
        <w:trPr>
          <w:jc w:val="center"/>
        </w:trPr>
        <w:tc>
          <w:tcPr>
            <w:tcW w:w="2606" w:type="dxa"/>
            <w:vAlign w:val="center"/>
          </w:tcPr>
          <w:p w14:paraId="28C578D3" w14:textId="77777777" w:rsidR="00F35905" w:rsidRDefault="00000000">
            <w:r>
              <w:rPr>
                <w:sz w:val="16"/>
              </w:rPr>
              <w:t>5</w:t>
            </w:r>
          </w:p>
        </w:tc>
        <w:tc>
          <w:tcPr>
            <w:tcW w:w="2606" w:type="dxa"/>
            <w:vAlign w:val="center"/>
          </w:tcPr>
          <w:p w14:paraId="3AB90BEC" w14:textId="77777777" w:rsidR="00F35905" w:rsidRDefault="00F35905"/>
        </w:tc>
        <w:tc>
          <w:tcPr>
            <w:tcW w:w="2606" w:type="dxa"/>
            <w:vAlign w:val="center"/>
          </w:tcPr>
          <w:p w14:paraId="680B2B55" w14:textId="77777777" w:rsidR="00F35905" w:rsidRDefault="00F35905"/>
        </w:tc>
        <w:tc>
          <w:tcPr>
            <w:tcW w:w="2606" w:type="dxa"/>
            <w:vAlign w:val="center"/>
          </w:tcPr>
          <w:p w14:paraId="0F8A4A7A" w14:textId="77777777" w:rsidR="00F35905" w:rsidRDefault="00000000">
            <w:r>
              <w:rPr>
                <w:sz w:val="16"/>
              </w:rPr>
              <w:t>☐ Yüksek   ☐ Orta   ☐ Düşük</w:t>
            </w:r>
          </w:p>
        </w:tc>
      </w:tr>
    </w:tbl>
    <w:p w14:paraId="117A260F" w14:textId="77777777" w:rsidR="00F35905" w:rsidRDefault="00000000">
      <w:pPr>
        <w:pStyle w:val="Balk1"/>
        <w:spacing w:before="120" w:after="60"/>
      </w:pPr>
      <w:r>
        <w:t>H. ÖNCEKİ AKRAN DEĞERLENDİRMESİNİN İZLENMESİ</w:t>
      </w:r>
    </w:p>
    <w:p w14:paraId="1612D05D" w14:textId="77777777" w:rsidR="00F35905" w:rsidRDefault="00000000">
      <w:r>
        <w:rPr>
          <w:sz w:val="17"/>
        </w:rPr>
        <w:t>İlk akran değerlendirmesinde bu bölüm uygulanmaz. Sonraki değerlendirmelerde önceki raporda belirlenen gelişmeye açık yön ve önerilere ilişkin ilerleme değerlendirilir.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F35905" w14:paraId="110CDD09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6AD03B20" w14:textId="77777777" w:rsidR="00F35905" w:rsidRDefault="00000000">
            <w:r>
              <w:rPr>
                <w:b/>
                <w:sz w:val="16"/>
              </w:rPr>
              <w:t>Önceki Bulgu/Öneri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5179356F" w14:textId="77777777" w:rsidR="00F35905" w:rsidRDefault="00000000">
            <w:r>
              <w:rPr>
                <w:b/>
                <w:sz w:val="16"/>
              </w:rPr>
              <w:t>Gerçekleştirilen Faaliyet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3203B213" w14:textId="77777777" w:rsidR="00F35905" w:rsidRDefault="00000000">
            <w:r>
              <w:rPr>
                <w:b/>
                <w:sz w:val="16"/>
              </w:rPr>
              <w:t>İncelenen Kanıt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52D35912" w14:textId="77777777" w:rsidR="00F35905" w:rsidRDefault="00000000">
            <w:r>
              <w:rPr>
                <w:b/>
                <w:sz w:val="16"/>
              </w:rPr>
              <w:t>İzleme Sonucu</w:t>
            </w:r>
          </w:p>
        </w:tc>
      </w:tr>
      <w:tr w:rsidR="00F35905" w14:paraId="058EAF3C" w14:textId="77777777">
        <w:trPr>
          <w:jc w:val="center"/>
        </w:trPr>
        <w:tc>
          <w:tcPr>
            <w:tcW w:w="2606" w:type="dxa"/>
            <w:vAlign w:val="center"/>
          </w:tcPr>
          <w:p w14:paraId="35885F69" w14:textId="77777777" w:rsidR="00F35905" w:rsidRDefault="00F35905"/>
        </w:tc>
        <w:tc>
          <w:tcPr>
            <w:tcW w:w="2606" w:type="dxa"/>
            <w:vAlign w:val="center"/>
          </w:tcPr>
          <w:p w14:paraId="4BC12160" w14:textId="77777777" w:rsidR="00F35905" w:rsidRDefault="00F35905"/>
        </w:tc>
        <w:tc>
          <w:tcPr>
            <w:tcW w:w="2606" w:type="dxa"/>
            <w:vAlign w:val="center"/>
          </w:tcPr>
          <w:p w14:paraId="4B2A3EBC" w14:textId="77777777" w:rsidR="00F35905" w:rsidRDefault="00F35905"/>
        </w:tc>
        <w:tc>
          <w:tcPr>
            <w:tcW w:w="2606" w:type="dxa"/>
            <w:vAlign w:val="center"/>
          </w:tcPr>
          <w:p w14:paraId="2EB58A7D" w14:textId="77777777" w:rsidR="00F35905" w:rsidRDefault="00F35905"/>
        </w:tc>
      </w:tr>
      <w:tr w:rsidR="00F35905" w14:paraId="5BD38423" w14:textId="77777777">
        <w:trPr>
          <w:jc w:val="center"/>
        </w:trPr>
        <w:tc>
          <w:tcPr>
            <w:tcW w:w="2606" w:type="dxa"/>
            <w:vAlign w:val="center"/>
          </w:tcPr>
          <w:p w14:paraId="4DE551C2" w14:textId="77777777" w:rsidR="00F35905" w:rsidRDefault="00F35905"/>
        </w:tc>
        <w:tc>
          <w:tcPr>
            <w:tcW w:w="2606" w:type="dxa"/>
            <w:vAlign w:val="center"/>
          </w:tcPr>
          <w:p w14:paraId="717E6BD2" w14:textId="77777777" w:rsidR="00F35905" w:rsidRDefault="00F35905"/>
        </w:tc>
        <w:tc>
          <w:tcPr>
            <w:tcW w:w="2606" w:type="dxa"/>
            <w:vAlign w:val="center"/>
          </w:tcPr>
          <w:p w14:paraId="19FB4A28" w14:textId="77777777" w:rsidR="00F35905" w:rsidRDefault="00F35905"/>
        </w:tc>
        <w:tc>
          <w:tcPr>
            <w:tcW w:w="2606" w:type="dxa"/>
            <w:vAlign w:val="center"/>
          </w:tcPr>
          <w:p w14:paraId="5858A58A" w14:textId="77777777" w:rsidR="00F35905" w:rsidRDefault="00F35905"/>
        </w:tc>
      </w:tr>
      <w:tr w:rsidR="00F35905" w14:paraId="42BCC096" w14:textId="77777777">
        <w:trPr>
          <w:jc w:val="center"/>
        </w:trPr>
        <w:tc>
          <w:tcPr>
            <w:tcW w:w="2606" w:type="dxa"/>
            <w:vAlign w:val="center"/>
          </w:tcPr>
          <w:p w14:paraId="5C8106DC" w14:textId="77777777" w:rsidR="00F35905" w:rsidRDefault="00F35905"/>
        </w:tc>
        <w:tc>
          <w:tcPr>
            <w:tcW w:w="2606" w:type="dxa"/>
            <w:vAlign w:val="center"/>
          </w:tcPr>
          <w:p w14:paraId="5CF0FF16" w14:textId="77777777" w:rsidR="00F35905" w:rsidRDefault="00F35905"/>
        </w:tc>
        <w:tc>
          <w:tcPr>
            <w:tcW w:w="2606" w:type="dxa"/>
            <w:vAlign w:val="center"/>
          </w:tcPr>
          <w:p w14:paraId="2476CEAD" w14:textId="77777777" w:rsidR="00F35905" w:rsidRDefault="00F35905"/>
        </w:tc>
        <w:tc>
          <w:tcPr>
            <w:tcW w:w="2606" w:type="dxa"/>
            <w:vAlign w:val="center"/>
          </w:tcPr>
          <w:p w14:paraId="7CE39AF6" w14:textId="77777777" w:rsidR="00F35905" w:rsidRDefault="00F35905"/>
        </w:tc>
      </w:tr>
    </w:tbl>
    <w:p w14:paraId="5E34FFA6" w14:textId="77777777" w:rsidR="00F35905" w:rsidRDefault="00000000">
      <w:pPr>
        <w:pStyle w:val="Balk1"/>
        <w:spacing w:before="120" w:after="60"/>
      </w:pPr>
      <w:r>
        <w:t>I. GENEL SONUÇ</w:t>
      </w:r>
    </w:p>
    <w:p w14:paraId="3240763F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6E051AC9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54E1914C" w14:textId="77777777" w:rsidR="00F35905" w:rsidRDefault="00000000">
      <w:pPr>
        <w:spacing w:after="40"/>
      </w:pPr>
      <w:r>
        <w:lastRenderedPageBreak/>
        <w:t>................................................................................................................................................................................</w:t>
      </w:r>
    </w:p>
    <w:p w14:paraId="6C8FE93F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67F41184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1950EA12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50306458" w14:textId="77777777" w:rsidR="00F35905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6B865976" w14:textId="77777777" w:rsidR="00F35905" w:rsidRDefault="00000000">
      <w:pPr>
        <w:pStyle w:val="Balk1"/>
        <w:spacing w:before="120" w:after="60"/>
      </w:pPr>
      <w:r>
        <w:t>J. AKRAN DEĞERLENDİRİCİ / DEĞERLENDİRME EKİBİ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F35905" w14:paraId="002BC013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1C22E760" w14:textId="77777777" w:rsidR="00F35905" w:rsidRDefault="00000000">
            <w:r>
              <w:rPr>
                <w:b/>
                <w:sz w:val="16"/>
              </w:rPr>
              <w:t>Ad Soyad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021309BF" w14:textId="77777777" w:rsidR="00F35905" w:rsidRDefault="00000000">
            <w:r>
              <w:rPr>
                <w:b/>
                <w:sz w:val="16"/>
              </w:rPr>
              <w:t>Kurum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2F699CE2" w14:textId="77777777" w:rsidR="00F35905" w:rsidRDefault="00000000">
            <w:r>
              <w:rPr>
                <w:b/>
                <w:sz w:val="16"/>
              </w:rPr>
              <w:t>Unvan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01B4624C" w14:textId="77777777" w:rsidR="00F35905" w:rsidRDefault="00000000">
            <w:r>
              <w:rPr>
                <w:b/>
                <w:sz w:val="16"/>
              </w:rPr>
              <w:t>İmza</w:t>
            </w:r>
          </w:p>
        </w:tc>
      </w:tr>
      <w:tr w:rsidR="00F35905" w14:paraId="0CB9B75C" w14:textId="77777777">
        <w:trPr>
          <w:jc w:val="center"/>
        </w:trPr>
        <w:tc>
          <w:tcPr>
            <w:tcW w:w="2606" w:type="dxa"/>
            <w:vAlign w:val="center"/>
          </w:tcPr>
          <w:p w14:paraId="297450CE" w14:textId="77777777" w:rsidR="00F35905" w:rsidRDefault="00F35905"/>
        </w:tc>
        <w:tc>
          <w:tcPr>
            <w:tcW w:w="2606" w:type="dxa"/>
            <w:vAlign w:val="center"/>
          </w:tcPr>
          <w:p w14:paraId="6E4CA646" w14:textId="77777777" w:rsidR="00F35905" w:rsidRDefault="00F35905"/>
        </w:tc>
        <w:tc>
          <w:tcPr>
            <w:tcW w:w="2606" w:type="dxa"/>
            <w:vAlign w:val="center"/>
          </w:tcPr>
          <w:p w14:paraId="0D93CB43" w14:textId="77777777" w:rsidR="00F35905" w:rsidRDefault="00F35905"/>
        </w:tc>
        <w:tc>
          <w:tcPr>
            <w:tcW w:w="2606" w:type="dxa"/>
            <w:vAlign w:val="center"/>
          </w:tcPr>
          <w:p w14:paraId="79E97851" w14:textId="77777777" w:rsidR="00F35905" w:rsidRDefault="00F35905"/>
        </w:tc>
      </w:tr>
      <w:tr w:rsidR="00F35905" w14:paraId="6203AE20" w14:textId="77777777">
        <w:trPr>
          <w:jc w:val="center"/>
        </w:trPr>
        <w:tc>
          <w:tcPr>
            <w:tcW w:w="2606" w:type="dxa"/>
            <w:vAlign w:val="center"/>
          </w:tcPr>
          <w:p w14:paraId="4BBC08AE" w14:textId="77777777" w:rsidR="00F35905" w:rsidRDefault="00F35905"/>
        </w:tc>
        <w:tc>
          <w:tcPr>
            <w:tcW w:w="2606" w:type="dxa"/>
            <w:vAlign w:val="center"/>
          </w:tcPr>
          <w:p w14:paraId="07A5E743" w14:textId="77777777" w:rsidR="00F35905" w:rsidRDefault="00F35905"/>
        </w:tc>
        <w:tc>
          <w:tcPr>
            <w:tcW w:w="2606" w:type="dxa"/>
            <w:vAlign w:val="center"/>
          </w:tcPr>
          <w:p w14:paraId="02A5A5F9" w14:textId="77777777" w:rsidR="00F35905" w:rsidRDefault="00F35905"/>
        </w:tc>
        <w:tc>
          <w:tcPr>
            <w:tcW w:w="2606" w:type="dxa"/>
            <w:vAlign w:val="center"/>
          </w:tcPr>
          <w:p w14:paraId="27DCF084" w14:textId="77777777" w:rsidR="00F35905" w:rsidRDefault="00F35905"/>
        </w:tc>
      </w:tr>
      <w:tr w:rsidR="00F35905" w14:paraId="60AE20C1" w14:textId="77777777">
        <w:trPr>
          <w:jc w:val="center"/>
        </w:trPr>
        <w:tc>
          <w:tcPr>
            <w:tcW w:w="2606" w:type="dxa"/>
            <w:vAlign w:val="center"/>
          </w:tcPr>
          <w:p w14:paraId="423BFEFB" w14:textId="77777777" w:rsidR="00F35905" w:rsidRDefault="00F35905"/>
        </w:tc>
        <w:tc>
          <w:tcPr>
            <w:tcW w:w="2606" w:type="dxa"/>
            <w:vAlign w:val="center"/>
          </w:tcPr>
          <w:p w14:paraId="12B1B89B" w14:textId="77777777" w:rsidR="00F35905" w:rsidRDefault="00F35905"/>
        </w:tc>
        <w:tc>
          <w:tcPr>
            <w:tcW w:w="2606" w:type="dxa"/>
            <w:vAlign w:val="center"/>
          </w:tcPr>
          <w:p w14:paraId="4703C87B" w14:textId="77777777" w:rsidR="00F35905" w:rsidRDefault="00F35905"/>
        </w:tc>
        <w:tc>
          <w:tcPr>
            <w:tcW w:w="2606" w:type="dxa"/>
            <w:vAlign w:val="center"/>
          </w:tcPr>
          <w:p w14:paraId="772EFD08" w14:textId="77777777" w:rsidR="00F35905" w:rsidRDefault="00F35905"/>
        </w:tc>
      </w:tr>
    </w:tbl>
    <w:p w14:paraId="132B67E7" w14:textId="77777777" w:rsidR="002B1BB8" w:rsidRDefault="002B1BB8"/>
    <w:sectPr w:rsidR="002B1BB8" w:rsidSect="008A4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907" w:bottom="964" w:left="90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E0BA5" w14:textId="77777777" w:rsidR="002B1BB8" w:rsidRDefault="002B1BB8">
      <w:pPr>
        <w:spacing w:after="0" w:line="240" w:lineRule="auto"/>
      </w:pPr>
      <w:r>
        <w:separator/>
      </w:r>
    </w:p>
  </w:endnote>
  <w:endnote w:type="continuationSeparator" w:id="0">
    <w:p w14:paraId="0A6D03FB" w14:textId="77777777" w:rsidR="002B1BB8" w:rsidRDefault="002B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0E28B" w14:textId="77777777" w:rsidR="00620FFB" w:rsidRDefault="00620FF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547"/>
      <w:gridCol w:w="3547"/>
      <w:gridCol w:w="3548"/>
    </w:tblGrid>
    <w:tr w:rsidR="008A431C" w:rsidRPr="00C63201" w14:paraId="48BB2F38" w14:textId="77777777" w:rsidTr="003A0086">
      <w:trPr>
        <w:jc w:val="center"/>
      </w:trPr>
      <w:tc>
        <w:tcPr>
          <w:tcW w:w="1666" w:type="pct"/>
        </w:tcPr>
        <w:p w14:paraId="5AFA1069" w14:textId="77777777" w:rsidR="008A431C" w:rsidRPr="00C63201" w:rsidRDefault="008A431C" w:rsidP="008A431C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Hazırlayan</w:t>
          </w:r>
          <w:proofErr w:type="spellEnd"/>
        </w:p>
      </w:tc>
      <w:tc>
        <w:tcPr>
          <w:tcW w:w="1666" w:type="pct"/>
        </w:tcPr>
        <w:p w14:paraId="465467B5" w14:textId="77777777" w:rsidR="008A431C" w:rsidRPr="00C63201" w:rsidRDefault="008A431C" w:rsidP="008A431C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Sistem</w:t>
          </w:r>
          <w:proofErr w:type="spellEnd"/>
          <w:r w:rsidRPr="00C63201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  <w:tc>
        <w:tcPr>
          <w:tcW w:w="1667" w:type="pct"/>
        </w:tcPr>
        <w:p w14:paraId="2F1B633F" w14:textId="77777777" w:rsidR="008A431C" w:rsidRPr="00C63201" w:rsidRDefault="008A431C" w:rsidP="008A431C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Yürürlük</w:t>
          </w:r>
          <w:proofErr w:type="spellEnd"/>
          <w:r w:rsidRPr="00C63201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</w:tr>
    <w:tr w:rsidR="008A431C" w:rsidRPr="00C63201" w14:paraId="42C0B82E" w14:textId="77777777" w:rsidTr="003A0086">
      <w:trPr>
        <w:trHeight w:val="1002"/>
        <w:jc w:val="center"/>
      </w:trPr>
      <w:tc>
        <w:tcPr>
          <w:tcW w:w="1666" w:type="pct"/>
        </w:tcPr>
        <w:p w14:paraId="500F4E2F" w14:textId="77777777" w:rsidR="008A431C" w:rsidRPr="00C63201" w:rsidRDefault="008A431C" w:rsidP="008A431C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76374EEB" w14:textId="77777777" w:rsidR="008A431C" w:rsidRPr="00C63201" w:rsidRDefault="008A431C" w:rsidP="008A431C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42DB7226" w14:textId="77777777" w:rsidR="008A431C" w:rsidRPr="00C63201" w:rsidRDefault="008A431C" w:rsidP="008A431C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Öğr</w:t>
          </w:r>
          <w:proofErr w:type="spellEnd"/>
          <w:r w:rsidRPr="00C63201">
            <w:rPr>
              <w:rFonts w:ascii="Times New Roman" w:hAnsi="Times New Roman"/>
              <w:sz w:val="24"/>
              <w:szCs w:val="24"/>
            </w:rPr>
            <w:t xml:space="preserve">. </w:t>
          </w: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Gör</w:t>
          </w:r>
          <w:proofErr w:type="spellEnd"/>
          <w:r w:rsidRPr="00C63201">
            <w:rPr>
              <w:rFonts w:ascii="Times New Roman" w:hAnsi="Times New Roman"/>
              <w:sz w:val="24"/>
              <w:szCs w:val="24"/>
            </w:rPr>
            <w:t>. Cankat ÖZLÜ</w:t>
          </w:r>
        </w:p>
        <w:p w14:paraId="77B7017B" w14:textId="77777777" w:rsidR="008A431C" w:rsidRPr="00C63201" w:rsidRDefault="008A431C" w:rsidP="008A431C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2A1080A0" w14:textId="4A220DAA" w:rsidR="00F35905" w:rsidRDefault="00F35905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C2C3" w14:textId="77777777" w:rsidR="00620FFB" w:rsidRDefault="00620FF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C2679" w14:textId="77777777" w:rsidR="002B1BB8" w:rsidRDefault="002B1BB8">
      <w:pPr>
        <w:spacing w:after="0" w:line="240" w:lineRule="auto"/>
      </w:pPr>
      <w:r>
        <w:separator/>
      </w:r>
    </w:p>
  </w:footnote>
  <w:footnote w:type="continuationSeparator" w:id="0">
    <w:p w14:paraId="784550D0" w14:textId="77777777" w:rsidR="002B1BB8" w:rsidRDefault="002B1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EBB90" w14:textId="77777777" w:rsidR="00620FFB" w:rsidRDefault="00620FF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5"/>
      <w:gridCol w:w="6074"/>
      <w:gridCol w:w="1462"/>
      <w:gridCol w:w="1581"/>
    </w:tblGrid>
    <w:tr w:rsidR="00620FFB" w:rsidRPr="00C63201" w14:paraId="098113E9" w14:textId="77777777" w:rsidTr="003A0086">
      <w:trPr>
        <w:trHeight w:val="276"/>
      </w:trPr>
      <w:tc>
        <w:tcPr>
          <w:tcW w:w="716" w:type="pct"/>
          <w:vMerge w:val="restart"/>
          <w:vAlign w:val="center"/>
        </w:tcPr>
        <w:p w14:paraId="0B183C83" w14:textId="77777777" w:rsidR="00620FFB" w:rsidRPr="00C63201" w:rsidRDefault="00620FFB" w:rsidP="00620FFB">
          <w:pPr>
            <w:rPr>
              <w:rFonts w:cs="Arial"/>
            </w:rPr>
          </w:pPr>
          <w:r w:rsidRPr="00C63201">
            <w:rPr>
              <w:rFonts w:cs="Arial"/>
              <w:noProof/>
              <w:lang w:eastAsia="tr-TR"/>
            </w:rPr>
            <w:drawing>
              <wp:inline distT="0" distB="0" distL="0" distR="0" wp14:anchorId="14597914" wp14:editId="47869F59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54" w:type="pct"/>
          <w:vMerge w:val="restart"/>
          <w:vAlign w:val="center"/>
        </w:tcPr>
        <w:p w14:paraId="3BD61753" w14:textId="77777777" w:rsidR="00620FFB" w:rsidRPr="00C63201" w:rsidRDefault="00620FFB" w:rsidP="00620FF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63201">
            <w:rPr>
              <w:rFonts w:ascii="Times New Roman" w:hAnsi="Times New Roman" w:cs="Times New Roman"/>
              <w:b/>
              <w:sz w:val="24"/>
              <w:szCs w:val="24"/>
            </w:rPr>
            <w:t>KONYA GIDA VE TARIM ÜNİVERSİTESİ</w:t>
          </w:r>
        </w:p>
        <w:p w14:paraId="1F49ABAA" w14:textId="4575D348" w:rsidR="00620FFB" w:rsidRPr="00C63201" w:rsidRDefault="00620FFB" w:rsidP="00620FF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PROGRAM </w:t>
          </w:r>
          <w:r w:rsidRPr="00C63201">
            <w:rPr>
              <w:rFonts w:ascii="Times New Roman" w:hAnsi="Times New Roman" w:cs="Times New Roman"/>
              <w:b/>
              <w:sz w:val="24"/>
              <w:szCs w:val="24"/>
            </w:rPr>
            <w:t>AKRAN DEĞERLENDİRME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RAPORU</w:t>
          </w:r>
        </w:p>
        <w:p w14:paraId="684B4A6F" w14:textId="77777777" w:rsidR="00620FFB" w:rsidRPr="00C63201" w:rsidRDefault="00620FFB" w:rsidP="00620FFB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87" w:type="pct"/>
          <w:vAlign w:val="center"/>
        </w:tcPr>
        <w:p w14:paraId="2B736E93" w14:textId="77777777" w:rsidR="00620FFB" w:rsidRPr="00C63201" w:rsidRDefault="00620FFB" w:rsidP="00620FFB">
          <w:pPr>
            <w:rPr>
              <w:rFonts w:cs="Arial"/>
            </w:rPr>
          </w:pPr>
          <w:proofErr w:type="spellStart"/>
          <w:r w:rsidRPr="00C63201">
            <w:rPr>
              <w:rFonts w:cs="Arial"/>
            </w:rPr>
            <w:t>Doküman</w:t>
          </w:r>
          <w:proofErr w:type="spellEnd"/>
          <w:r w:rsidRPr="00C63201">
            <w:rPr>
              <w:rFonts w:cs="Arial"/>
            </w:rPr>
            <w:t xml:space="preserve"> No</w:t>
          </w:r>
        </w:p>
      </w:tc>
      <w:tc>
        <w:tcPr>
          <w:tcW w:w="743" w:type="pct"/>
          <w:vAlign w:val="center"/>
        </w:tcPr>
        <w:p w14:paraId="0665C69C" w14:textId="4EFEE82A" w:rsidR="00620FFB" w:rsidRPr="00C63201" w:rsidRDefault="00620FFB" w:rsidP="00620FFB">
          <w:pPr>
            <w:rPr>
              <w:rFonts w:cs="Arial"/>
              <w:b/>
            </w:rPr>
          </w:pPr>
          <w:r w:rsidRPr="00C63201">
            <w:rPr>
              <w:rFonts w:cs="Arial"/>
              <w:b/>
            </w:rPr>
            <w:t>FR-KBK-0</w:t>
          </w:r>
          <w:r>
            <w:rPr>
              <w:rFonts w:cs="Arial"/>
              <w:b/>
            </w:rPr>
            <w:t>1</w:t>
          </w:r>
          <w:r>
            <w:rPr>
              <w:rFonts w:cs="Arial"/>
              <w:b/>
            </w:rPr>
            <w:t>80</w:t>
          </w:r>
        </w:p>
      </w:tc>
    </w:tr>
    <w:tr w:rsidR="00620FFB" w:rsidRPr="00C63201" w14:paraId="09E1AAE3" w14:textId="77777777" w:rsidTr="003A0086">
      <w:trPr>
        <w:trHeight w:val="305"/>
      </w:trPr>
      <w:tc>
        <w:tcPr>
          <w:tcW w:w="716" w:type="pct"/>
          <w:vMerge/>
          <w:vAlign w:val="center"/>
        </w:tcPr>
        <w:p w14:paraId="37E57ED4" w14:textId="77777777" w:rsidR="00620FFB" w:rsidRPr="00C63201" w:rsidRDefault="00620FFB" w:rsidP="00620FFB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7A3F52CB" w14:textId="77777777" w:rsidR="00620FFB" w:rsidRPr="00C63201" w:rsidRDefault="00620FFB" w:rsidP="00620FFB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6A583665" w14:textId="77777777" w:rsidR="00620FFB" w:rsidRPr="00C63201" w:rsidRDefault="00620FFB" w:rsidP="00620FFB">
          <w:pPr>
            <w:rPr>
              <w:rFonts w:cs="Arial"/>
            </w:rPr>
          </w:pPr>
          <w:r w:rsidRPr="00C63201">
            <w:rPr>
              <w:rFonts w:cs="Arial"/>
            </w:rPr>
            <w:t xml:space="preserve">İlk </w:t>
          </w:r>
          <w:proofErr w:type="spellStart"/>
          <w:r w:rsidRPr="00C63201">
            <w:rPr>
              <w:rFonts w:cs="Arial"/>
            </w:rPr>
            <w:t>Yayın</w:t>
          </w:r>
          <w:proofErr w:type="spellEnd"/>
          <w:r w:rsidRPr="00C63201">
            <w:rPr>
              <w:rFonts w:cs="Arial"/>
            </w:rPr>
            <w:t xml:space="preserve"> </w:t>
          </w:r>
          <w:proofErr w:type="spellStart"/>
          <w:r w:rsidRPr="00C63201">
            <w:rPr>
              <w:rFonts w:cs="Arial"/>
            </w:rPr>
            <w:t>Tarihi</w:t>
          </w:r>
          <w:proofErr w:type="spellEnd"/>
        </w:p>
      </w:tc>
      <w:tc>
        <w:tcPr>
          <w:tcW w:w="743" w:type="pct"/>
          <w:vAlign w:val="center"/>
        </w:tcPr>
        <w:p w14:paraId="552BBC3F" w14:textId="77777777" w:rsidR="00620FFB" w:rsidRPr="00C63201" w:rsidRDefault="00620FFB" w:rsidP="00620FFB">
          <w:pPr>
            <w:rPr>
              <w:rFonts w:cs="Arial"/>
              <w:b/>
            </w:rPr>
          </w:pPr>
          <w:r>
            <w:rPr>
              <w:rFonts w:cs="Arial"/>
              <w:b/>
            </w:rPr>
            <w:t>14.09.2026</w:t>
          </w:r>
        </w:p>
      </w:tc>
    </w:tr>
    <w:tr w:rsidR="00620FFB" w:rsidRPr="00C63201" w14:paraId="6DC56508" w14:textId="77777777" w:rsidTr="003A0086">
      <w:trPr>
        <w:trHeight w:val="276"/>
      </w:trPr>
      <w:tc>
        <w:tcPr>
          <w:tcW w:w="716" w:type="pct"/>
          <w:vMerge/>
          <w:vAlign w:val="center"/>
        </w:tcPr>
        <w:p w14:paraId="31656C74" w14:textId="77777777" w:rsidR="00620FFB" w:rsidRPr="00C63201" w:rsidRDefault="00620FFB" w:rsidP="00620FFB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1AFE7B81" w14:textId="77777777" w:rsidR="00620FFB" w:rsidRPr="00C63201" w:rsidRDefault="00620FFB" w:rsidP="00620FFB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2FD4C3C7" w14:textId="77777777" w:rsidR="00620FFB" w:rsidRPr="00C63201" w:rsidRDefault="00620FFB" w:rsidP="00620FFB">
          <w:pPr>
            <w:rPr>
              <w:rFonts w:cs="Arial"/>
            </w:rPr>
          </w:pPr>
          <w:proofErr w:type="spellStart"/>
          <w:r w:rsidRPr="00C63201">
            <w:rPr>
              <w:rFonts w:cs="Arial"/>
            </w:rPr>
            <w:t>Revizyon</w:t>
          </w:r>
          <w:proofErr w:type="spellEnd"/>
          <w:r w:rsidRPr="00C63201">
            <w:rPr>
              <w:rFonts w:cs="Arial"/>
            </w:rPr>
            <w:t xml:space="preserve"> </w:t>
          </w:r>
          <w:proofErr w:type="spellStart"/>
          <w:r w:rsidRPr="00C63201">
            <w:rPr>
              <w:rFonts w:cs="Arial"/>
            </w:rPr>
            <w:t>Tarihi</w:t>
          </w:r>
          <w:proofErr w:type="spellEnd"/>
        </w:p>
      </w:tc>
      <w:tc>
        <w:tcPr>
          <w:tcW w:w="743" w:type="pct"/>
          <w:vAlign w:val="center"/>
        </w:tcPr>
        <w:p w14:paraId="106780D0" w14:textId="77777777" w:rsidR="00620FFB" w:rsidRPr="00C63201" w:rsidRDefault="00620FFB" w:rsidP="00620FFB">
          <w:pPr>
            <w:rPr>
              <w:rFonts w:cs="Arial"/>
              <w:b/>
            </w:rPr>
          </w:pPr>
        </w:p>
      </w:tc>
    </w:tr>
    <w:tr w:rsidR="00620FFB" w:rsidRPr="00C63201" w14:paraId="3839D230" w14:textId="77777777" w:rsidTr="003A0086">
      <w:trPr>
        <w:trHeight w:val="276"/>
      </w:trPr>
      <w:tc>
        <w:tcPr>
          <w:tcW w:w="716" w:type="pct"/>
          <w:vMerge/>
          <w:vAlign w:val="center"/>
        </w:tcPr>
        <w:p w14:paraId="48C1C9F5" w14:textId="77777777" w:rsidR="00620FFB" w:rsidRPr="00C63201" w:rsidRDefault="00620FFB" w:rsidP="00620FFB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4D6DA521" w14:textId="77777777" w:rsidR="00620FFB" w:rsidRPr="00C63201" w:rsidRDefault="00620FFB" w:rsidP="00620FFB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0264B6C3" w14:textId="77777777" w:rsidR="00620FFB" w:rsidRPr="00C63201" w:rsidRDefault="00620FFB" w:rsidP="00620FFB">
          <w:pPr>
            <w:rPr>
              <w:rFonts w:cs="Arial"/>
            </w:rPr>
          </w:pPr>
          <w:proofErr w:type="spellStart"/>
          <w:r w:rsidRPr="00C63201">
            <w:rPr>
              <w:rFonts w:cs="Arial"/>
            </w:rPr>
            <w:t>Revizyon</w:t>
          </w:r>
          <w:proofErr w:type="spellEnd"/>
          <w:r w:rsidRPr="00C63201">
            <w:rPr>
              <w:rFonts w:cs="Arial"/>
            </w:rPr>
            <w:t xml:space="preserve"> No</w:t>
          </w:r>
        </w:p>
      </w:tc>
      <w:tc>
        <w:tcPr>
          <w:tcW w:w="743" w:type="pct"/>
          <w:vAlign w:val="center"/>
        </w:tcPr>
        <w:p w14:paraId="6CC40D29" w14:textId="77777777" w:rsidR="00620FFB" w:rsidRPr="00C63201" w:rsidRDefault="00620FFB" w:rsidP="00620FFB">
          <w:pPr>
            <w:rPr>
              <w:rFonts w:cs="Arial"/>
              <w:b/>
            </w:rPr>
          </w:pPr>
        </w:p>
      </w:tc>
    </w:tr>
    <w:tr w:rsidR="00620FFB" w:rsidRPr="00C63201" w14:paraId="3A095D9F" w14:textId="77777777" w:rsidTr="003A0086">
      <w:trPr>
        <w:trHeight w:val="276"/>
      </w:trPr>
      <w:tc>
        <w:tcPr>
          <w:tcW w:w="716" w:type="pct"/>
          <w:vMerge/>
          <w:vAlign w:val="center"/>
        </w:tcPr>
        <w:p w14:paraId="1D414266" w14:textId="77777777" w:rsidR="00620FFB" w:rsidRPr="00C63201" w:rsidRDefault="00620FFB" w:rsidP="00620FFB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6B9CF70D" w14:textId="77777777" w:rsidR="00620FFB" w:rsidRPr="00C63201" w:rsidRDefault="00620FFB" w:rsidP="00620FFB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7FBEB02B" w14:textId="77777777" w:rsidR="00620FFB" w:rsidRPr="00C63201" w:rsidRDefault="00620FFB" w:rsidP="00620FFB">
          <w:pPr>
            <w:rPr>
              <w:rFonts w:cs="Arial"/>
            </w:rPr>
          </w:pPr>
          <w:proofErr w:type="spellStart"/>
          <w:r w:rsidRPr="00C63201">
            <w:rPr>
              <w:rFonts w:cs="Arial"/>
            </w:rPr>
            <w:t>Sayfa</w:t>
          </w:r>
          <w:proofErr w:type="spellEnd"/>
        </w:p>
      </w:tc>
      <w:tc>
        <w:tcPr>
          <w:tcW w:w="743" w:type="pct"/>
          <w:vAlign w:val="center"/>
        </w:tcPr>
        <w:p w14:paraId="51796AF7" w14:textId="77777777" w:rsidR="00620FFB" w:rsidRPr="00C63201" w:rsidRDefault="00620FFB" w:rsidP="00620FFB">
          <w:pPr>
            <w:rPr>
              <w:rFonts w:cs="Arial"/>
              <w:b/>
            </w:rPr>
          </w:pPr>
          <w:r w:rsidRPr="00C63201">
            <w:rPr>
              <w:rFonts w:cs="Arial"/>
              <w:b/>
            </w:rPr>
            <w:fldChar w:fldCharType="begin"/>
          </w:r>
          <w:r w:rsidRPr="00C63201">
            <w:rPr>
              <w:rFonts w:cs="Arial"/>
              <w:b/>
            </w:rPr>
            <w:instrText xml:space="preserve"> PAGE   \* MERGEFORMAT </w:instrText>
          </w:r>
          <w:r w:rsidRPr="00C63201">
            <w:rPr>
              <w:rFonts w:cs="Arial"/>
              <w:b/>
            </w:rPr>
            <w:fldChar w:fldCharType="separate"/>
          </w:r>
          <w:r w:rsidRPr="00C63201">
            <w:rPr>
              <w:rFonts w:cs="Arial"/>
              <w:b/>
              <w:noProof/>
            </w:rPr>
            <w:t>1</w:t>
          </w:r>
          <w:r w:rsidRPr="00C63201">
            <w:rPr>
              <w:rFonts w:cs="Arial"/>
              <w:b/>
            </w:rPr>
            <w:fldChar w:fldCharType="end"/>
          </w:r>
          <w:r w:rsidRPr="00C63201">
            <w:rPr>
              <w:rFonts w:cs="Arial"/>
              <w:b/>
            </w:rPr>
            <w:t>/</w:t>
          </w:r>
          <w:r w:rsidRPr="00C63201">
            <w:rPr>
              <w:rFonts w:cs="Arial"/>
              <w:b/>
            </w:rPr>
            <w:fldChar w:fldCharType="begin"/>
          </w:r>
          <w:r w:rsidRPr="00C63201">
            <w:rPr>
              <w:rFonts w:cs="Arial"/>
              <w:b/>
            </w:rPr>
            <w:instrText xml:space="preserve"> NUMPAGES   \* MERGEFORMAT </w:instrText>
          </w:r>
          <w:r w:rsidRPr="00C63201">
            <w:rPr>
              <w:rFonts w:cs="Arial"/>
              <w:b/>
            </w:rPr>
            <w:fldChar w:fldCharType="separate"/>
          </w:r>
          <w:r w:rsidRPr="00C63201">
            <w:rPr>
              <w:rFonts w:cs="Arial"/>
              <w:b/>
              <w:noProof/>
            </w:rPr>
            <w:t>1</w:t>
          </w:r>
          <w:r w:rsidRPr="00C63201">
            <w:rPr>
              <w:rFonts w:cs="Arial"/>
              <w:b/>
            </w:rPr>
            <w:fldChar w:fldCharType="end"/>
          </w:r>
        </w:p>
      </w:tc>
    </w:tr>
  </w:tbl>
  <w:p w14:paraId="22834A70" w14:textId="77777777" w:rsidR="00620FFB" w:rsidRDefault="00620FF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9D306" w14:textId="77777777" w:rsidR="00620FFB" w:rsidRDefault="00620FF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7019298">
    <w:abstractNumId w:val="8"/>
  </w:num>
  <w:num w:numId="2" w16cid:durableId="1253662203">
    <w:abstractNumId w:val="6"/>
  </w:num>
  <w:num w:numId="3" w16cid:durableId="537937240">
    <w:abstractNumId w:val="5"/>
  </w:num>
  <w:num w:numId="4" w16cid:durableId="1913268569">
    <w:abstractNumId w:val="4"/>
  </w:num>
  <w:num w:numId="5" w16cid:durableId="90707912">
    <w:abstractNumId w:val="7"/>
  </w:num>
  <w:num w:numId="6" w16cid:durableId="1674600105">
    <w:abstractNumId w:val="3"/>
  </w:num>
  <w:num w:numId="7" w16cid:durableId="815144941">
    <w:abstractNumId w:val="2"/>
  </w:num>
  <w:num w:numId="8" w16cid:durableId="196355531">
    <w:abstractNumId w:val="1"/>
  </w:num>
  <w:num w:numId="9" w16cid:durableId="145879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1BB8"/>
    <w:rsid w:val="00326F90"/>
    <w:rsid w:val="00620FFB"/>
    <w:rsid w:val="008A431C"/>
    <w:rsid w:val="00AA1D8D"/>
    <w:rsid w:val="00B47730"/>
    <w:rsid w:val="00CB0664"/>
    <w:rsid w:val="00EB0FEA"/>
    <w:rsid w:val="00F359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E9E6B7"/>
  <w14:defaultImageDpi w14:val="300"/>
  <w15:docId w15:val="{999B3C24-8CE8-489D-AFA4-E490762E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2026-09-14T13:44:00Z</dcterms:modified>
  <cp:category/>
</cp:coreProperties>
</file>