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F961B" w14:textId="77777777" w:rsidR="001C2747" w:rsidRDefault="00000000">
      <w:pPr>
        <w:pStyle w:val="Balk1"/>
        <w:spacing w:before="120" w:after="60"/>
      </w:pPr>
      <w:r>
        <w:t>A. GENEL BİLGİLER</w:t>
      </w:r>
    </w:p>
    <w:tbl>
      <w:tblPr>
        <w:tblStyle w:val="TabloKlavuzu"/>
        <w:tblW w:w="0" w:type="auto"/>
        <w:tblLook w:val="04A0" w:firstRow="1" w:lastRow="0" w:firstColumn="1" w:lastColumn="0" w:noHBand="0" w:noVBand="1"/>
      </w:tblPr>
      <w:tblGrid>
        <w:gridCol w:w="5213"/>
        <w:gridCol w:w="5213"/>
      </w:tblGrid>
      <w:tr w:rsidR="001C2747" w14:paraId="702F0A41" w14:textId="77777777">
        <w:tc>
          <w:tcPr>
            <w:tcW w:w="5213" w:type="dxa"/>
            <w:shd w:val="clear" w:color="auto" w:fill="EAF0F8"/>
            <w:vAlign w:val="center"/>
          </w:tcPr>
          <w:p w14:paraId="2A5E60E0" w14:textId="77777777" w:rsidR="001C2747" w:rsidRDefault="00000000">
            <w:r>
              <w:rPr>
                <w:b/>
                <w:sz w:val="17"/>
              </w:rPr>
              <w:t>Fakülte/Yüksekokul</w:t>
            </w:r>
          </w:p>
        </w:tc>
        <w:tc>
          <w:tcPr>
            <w:tcW w:w="5213" w:type="dxa"/>
            <w:vAlign w:val="center"/>
          </w:tcPr>
          <w:p w14:paraId="01B74DC4" w14:textId="77777777" w:rsidR="001C2747" w:rsidRDefault="001C2747"/>
        </w:tc>
      </w:tr>
      <w:tr w:rsidR="001C2747" w14:paraId="556AEA71" w14:textId="77777777">
        <w:tc>
          <w:tcPr>
            <w:tcW w:w="5213" w:type="dxa"/>
            <w:shd w:val="clear" w:color="auto" w:fill="EAF0F8"/>
            <w:vAlign w:val="center"/>
          </w:tcPr>
          <w:p w14:paraId="57A94657" w14:textId="77777777" w:rsidR="001C2747" w:rsidRDefault="00000000">
            <w:r>
              <w:rPr>
                <w:b/>
                <w:sz w:val="17"/>
              </w:rPr>
              <w:t>Program</w:t>
            </w:r>
          </w:p>
        </w:tc>
        <w:tc>
          <w:tcPr>
            <w:tcW w:w="5213" w:type="dxa"/>
            <w:vAlign w:val="center"/>
          </w:tcPr>
          <w:p w14:paraId="13FC6993" w14:textId="77777777" w:rsidR="001C2747" w:rsidRDefault="001C2747"/>
        </w:tc>
      </w:tr>
      <w:tr w:rsidR="001C2747" w14:paraId="63A68F96" w14:textId="77777777">
        <w:tc>
          <w:tcPr>
            <w:tcW w:w="5213" w:type="dxa"/>
            <w:shd w:val="clear" w:color="auto" w:fill="EAF0F8"/>
            <w:vAlign w:val="center"/>
          </w:tcPr>
          <w:p w14:paraId="01B0DA2E" w14:textId="77777777" w:rsidR="001C2747" w:rsidRDefault="00000000">
            <w:r>
              <w:rPr>
                <w:b/>
                <w:sz w:val="17"/>
              </w:rPr>
              <w:t>Öz Değerlendirme Dönemi</w:t>
            </w:r>
          </w:p>
        </w:tc>
        <w:tc>
          <w:tcPr>
            <w:tcW w:w="5213" w:type="dxa"/>
            <w:vAlign w:val="center"/>
          </w:tcPr>
          <w:p w14:paraId="78AEC41D" w14:textId="77777777" w:rsidR="001C2747" w:rsidRDefault="001C2747"/>
        </w:tc>
      </w:tr>
      <w:tr w:rsidR="001C2747" w14:paraId="7DED876D" w14:textId="77777777">
        <w:tc>
          <w:tcPr>
            <w:tcW w:w="5213" w:type="dxa"/>
            <w:shd w:val="clear" w:color="auto" w:fill="EAF0F8"/>
            <w:vAlign w:val="center"/>
          </w:tcPr>
          <w:p w14:paraId="07DF526D" w14:textId="77777777" w:rsidR="001C2747" w:rsidRDefault="00000000">
            <w:r>
              <w:rPr>
                <w:b/>
                <w:sz w:val="17"/>
              </w:rPr>
              <w:t>Formun Hazırlanma Tarihi</w:t>
            </w:r>
          </w:p>
        </w:tc>
        <w:tc>
          <w:tcPr>
            <w:tcW w:w="5213" w:type="dxa"/>
            <w:vAlign w:val="center"/>
          </w:tcPr>
          <w:p w14:paraId="1D69C66A" w14:textId="77777777" w:rsidR="001C2747" w:rsidRDefault="001C2747"/>
        </w:tc>
      </w:tr>
      <w:tr w:rsidR="001C2747" w14:paraId="0B5818DA" w14:textId="77777777">
        <w:tc>
          <w:tcPr>
            <w:tcW w:w="5213" w:type="dxa"/>
            <w:shd w:val="clear" w:color="auto" w:fill="EAF0F8"/>
            <w:vAlign w:val="center"/>
          </w:tcPr>
          <w:p w14:paraId="1C716646" w14:textId="77777777" w:rsidR="001C2747" w:rsidRDefault="00000000">
            <w:r>
              <w:rPr>
                <w:b/>
                <w:sz w:val="17"/>
              </w:rPr>
              <w:t>Program/Bölüm Başkanı</w:t>
            </w:r>
          </w:p>
        </w:tc>
        <w:tc>
          <w:tcPr>
            <w:tcW w:w="5213" w:type="dxa"/>
            <w:vAlign w:val="center"/>
          </w:tcPr>
          <w:p w14:paraId="456D40B4" w14:textId="77777777" w:rsidR="001C2747" w:rsidRDefault="001C2747"/>
        </w:tc>
      </w:tr>
      <w:tr w:rsidR="001C2747" w14:paraId="72E832F5" w14:textId="77777777">
        <w:tc>
          <w:tcPr>
            <w:tcW w:w="5213" w:type="dxa"/>
            <w:shd w:val="clear" w:color="auto" w:fill="EAF0F8"/>
            <w:vAlign w:val="center"/>
          </w:tcPr>
          <w:p w14:paraId="4DBE2668" w14:textId="77777777" w:rsidR="001C2747" w:rsidRDefault="00000000">
            <w:r>
              <w:rPr>
                <w:b/>
                <w:sz w:val="17"/>
              </w:rPr>
              <w:t>Öz Değerlendirmeyi Hazırlayan Ekip</w:t>
            </w:r>
          </w:p>
        </w:tc>
        <w:tc>
          <w:tcPr>
            <w:tcW w:w="5213" w:type="dxa"/>
            <w:vAlign w:val="center"/>
          </w:tcPr>
          <w:p w14:paraId="12D43B00" w14:textId="77777777" w:rsidR="001C2747" w:rsidRDefault="001C2747"/>
        </w:tc>
      </w:tr>
      <w:tr w:rsidR="001C2747" w14:paraId="67CDE455" w14:textId="77777777">
        <w:tc>
          <w:tcPr>
            <w:tcW w:w="5213" w:type="dxa"/>
            <w:shd w:val="clear" w:color="auto" w:fill="EAF0F8"/>
            <w:vAlign w:val="center"/>
          </w:tcPr>
          <w:p w14:paraId="50F7D78A" w14:textId="77777777" w:rsidR="001C2747" w:rsidRDefault="00000000">
            <w:r>
              <w:rPr>
                <w:b/>
                <w:sz w:val="17"/>
              </w:rPr>
              <w:t>Varsa Akreditasyon Kuruluşu ve Akreditasyon Durumu</w:t>
            </w:r>
          </w:p>
        </w:tc>
        <w:tc>
          <w:tcPr>
            <w:tcW w:w="5213" w:type="dxa"/>
            <w:vAlign w:val="center"/>
          </w:tcPr>
          <w:p w14:paraId="4F14B0C2" w14:textId="77777777" w:rsidR="001C2747" w:rsidRDefault="001C2747"/>
        </w:tc>
      </w:tr>
      <w:tr w:rsidR="001C2747" w14:paraId="74FA56E0" w14:textId="77777777">
        <w:tc>
          <w:tcPr>
            <w:tcW w:w="5213" w:type="dxa"/>
            <w:shd w:val="clear" w:color="auto" w:fill="EAF0F8"/>
            <w:vAlign w:val="center"/>
          </w:tcPr>
          <w:p w14:paraId="60BD7342" w14:textId="77777777" w:rsidR="001C2747" w:rsidRDefault="00000000">
            <w:r>
              <w:rPr>
                <w:b/>
                <w:sz w:val="17"/>
              </w:rPr>
              <w:t>Son Akran Değerlendirme Tarihi</w:t>
            </w:r>
          </w:p>
        </w:tc>
        <w:tc>
          <w:tcPr>
            <w:tcW w:w="5213" w:type="dxa"/>
            <w:vAlign w:val="center"/>
          </w:tcPr>
          <w:p w14:paraId="5EFB97C5" w14:textId="77777777" w:rsidR="001C2747" w:rsidRDefault="00000000">
            <w:r>
              <w:rPr>
                <w:sz w:val="17"/>
              </w:rPr>
              <w:t>☐ İlk değerlendirme öncesi    /    ………………………</w:t>
            </w:r>
          </w:p>
        </w:tc>
      </w:tr>
    </w:tbl>
    <w:p w14:paraId="42E3C84F" w14:textId="77777777" w:rsidR="001C2747" w:rsidRDefault="00000000">
      <w:pPr>
        <w:pStyle w:val="Balk2"/>
        <w:spacing w:before="120" w:after="60"/>
      </w:pPr>
      <w:r>
        <w:t>Formun Kullanımı</w:t>
      </w:r>
    </w:p>
    <w:p w14:paraId="37885F22" w14:textId="77777777" w:rsidR="001C2747" w:rsidRDefault="00000000">
      <w:r>
        <w:rPr>
          <w:sz w:val="17"/>
        </w:rPr>
        <w:t>Bu form, programın akran değerlendirme öncesinde kendi mevcut durumunu belirlenen ölçütler kapsamında kanıta dayalı olarak değerlendirmesi amacıyla hazırlanmıştır. Her ölçüt için programın mevcut durumu açıklanmalı, açıklamayı doğrulayan kanıtlar belirtilmeli ve program kendi değerlendirme düzeyini işaretlemelidir. Kanıtların mümkün olduğunca belge adı, tarih/sayı, bağlantı veya dosya adı ile açık biçimde tanımlanması esastır.</w:t>
      </w:r>
    </w:p>
    <w:p w14:paraId="05B66C6E" w14:textId="77777777" w:rsidR="001C2747" w:rsidRDefault="00000000">
      <w:pPr>
        <w:pStyle w:val="Balk2"/>
        <w:spacing w:before="120" w:after="60"/>
      </w:pPr>
      <w:r>
        <w:t>Öz Değerlendirme Düzeyleri</w:t>
      </w:r>
    </w:p>
    <w:p w14:paraId="426A599B" w14:textId="77777777" w:rsidR="001C2747" w:rsidRDefault="00000000">
      <w:pPr>
        <w:spacing w:after="40"/>
      </w:pPr>
      <w:r>
        <w:rPr>
          <w:b/>
          <w:sz w:val="17"/>
        </w:rPr>
        <w:t xml:space="preserve">K – Karşılıyor: </w:t>
      </w:r>
      <w:r>
        <w:rPr>
          <w:sz w:val="17"/>
        </w:rPr>
        <w:t>Ölçüte ilişkin sistematik uygulama bulunmakta ve yeterli kanıtla doğrulanmaktadır.</w:t>
      </w:r>
    </w:p>
    <w:p w14:paraId="04FC5825" w14:textId="77777777" w:rsidR="001C2747" w:rsidRDefault="00000000">
      <w:pPr>
        <w:spacing w:after="40"/>
      </w:pPr>
      <w:r>
        <w:rPr>
          <w:b/>
          <w:sz w:val="17"/>
        </w:rPr>
        <w:t xml:space="preserve">KK – Kısmen Karşılıyor: </w:t>
      </w:r>
      <w:r>
        <w:rPr>
          <w:sz w:val="17"/>
        </w:rPr>
        <w:t>Uygulama bulunmakla birlikte kapsam, süreklilik, sistematiklik veya kanıt düzeyinin geliştirilmesi gerekmektedir.</w:t>
      </w:r>
    </w:p>
    <w:p w14:paraId="5FCE25D5" w14:textId="77777777" w:rsidR="001C2747" w:rsidRDefault="00000000">
      <w:pPr>
        <w:spacing w:after="40"/>
      </w:pPr>
      <w:r>
        <w:rPr>
          <w:b/>
          <w:sz w:val="17"/>
        </w:rPr>
        <w:t xml:space="preserve">KM – Karşılamıyor: </w:t>
      </w:r>
      <w:r>
        <w:rPr>
          <w:sz w:val="17"/>
        </w:rPr>
        <w:t>Ölçüte ilişkin yeterli uygulama bulunmamakta veya mevcut uygulama ölçütü karşılamamaktadır.</w:t>
      </w:r>
    </w:p>
    <w:p w14:paraId="028E4489" w14:textId="77777777" w:rsidR="001C2747" w:rsidRDefault="00000000">
      <w:pPr>
        <w:spacing w:after="40"/>
      </w:pPr>
      <w:r>
        <w:rPr>
          <w:b/>
          <w:sz w:val="17"/>
        </w:rPr>
        <w:t xml:space="preserve">D – Değerlendirilemedi / Yeterli Kanıt Bulunmuyor: </w:t>
      </w:r>
      <w:r>
        <w:rPr>
          <w:sz w:val="17"/>
        </w:rPr>
        <w:t>Programın ölçüt hakkında sağlıklı değerlendirme yapmasını sağlayacak yeterli bilgi veya kanıt bulunmamaktadır.</w:t>
      </w:r>
    </w:p>
    <w:p w14:paraId="26E7DB51" w14:textId="77777777" w:rsidR="001C2747" w:rsidRDefault="00000000">
      <w:pPr>
        <w:pStyle w:val="Balk1"/>
        <w:spacing w:before="120" w:after="60"/>
      </w:pPr>
      <w:r>
        <w:t>B. PROGRAM ÖZ DEĞERLENDİRMESİ</w:t>
      </w:r>
    </w:p>
    <w:p w14:paraId="27D577F7" w14:textId="77777777" w:rsidR="001C2747" w:rsidRDefault="00000000">
      <w:pPr>
        <w:pStyle w:val="Balk2"/>
        <w:spacing w:before="120" w:after="60"/>
      </w:pPr>
      <w:r>
        <w:t>1. PROGRAMIN AMAÇLARI VE YÖNETİMİ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28A6AD2E" w14:textId="77777777">
        <w:trPr>
          <w:tblHeader/>
          <w:jc w:val="center"/>
        </w:trPr>
        <w:tc>
          <w:tcPr>
            <w:tcW w:w="2085" w:type="dxa"/>
            <w:shd w:val="clear" w:color="auto" w:fill="D9E2F3"/>
            <w:vAlign w:val="center"/>
          </w:tcPr>
          <w:p w14:paraId="4367F86D" w14:textId="77777777" w:rsidR="001C2747" w:rsidRDefault="00000000">
            <w:r>
              <w:rPr>
                <w:b/>
                <w:sz w:val="15"/>
              </w:rPr>
              <w:t>No</w:t>
            </w:r>
          </w:p>
        </w:tc>
        <w:tc>
          <w:tcPr>
            <w:tcW w:w="2085" w:type="dxa"/>
            <w:shd w:val="clear" w:color="auto" w:fill="D9E2F3"/>
            <w:vAlign w:val="center"/>
          </w:tcPr>
          <w:p w14:paraId="06B24232" w14:textId="77777777" w:rsidR="001C2747" w:rsidRDefault="00000000">
            <w:r>
              <w:rPr>
                <w:b/>
                <w:sz w:val="15"/>
              </w:rPr>
              <w:t>Öz Değerlendirme Ölçütü</w:t>
            </w:r>
          </w:p>
        </w:tc>
        <w:tc>
          <w:tcPr>
            <w:tcW w:w="2085" w:type="dxa"/>
            <w:shd w:val="clear" w:color="auto" w:fill="D9E2F3"/>
            <w:vAlign w:val="center"/>
          </w:tcPr>
          <w:p w14:paraId="7FA22E69" w14:textId="77777777" w:rsidR="001C2747" w:rsidRDefault="00000000">
            <w:r>
              <w:rPr>
                <w:b/>
                <w:sz w:val="15"/>
              </w:rPr>
              <w:t>Programın Mevcut Durumu / Açıklaması</w:t>
            </w:r>
          </w:p>
        </w:tc>
        <w:tc>
          <w:tcPr>
            <w:tcW w:w="2085" w:type="dxa"/>
            <w:shd w:val="clear" w:color="auto" w:fill="D9E2F3"/>
            <w:vAlign w:val="center"/>
          </w:tcPr>
          <w:p w14:paraId="0BDB5F78" w14:textId="77777777" w:rsidR="001C2747" w:rsidRDefault="00000000">
            <w:r>
              <w:rPr>
                <w:b/>
                <w:sz w:val="15"/>
              </w:rPr>
              <w:t>Sunulan Kanıt(lar)</w:t>
            </w:r>
          </w:p>
        </w:tc>
        <w:tc>
          <w:tcPr>
            <w:tcW w:w="2085" w:type="dxa"/>
            <w:shd w:val="clear" w:color="auto" w:fill="D9E2F3"/>
            <w:vAlign w:val="center"/>
          </w:tcPr>
          <w:p w14:paraId="79EA32AA" w14:textId="77777777" w:rsidR="001C2747" w:rsidRDefault="00000000">
            <w:r>
              <w:rPr>
                <w:b/>
                <w:sz w:val="15"/>
              </w:rPr>
              <w:t>Programın Öz Değerlendirmesi</w:t>
            </w:r>
          </w:p>
        </w:tc>
      </w:tr>
      <w:tr w:rsidR="001C2747" w14:paraId="73E3C414" w14:textId="77777777">
        <w:trPr>
          <w:jc w:val="center"/>
        </w:trPr>
        <w:tc>
          <w:tcPr>
            <w:tcW w:w="2085" w:type="dxa"/>
            <w:vAlign w:val="center"/>
          </w:tcPr>
          <w:p w14:paraId="1D4E7649" w14:textId="77777777" w:rsidR="001C2747" w:rsidRDefault="00000000">
            <w:r>
              <w:rPr>
                <w:sz w:val="15"/>
              </w:rPr>
              <w:t>1.1</w:t>
            </w:r>
          </w:p>
        </w:tc>
        <w:tc>
          <w:tcPr>
            <w:tcW w:w="2085" w:type="dxa"/>
            <w:vAlign w:val="center"/>
          </w:tcPr>
          <w:p w14:paraId="661C8750" w14:textId="77777777" w:rsidR="001C2747" w:rsidRDefault="00000000">
            <w:r>
              <w:rPr>
                <w:sz w:val="15"/>
              </w:rPr>
              <w:t>Programın amacı, misyonu ve eğitim yaklaşımı açık biçimde tanımlanmış ve Üniversitenin/fakültenin amaçlarıyla uyumludur.</w:t>
            </w:r>
          </w:p>
        </w:tc>
        <w:tc>
          <w:tcPr>
            <w:tcW w:w="2085" w:type="dxa"/>
            <w:vAlign w:val="center"/>
          </w:tcPr>
          <w:p w14:paraId="6F7FFC20" w14:textId="77777777" w:rsidR="001C2747" w:rsidRDefault="001C2747"/>
        </w:tc>
        <w:tc>
          <w:tcPr>
            <w:tcW w:w="2085" w:type="dxa"/>
            <w:vAlign w:val="center"/>
          </w:tcPr>
          <w:p w14:paraId="1BF83F54" w14:textId="77777777" w:rsidR="001C2747" w:rsidRDefault="001C2747"/>
        </w:tc>
        <w:tc>
          <w:tcPr>
            <w:tcW w:w="2085" w:type="dxa"/>
            <w:vAlign w:val="center"/>
          </w:tcPr>
          <w:p w14:paraId="1DA23BFB" w14:textId="77777777" w:rsidR="001C2747" w:rsidRDefault="00000000">
            <w:r>
              <w:rPr>
                <w:sz w:val="15"/>
              </w:rPr>
              <w:t>☐ K</w:t>
            </w:r>
            <w:r>
              <w:rPr>
                <w:sz w:val="15"/>
              </w:rPr>
              <w:br/>
              <w:t>☐ KK</w:t>
            </w:r>
            <w:r>
              <w:rPr>
                <w:sz w:val="15"/>
              </w:rPr>
              <w:br/>
              <w:t>☐ KM</w:t>
            </w:r>
            <w:r>
              <w:rPr>
                <w:sz w:val="15"/>
              </w:rPr>
              <w:br/>
              <w:t>☐ D</w:t>
            </w:r>
          </w:p>
        </w:tc>
      </w:tr>
      <w:tr w:rsidR="001C2747" w14:paraId="2C003062" w14:textId="77777777">
        <w:trPr>
          <w:jc w:val="center"/>
        </w:trPr>
        <w:tc>
          <w:tcPr>
            <w:tcW w:w="2085" w:type="dxa"/>
            <w:vAlign w:val="center"/>
          </w:tcPr>
          <w:p w14:paraId="03E62071" w14:textId="77777777" w:rsidR="001C2747" w:rsidRDefault="00000000">
            <w:r>
              <w:rPr>
                <w:sz w:val="15"/>
              </w:rPr>
              <w:t>1.2</w:t>
            </w:r>
          </w:p>
        </w:tc>
        <w:tc>
          <w:tcPr>
            <w:tcW w:w="2085" w:type="dxa"/>
            <w:vAlign w:val="center"/>
          </w:tcPr>
          <w:p w14:paraId="2E773531" w14:textId="77777777" w:rsidR="001C2747" w:rsidRDefault="00000000">
            <w:r>
              <w:rPr>
                <w:sz w:val="15"/>
              </w:rPr>
              <w:t>Program eğitim amaçları tanımlanmış ve erişilebilir durumdadır.</w:t>
            </w:r>
          </w:p>
        </w:tc>
        <w:tc>
          <w:tcPr>
            <w:tcW w:w="2085" w:type="dxa"/>
            <w:vAlign w:val="center"/>
          </w:tcPr>
          <w:p w14:paraId="2E405DBC" w14:textId="77777777" w:rsidR="001C2747" w:rsidRDefault="001C2747"/>
        </w:tc>
        <w:tc>
          <w:tcPr>
            <w:tcW w:w="2085" w:type="dxa"/>
            <w:vAlign w:val="center"/>
          </w:tcPr>
          <w:p w14:paraId="7658D354" w14:textId="77777777" w:rsidR="001C2747" w:rsidRDefault="001C2747"/>
        </w:tc>
        <w:tc>
          <w:tcPr>
            <w:tcW w:w="2085" w:type="dxa"/>
            <w:vAlign w:val="center"/>
          </w:tcPr>
          <w:p w14:paraId="48B03C25" w14:textId="77777777" w:rsidR="001C2747" w:rsidRDefault="00000000">
            <w:r>
              <w:rPr>
                <w:sz w:val="15"/>
              </w:rPr>
              <w:t>☐ K</w:t>
            </w:r>
            <w:r>
              <w:rPr>
                <w:sz w:val="15"/>
              </w:rPr>
              <w:br/>
              <w:t>☐ KK</w:t>
            </w:r>
            <w:r>
              <w:rPr>
                <w:sz w:val="15"/>
              </w:rPr>
              <w:br/>
              <w:t>☐ KM</w:t>
            </w:r>
            <w:r>
              <w:rPr>
                <w:sz w:val="15"/>
              </w:rPr>
              <w:br/>
              <w:t>☐ D</w:t>
            </w:r>
          </w:p>
        </w:tc>
      </w:tr>
      <w:tr w:rsidR="001C2747" w14:paraId="5551566C" w14:textId="77777777">
        <w:trPr>
          <w:jc w:val="center"/>
        </w:trPr>
        <w:tc>
          <w:tcPr>
            <w:tcW w:w="2085" w:type="dxa"/>
            <w:vAlign w:val="center"/>
          </w:tcPr>
          <w:p w14:paraId="1E4CEA62" w14:textId="77777777" w:rsidR="001C2747" w:rsidRDefault="00000000">
            <w:r>
              <w:rPr>
                <w:sz w:val="15"/>
              </w:rPr>
              <w:t>1.3</w:t>
            </w:r>
          </w:p>
        </w:tc>
        <w:tc>
          <w:tcPr>
            <w:tcW w:w="2085" w:type="dxa"/>
            <w:vAlign w:val="center"/>
          </w:tcPr>
          <w:p w14:paraId="07C86FB9" w14:textId="77777777" w:rsidR="001C2747" w:rsidRDefault="00000000">
            <w:r>
              <w:rPr>
                <w:sz w:val="15"/>
              </w:rPr>
              <w:t>Program eğitim amaçlarının belirlenmesi ve güncellenmesinde ilgili paydaşların görüşleri dikkate alınmaktadır.</w:t>
            </w:r>
          </w:p>
        </w:tc>
        <w:tc>
          <w:tcPr>
            <w:tcW w:w="2085" w:type="dxa"/>
            <w:vAlign w:val="center"/>
          </w:tcPr>
          <w:p w14:paraId="2F72AF93" w14:textId="77777777" w:rsidR="001C2747" w:rsidRDefault="001C2747"/>
        </w:tc>
        <w:tc>
          <w:tcPr>
            <w:tcW w:w="2085" w:type="dxa"/>
            <w:vAlign w:val="center"/>
          </w:tcPr>
          <w:p w14:paraId="5DC66A0D" w14:textId="77777777" w:rsidR="001C2747" w:rsidRDefault="001C2747"/>
        </w:tc>
        <w:tc>
          <w:tcPr>
            <w:tcW w:w="2085" w:type="dxa"/>
            <w:vAlign w:val="center"/>
          </w:tcPr>
          <w:p w14:paraId="1FDF51C9" w14:textId="77777777" w:rsidR="001C2747" w:rsidRDefault="00000000">
            <w:r>
              <w:rPr>
                <w:sz w:val="15"/>
              </w:rPr>
              <w:t>☐ K</w:t>
            </w:r>
            <w:r>
              <w:rPr>
                <w:sz w:val="15"/>
              </w:rPr>
              <w:br/>
              <w:t>☐ KK</w:t>
            </w:r>
            <w:r>
              <w:rPr>
                <w:sz w:val="15"/>
              </w:rPr>
              <w:br/>
              <w:t>☐ KM</w:t>
            </w:r>
            <w:r>
              <w:rPr>
                <w:sz w:val="15"/>
              </w:rPr>
              <w:br/>
              <w:t>☐ D</w:t>
            </w:r>
          </w:p>
        </w:tc>
      </w:tr>
      <w:tr w:rsidR="001C2747" w14:paraId="30AEEED8" w14:textId="77777777">
        <w:trPr>
          <w:jc w:val="center"/>
        </w:trPr>
        <w:tc>
          <w:tcPr>
            <w:tcW w:w="2085" w:type="dxa"/>
            <w:vAlign w:val="center"/>
          </w:tcPr>
          <w:p w14:paraId="2C6D553D" w14:textId="77777777" w:rsidR="001C2747" w:rsidRDefault="00000000">
            <w:r>
              <w:rPr>
                <w:sz w:val="15"/>
              </w:rPr>
              <w:t>1.4</w:t>
            </w:r>
          </w:p>
        </w:tc>
        <w:tc>
          <w:tcPr>
            <w:tcW w:w="2085" w:type="dxa"/>
            <w:vAlign w:val="center"/>
          </w:tcPr>
          <w:p w14:paraId="796BBD21" w14:textId="77777777" w:rsidR="001C2747" w:rsidRDefault="00000000">
            <w:r>
              <w:rPr>
                <w:sz w:val="15"/>
              </w:rPr>
              <w:t>Programın yönetim, görev paylaşımı ve karar alma süreçleri açık ve işlevseldir.</w:t>
            </w:r>
          </w:p>
        </w:tc>
        <w:tc>
          <w:tcPr>
            <w:tcW w:w="2085" w:type="dxa"/>
            <w:vAlign w:val="center"/>
          </w:tcPr>
          <w:p w14:paraId="35438F21" w14:textId="77777777" w:rsidR="001C2747" w:rsidRDefault="001C2747"/>
        </w:tc>
        <w:tc>
          <w:tcPr>
            <w:tcW w:w="2085" w:type="dxa"/>
            <w:vAlign w:val="center"/>
          </w:tcPr>
          <w:p w14:paraId="7BD6AD71" w14:textId="77777777" w:rsidR="001C2747" w:rsidRDefault="001C2747"/>
        </w:tc>
        <w:tc>
          <w:tcPr>
            <w:tcW w:w="2085" w:type="dxa"/>
            <w:vAlign w:val="center"/>
          </w:tcPr>
          <w:p w14:paraId="75C8BAB0" w14:textId="77777777" w:rsidR="001C2747" w:rsidRDefault="00000000">
            <w:r>
              <w:rPr>
                <w:sz w:val="15"/>
              </w:rPr>
              <w:t>☐ K</w:t>
            </w:r>
            <w:r>
              <w:rPr>
                <w:sz w:val="15"/>
              </w:rPr>
              <w:br/>
              <w:t>☐ KK</w:t>
            </w:r>
            <w:r>
              <w:rPr>
                <w:sz w:val="15"/>
              </w:rPr>
              <w:br/>
              <w:t>☐ KM</w:t>
            </w:r>
            <w:r>
              <w:rPr>
                <w:sz w:val="15"/>
              </w:rPr>
              <w:br/>
              <w:t>☐ D</w:t>
            </w:r>
          </w:p>
        </w:tc>
      </w:tr>
      <w:tr w:rsidR="001C2747" w14:paraId="2F2F29DF" w14:textId="77777777">
        <w:trPr>
          <w:jc w:val="center"/>
        </w:trPr>
        <w:tc>
          <w:tcPr>
            <w:tcW w:w="2085" w:type="dxa"/>
            <w:vAlign w:val="center"/>
          </w:tcPr>
          <w:p w14:paraId="420DA684" w14:textId="77777777" w:rsidR="001C2747" w:rsidRDefault="00000000">
            <w:r>
              <w:rPr>
                <w:sz w:val="15"/>
              </w:rPr>
              <w:t>1.5</w:t>
            </w:r>
          </w:p>
        </w:tc>
        <w:tc>
          <w:tcPr>
            <w:tcW w:w="2085" w:type="dxa"/>
            <w:vAlign w:val="center"/>
          </w:tcPr>
          <w:p w14:paraId="20B9EBD3" w14:textId="77777777" w:rsidR="001C2747" w:rsidRDefault="00000000">
            <w:r>
              <w:rPr>
                <w:sz w:val="15"/>
              </w:rPr>
              <w:t xml:space="preserve">Programın amaçlarına ulaşma düzeyi belirli aralıklarla izlenmekte ve sonuçlar </w:t>
            </w:r>
            <w:r>
              <w:rPr>
                <w:sz w:val="15"/>
              </w:rPr>
              <w:lastRenderedPageBreak/>
              <w:t>değerlendirilmektedir.</w:t>
            </w:r>
          </w:p>
        </w:tc>
        <w:tc>
          <w:tcPr>
            <w:tcW w:w="2085" w:type="dxa"/>
            <w:vAlign w:val="center"/>
          </w:tcPr>
          <w:p w14:paraId="1798B746" w14:textId="77777777" w:rsidR="001C2747" w:rsidRDefault="001C2747"/>
        </w:tc>
        <w:tc>
          <w:tcPr>
            <w:tcW w:w="2085" w:type="dxa"/>
            <w:vAlign w:val="center"/>
          </w:tcPr>
          <w:p w14:paraId="58BBC60E" w14:textId="77777777" w:rsidR="001C2747" w:rsidRDefault="001C2747"/>
        </w:tc>
        <w:tc>
          <w:tcPr>
            <w:tcW w:w="2085" w:type="dxa"/>
            <w:vAlign w:val="center"/>
          </w:tcPr>
          <w:p w14:paraId="36A9E7D2" w14:textId="77777777" w:rsidR="001C2747" w:rsidRDefault="00000000">
            <w:r>
              <w:rPr>
                <w:sz w:val="15"/>
              </w:rPr>
              <w:t>☐ K</w:t>
            </w:r>
            <w:r>
              <w:rPr>
                <w:sz w:val="15"/>
              </w:rPr>
              <w:br/>
              <w:t>☐ KK</w:t>
            </w:r>
            <w:r>
              <w:rPr>
                <w:sz w:val="15"/>
              </w:rPr>
              <w:br/>
              <w:t>☐ KM</w:t>
            </w:r>
            <w:r>
              <w:rPr>
                <w:sz w:val="15"/>
              </w:rPr>
              <w:br/>
              <w:t>☐ D</w:t>
            </w:r>
          </w:p>
        </w:tc>
      </w:tr>
    </w:tbl>
    <w:p w14:paraId="3F662DE6" w14:textId="77777777" w:rsidR="001C2747" w:rsidRDefault="001C2747">
      <w:pPr>
        <w:spacing w:after="0"/>
      </w:pPr>
    </w:p>
    <w:p w14:paraId="4DFB9AE2" w14:textId="77777777" w:rsidR="001C2747" w:rsidRDefault="00000000">
      <w:pPr>
        <w:pStyle w:val="Balk2"/>
        <w:spacing w:before="120" w:after="60"/>
      </w:pPr>
      <w:r>
        <w:t>2. PROGRAM ÇIKTILARI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408A5C23" w14:textId="77777777">
        <w:trPr>
          <w:tblHeader/>
          <w:jc w:val="center"/>
        </w:trPr>
        <w:tc>
          <w:tcPr>
            <w:tcW w:w="2085" w:type="dxa"/>
            <w:shd w:val="clear" w:color="auto" w:fill="D9E2F3"/>
            <w:vAlign w:val="center"/>
          </w:tcPr>
          <w:p w14:paraId="4871B122" w14:textId="77777777" w:rsidR="001C2747" w:rsidRDefault="00000000">
            <w:r>
              <w:rPr>
                <w:b/>
                <w:sz w:val="15"/>
              </w:rPr>
              <w:t>No</w:t>
            </w:r>
          </w:p>
        </w:tc>
        <w:tc>
          <w:tcPr>
            <w:tcW w:w="2085" w:type="dxa"/>
            <w:shd w:val="clear" w:color="auto" w:fill="D9E2F3"/>
            <w:vAlign w:val="center"/>
          </w:tcPr>
          <w:p w14:paraId="4CA547CF" w14:textId="77777777" w:rsidR="001C2747" w:rsidRDefault="00000000">
            <w:r>
              <w:rPr>
                <w:b/>
                <w:sz w:val="15"/>
              </w:rPr>
              <w:t>Öz Değerlendirme Ölçütü</w:t>
            </w:r>
          </w:p>
        </w:tc>
        <w:tc>
          <w:tcPr>
            <w:tcW w:w="2085" w:type="dxa"/>
            <w:shd w:val="clear" w:color="auto" w:fill="D9E2F3"/>
            <w:vAlign w:val="center"/>
          </w:tcPr>
          <w:p w14:paraId="7BC09D99" w14:textId="77777777" w:rsidR="001C2747" w:rsidRDefault="00000000">
            <w:r>
              <w:rPr>
                <w:b/>
                <w:sz w:val="15"/>
              </w:rPr>
              <w:t>Programın Mevcut Durumu / Açıklaması</w:t>
            </w:r>
          </w:p>
        </w:tc>
        <w:tc>
          <w:tcPr>
            <w:tcW w:w="2085" w:type="dxa"/>
            <w:shd w:val="clear" w:color="auto" w:fill="D9E2F3"/>
            <w:vAlign w:val="center"/>
          </w:tcPr>
          <w:p w14:paraId="276AE8C6" w14:textId="77777777" w:rsidR="001C2747" w:rsidRDefault="00000000">
            <w:r>
              <w:rPr>
                <w:b/>
                <w:sz w:val="15"/>
              </w:rPr>
              <w:t>Sunulan Kanıt(lar)</w:t>
            </w:r>
          </w:p>
        </w:tc>
        <w:tc>
          <w:tcPr>
            <w:tcW w:w="2085" w:type="dxa"/>
            <w:shd w:val="clear" w:color="auto" w:fill="D9E2F3"/>
            <w:vAlign w:val="center"/>
          </w:tcPr>
          <w:p w14:paraId="4B70C6E0" w14:textId="77777777" w:rsidR="001C2747" w:rsidRDefault="00000000">
            <w:r>
              <w:rPr>
                <w:b/>
                <w:sz w:val="15"/>
              </w:rPr>
              <w:t>Programın Öz Değerlendirmesi</w:t>
            </w:r>
          </w:p>
        </w:tc>
      </w:tr>
      <w:tr w:rsidR="001C2747" w14:paraId="4F8EB4A4" w14:textId="77777777">
        <w:trPr>
          <w:jc w:val="center"/>
        </w:trPr>
        <w:tc>
          <w:tcPr>
            <w:tcW w:w="2085" w:type="dxa"/>
            <w:vAlign w:val="center"/>
          </w:tcPr>
          <w:p w14:paraId="16FD7F9D" w14:textId="77777777" w:rsidR="001C2747" w:rsidRDefault="00000000">
            <w:r>
              <w:rPr>
                <w:sz w:val="15"/>
              </w:rPr>
              <w:t>2.1</w:t>
            </w:r>
          </w:p>
        </w:tc>
        <w:tc>
          <w:tcPr>
            <w:tcW w:w="2085" w:type="dxa"/>
            <w:vAlign w:val="center"/>
          </w:tcPr>
          <w:p w14:paraId="161555CC" w14:textId="77777777" w:rsidR="001C2747" w:rsidRDefault="00000000">
            <w:r>
              <w:rPr>
                <w:sz w:val="15"/>
              </w:rPr>
              <w:t>Program çıktıları açık, ölçülebilir ve programın eğitim amaçlarıyla uyumlu olarak tanımlanmıştır.</w:t>
            </w:r>
          </w:p>
        </w:tc>
        <w:tc>
          <w:tcPr>
            <w:tcW w:w="2085" w:type="dxa"/>
            <w:vAlign w:val="center"/>
          </w:tcPr>
          <w:p w14:paraId="4B892995" w14:textId="77777777" w:rsidR="001C2747" w:rsidRDefault="001C2747"/>
        </w:tc>
        <w:tc>
          <w:tcPr>
            <w:tcW w:w="2085" w:type="dxa"/>
            <w:vAlign w:val="center"/>
          </w:tcPr>
          <w:p w14:paraId="680D14FD" w14:textId="77777777" w:rsidR="001C2747" w:rsidRDefault="001C2747"/>
        </w:tc>
        <w:tc>
          <w:tcPr>
            <w:tcW w:w="2085" w:type="dxa"/>
            <w:vAlign w:val="center"/>
          </w:tcPr>
          <w:p w14:paraId="58EB2246" w14:textId="77777777" w:rsidR="001C2747" w:rsidRDefault="00000000">
            <w:r>
              <w:rPr>
                <w:sz w:val="15"/>
              </w:rPr>
              <w:t>☐ K</w:t>
            </w:r>
            <w:r>
              <w:rPr>
                <w:sz w:val="15"/>
              </w:rPr>
              <w:br/>
              <w:t>☐ KK</w:t>
            </w:r>
            <w:r>
              <w:rPr>
                <w:sz w:val="15"/>
              </w:rPr>
              <w:br/>
              <w:t>☐ KM</w:t>
            </w:r>
            <w:r>
              <w:rPr>
                <w:sz w:val="15"/>
              </w:rPr>
              <w:br/>
              <w:t>☐ D</w:t>
            </w:r>
          </w:p>
        </w:tc>
      </w:tr>
      <w:tr w:rsidR="001C2747" w14:paraId="18492EF0" w14:textId="77777777">
        <w:trPr>
          <w:jc w:val="center"/>
        </w:trPr>
        <w:tc>
          <w:tcPr>
            <w:tcW w:w="2085" w:type="dxa"/>
            <w:vAlign w:val="center"/>
          </w:tcPr>
          <w:p w14:paraId="30B4CFEB" w14:textId="77777777" w:rsidR="001C2747" w:rsidRDefault="00000000">
            <w:r>
              <w:rPr>
                <w:sz w:val="15"/>
              </w:rPr>
              <w:t>2.2</w:t>
            </w:r>
          </w:p>
        </w:tc>
        <w:tc>
          <w:tcPr>
            <w:tcW w:w="2085" w:type="dxa"/>
            <w:vAlign w:val="center"/>
          </w:tcPr>
          <w:p w14:paraId="23994A22" w14:textId="77777777" w:rsidR="001C2747" w:rsidRDefault="00000000">
            <w:r>
              <w:rPr>
                <w:sz w:val="15"/>
              </w:rPr>
              <w:t>Program çıktıları ilgili ulusal yeterlilikler ve alan gereklilikleri dikkate alınarak oluşturulmuştur.</w:t>
            </w:r>
          </w:p>
        </w:tc>
        <w:tc>
          <w:tcPr>
            <w:tcW w:w="2085" w:type="dxa"/>
            <w:vAlign w:val="center"/>
          </w:tcPr>
          <w:p w14:paraId="4ABDB312" w14:textId="77777777" w:rsidR="001C2747" w:rsidRDefault="001C2747"/>
        </w:tc>
        <w:tc>
          <w:tcPr>
            <w:tcW w:w="2085" w:type="dxa"/>
            <w:vAlign w:val="center"/>
          </w:tcPr>
          <w:p w14:paraId="6A8BA6A2" w14:textId="77777777" w:rsidR="001C2747" w:rsidRDefault="001C2747"/>
        </w:tc>
        <w:tc>
          <w:tcPr>
            <w:tcW w:w="2085" w:type="dxa"/>
            <w:vAlign w:val="center"/>
          </w:tcPr>
          <w:p w14:paraId="0A8480AD" w14:textId="77777777" w:rsidR="001C2747" w:rsidRDefault="00000000">
            <w:r>
              <w:rPr>
                <w:sz w:val="15"/>
              </w:rPr>
              <w:t>☐ K</w:t>
            </w:r>
            <w:r>
              <w:rPr>
                <w:sz w:val="15"/>
              </w:rPr>
              <w:br/>
              <w:t>☐ KK</w:t>
            </w:r>
            <w:r>
              <w:rPr>
                <w:sz w:val="15"/>
              </w:rPr>
              <w:br/>
              <w:t>☐ KM</w:t>
            </w:r>
            <w:r>
              <w:rPr>
                <w:sz w:val="15"/>
              </w:rPr>
              <w:br/>
              <w:t>☐ D</w:t>
            </w:r>
          </w:p>
        </w:tc>
      </w:tr>
      <w:tr w:rsidR="001C2747" w14:paraId="252DBE37" w14:textId="77777777">
        <w:trPr>
          <w:jc w:val="center"/>
        </w:trPr>
        <w:tc>
          <w:tcPr>
            <w:tcW w:w="2085" w:type="dxa"/>
            <w:vAlign w:val="center"/>
          </w:tcPr>
          <w:p w14:paraId="4A9A689B" w14:textId="77777777" w:rsidR="001C2747" w:rsidRDefault="00000000">
            <w:r>
              <w:rPr>
                <w:sz w:val="15"/>
              </w:rPr>
              <w:t>2.3</w:t>
            </w:r>
          </w:p>
        </w:tc>
        <w:tc>
          <w:tcPr>
            <w:tcW w:w="2085" w:type="dxa"/>
            <w:vAlign w:val="center"/>
          </w:tcPr>
          <w:p w14:paraId="20ABDDB9" w14:textId="77777777" w:rsidR="001C2747" w:rsidRDefault="00000000">
            <w:r>
              <w:rPr>
                <w:sz w:val="15"/>
              </w:rPr>
              <w:t>Dersler ile program çıktıları arasındaki ilişki tanımlanmış ve izlenebilir durumdadır.</w:t>
            </w:r>
          </w:p>
        </w:tc>
        <w:tc>
          <w:tcPr>
            <w:tcW w:w="2085" w:type="dxa"/>
            <w:vAlign w:val="center"/>
          </w:tcPr>
          <w:p w14:paraId="7C65CCC2" w14:textId="77777777" w:rsidR="001C2747" w:rsidRDefault="001C2747"/>
        </w:tc>
        <w:tc>
          <w:tcPr>
            <w:tcW w:w="2085" w:type="dxa"/>
            <w:vAlign w:val="center"/>
          </w:tcPr>
          <w:p w14:paraId="686D2469" w14:textId="77777777" w:rsidR="001C2747" w:rsidRDefault="001C2747"/>
        </w:tc>
        <w:tc>
          <w:tcPr>
            <w:tcW w:w="2085" w:type="dxa"/>
            <w:vAlign w:val="center"/>
          </w:tcPr>
          <w:p w14:paraId="3E1ACCC0" w14:textId="77777777" w:rsidR="001C2747" w:rsidRDefault="00000000">
            <w:r>
              <w:rPr>
                <w:sz w:val="15"/>
              </w:rPr>
              <w:t>☐ K</w:t>
            </w:r>
            <w:r>
              <w:rPr>
                <w:sz w:val="15"/>
              </w:rPr>
              <w:br/>
              <w:t>☐ KK</w:t>
            </w:r>
            <w:r>
              <w:rPr>
                <w:sz w:val="15"/>
              </w:rPr>
              <w:br/>
              <w:t>☐ KM</w:t>
            </w:r>
            <w:r>
              <w:rPr>
                <w:sz w:val="15"/>
              </w:rPr>
              <w:br/>
              <w:t>☐ D</w:t>
            </w:r>
          </w:p>
        </w:tc>
      </w:tr>
      <w:tr w:rsidR="001C2747" w14:paraId="13040F24" w14:textId="77777777">
        <w:trPr>
          <w:jc w:val="center"/>
        </w:trPr>
        <w:tc>
          <w:tcPr>
            <w:tcW w:w="2085" w:type="dxa"/>
            <w:vAlign w:val="center"/>
          </w:tcPr>
          <w:p w14:paraId="66E6FD00" w14:textId="77777777" w:rsidR="001C2747" w:rsidRDefault="00000000">
            <w:r>
              <w:rPr>
                <w:sz w:val="15"/>
              </w:rPr>
              <w:t>2.4</w:t>
            </w:r>
          </w:p>
        </w:tc>
        <w:tc>
          <w:tcPr>
            <w:tcW w:w="2085" w:type="dxa"/>
            <w:vAlign w:val="center"/>
          </w:tcPr>
          <w:p w14:paraId="4684CB9B" w14:textId="77777777" w:rsidR="001C2747" w:rsidRDefault="00000000">
            <w:r>
              <w:rPr>
                <w:sz w:val="15"/>
              </w:rPr>
              <w:t>Program çıktılarının gerçekleşme düzeyini belirlemeye yönelik sistematik bir ölçme ve değerlendirme mekanizması bulunmaktadır.</w:t>
            </w:r>
          </w:p>
        </w:tc>
        <w:tc>
          <w:tcPr>
            <w:tcW w:w="2085" w:type="dxa"/>
            <w:vAlign w:val="center"/>
          </w:tcPr>
          <w:p w14:paraId="6F83D4A5" w14:textId="77777777" w:rsidR="001C2747" w:rsidRDefault="001C2747"/>
        </w:tc>
        <w:tc>
          <w:tcPr>
            <w:tcW w:w="2085" w:type="dxa"/>
            <w:vAlign w:val="center"/>
          </w:tcPr>
          <w:p w14:paraId="2F81A7E4" w14:textId="77777777" w:rsidR="001C2747" w:rsidRDefault="001C2747"/>
        </w:tc>
        <w:tc>
          <w:tcPr>
            <w:tcW w:w="2085" w:type="dxa"/>
            <w:vAlign w:val="center"/>
          </w:tcPr>
          <w:p w14:paraId="1C12A9AD" w14:textId="77777777" w:rsidR="001C2747" w:rsidRDefault="00000000">
            <w:r>
              <w:rPr>
                <w:sz w:val="15"/>
              </w:rPr>
              <w:t>☐ K</w:t>
            </w:r>
            <w:r>
              <w:rPr>
                <w:sz w:val="15"/>
              </w:rPr>
              <w:br/>
              <w:t>☐ KK</w:t>
            </w:r>
            <w:r>
              <w:rPr>
                <w:sz w:val="15"/>
              </w:rPr>
              <w:br/>
              <w:t>☐ KM</w:t>
            </w:r>
            <w:r>
              <w:rPr>
                <w:sz w:val="15"/>
              </w:rPr>
              <w:br/>
              <w:t>☐ D</w:t>
            </w:r>
          </w:p>
        </w:tc>
      </w:tr>
      <w:tr w:rsidR="001C2747" w14:paraId="2F485196" w14:textId="77777777">
        <w:trPr>
          <w:jc w:val="center"/>
        </w:trPr>
        <w:tc>
          <w:tcPr>
            <w:tcW w:w="2085" w:type="dxa"/>
            <w:vAlign w:val="center"/>
          </w:tcPr>
          <w:p w14:paraId="1DC5A1E3" w14:textId="77777777" w:rsidR="001C2747" w:rsidRDefault="00000000">
            <w:r>
              <w:rPr>
                <w:sz w:val="15"/>
              </w:rPr>
              <w:t>2.5</w:t>
            </w:r>
          </w:p>
        </w:tc>
        <w:tc>
          <w:tcPr>
            <w:tcW w:w="2085" w:type="dxa"/>
            <w:vAlign w:val="center"/>
          </w:tcPr>
          <w:p w14:paraId="41E031B8" w14:textId="77777777" w:rsidR="001C2747" w:rsidRDefault="00000000">
            <w:r>
              <w:rPr>
                <w:sz w:val="15"/>
              </w:rPr>
              <w:t>Program çıktılarının gerçekleşme sonuçları programın geliştirilmesinde kullanılmaktadır.</w:t>
            </w:r>
          </w:p>
        </w:tc>
        <w:tc>
          <w:tcPr>
            <w:tcW w:w="2085" w:type="dxa"/>
            <w:vAlign w:val="center"/>
          </w:tcPr>
          <w:p w14:paraId="50E038C8" w14:textId="77777777" w:rsidR="001C2747" w:rsidRDefault="001C2747"/>
        </w:tc>
        <w:tc>
          <w:tcPr>
            <w:tcW w:w="2085" w:type="dxa"/>
            <w:vAlign w:val="center"/>
          </w:tcPr>
          <w:p w14:paraId="44EF41CC" w14:textId="77777777" w:rsidR="001C2747" w:rsidRDefault="001C2747"/>
        </w:tc>
        <w:tc>
          <w:tcPr>
            <w:tcW w:w="2085" w:type="dxa"/>
            <w:vAlign w:val="center"/>
          </w:tcPr>
          <w:p w14:paraId="29BC1397" w14:textId="77777777" w:rsidR="001C2747" w:rsidRDefault="00000000">
            <w:r>
              <w:rPr>
                <w:sz w:val="15"/>
              </w:rPr>
              <w:t>☐ K</w:t>
            </w:r>
            <w:r>
              <w:rPr>
                <w:sz w:val="15"/>
              </w:rPr>
              <w:br/>
              <w:t>☐ KK</w:t>
            </w:r>
            <w:r>
              <w:rPr>
                <w:sz w:val="15"/>
              </w:rPr>
              <w:br/>
              <w:t>☐ KM</w:t>
            </w:r>
            <w:r>
              <w:rPr>
                <w:sz w:val="15"/>
              </w:rPr>
              <w:br/>
              <w:t>☐ D</w:t>
            </w:r>
          </w:p>
        </w:tc>
      </w:tr>
    </w:tbl>
    <w:p w14:paraId="046EB725" w14:textId="77777777" w:rsidR="001C2747" w:rsidRDefault="001C2747">
      <w:pPr>
        <w:spacing w:after="0"/>
      </w:pPr>
    </w:p>
    <w:p w14:paraId="2674BD24" w14:textId="77777777" w:rsidR="001C2747" w:rsidRDefault="00000000">
      <w:pPr>
        <w:pStyle w:val="Balk2"/>
        <w:spacing w:before="120" w:after="60"/>
      </w:pPr>
      <w:r>
        <w:t>3. EĞİTİM PROGRAMI VE MÜFREDAT</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4BDB66D6" w14:textId="77777777">
        <w:trPr>
          <w:tblHeader/>
          <w:jc w:val="center"/>
        </w:trPr>
        <w:tc>
          <w:tcPr>
            <w:tcW w:w="2085" w:type="dxa"/>
            <w:shd w:val="clear" w:color="auto" w:fill="D9E2F3"/>
            <w:vAlign w:val="center"/>
          </w:tcPr>
          <w:p w14:paraId="6788D87B" w14:textId="77777777" w:rsidR="001C2747" w:rsidRDefault="00000000">
            <w:r>
              <w:rPr>
                <w:b/>
                <w:sz w:val="15"/>
              </w:rPr>
              <w:t>No</w:t>
            </w:r>
          </w:p>
        </w:tc>
        <w:tc>
          <w:tcPr>
            <w:tcW w:w="2085" w:type="dxa"/>
            <w:shd w:val="clear" w:color="auto" w:fill="D9E2F3"/>
            <w:vAlign w:val="center"/>
          </w:tcPr>
          <w:p w14:paraId="07E5CEB0" w14:textId="77777777" w:rsidR="001C2747" w:rsidRDefault="00000000">
            <w:r>
              <w:rPr>
                <w:b/>
                <w:sz w:val="15"/>
              </w:rPr>
              <w:t>Öz Değerlendirme Ölçütü</w:t>
            </w:r>
          </w:p>
        </w:tc>
        <w:tc>
          <w:tcPr>
            <w:tcW w:w="2085" w:type="dxa"/>
            <w:shd w:val="clear" w:color="auto" w:fill="D9E2F3"/>
            <w:vAlign w:val="center"/>
          </w:tcPr>
          <w:p w14:paraId="1636EDE9" w14:textId="77777777" w:rsidR="001C2747" w:rsidRDefault="00000000">
            <w:r>
              <w:rPr>
                <w:b/>
                <w:sz w:val="15"/>
              </w:rPr>
              <w:t>Programın Mevcut Durumu / Açıklaması</w:t>
            </w:r>
          </w:p>
        </w:tc>
        <w:tc>
          <w:tcPr>
            <w:tcW w:w="2085" w:type="dxa"/>
            <w:shd w:val="clear" w:color="auto" w:fill="D9E2F3"/>
            <w:vAlign w:val="center"/>
          </w:tcPr>
          <w:p w14:paraId="5451D16B" w14:textId="77777777" w:rsidR="001C2747" w:rsidRDefault="00000000">
            <w:r>
              <w:rPr>
                <w:b/>
                <w:sz w:val="15"/>
              </w:rPr>
              <w:t>Sunulan Kanıt(lar)</w:t>
            </w:r>
          </w:p>
        </w:tc>
        <w:tc>
          <w:tcPr>
            <w:tcW w:w="2085" w:type="dxa"/>
            <w:shd w:val="clear" w:color="auto" w:fill="D9E2F3"/>
            <w:vAlign w:val="center"/>
          </w:tcPr>
          <w:p w14:paraId="61DBE48A" w14:textId="77777777" w:rsidR="001C2747" w:rsidRDefault="00000000">
            <w:r>
              <w:rPr>
                <w:b/>
                <w:sz w:val="15"/>
              </w:rPr>
              <w:t>Programın Öz Değerlendirmesi</w:t>
            </w:r>
          </w:p>
        </w:tc>
      </w:tr>
      <w:tr w:rsidR="001C2747" w14:paraId="3A1729F5" w14:textId="77777777">
        <w:trPr>
          <w:jc w:val="center"/>
        </w:trPr>
        <w:tc>
          <w:tcPr>
            <w:tcW w:w="2085" w:type="dxa"/>
            <w:vAlign w:val="center"/>
          </w:tcPr>
          <w:p w14:paraId="3B04FE61" w14:textId="77777777" w:rsidR="001C2747" w:rsidRDefault="00000000">
            <w:r>
              <w:rPr>
                <w:sz w:val="15"/>
              </w:rPr>
              <w:t>3.1</w:t>
            </w:r>
          </w:p>
        </w:tc>
        <w:tc>
          <w:tcPr>
            <w:tcW w:w="2085" w:type="dxa"/>
            <w:vAlign w:val="center"/>
          </w:tcPr>
          <w:p w14:paraId="499F9286" w14:textId="77777777" w:rsidR="001C2747" w:rsidRDefault="00000000">
            <w:r>
              <w:rPr>
                <w:sz w:val="15"/>
              </w:rPr>
              <w:t>Müfredat, programın eğitim amaçları ve program çıktılarına ulaşılmasını destekleyecek biçimde yapılandırılmıştır.</w:t>
            </w:r>
          </w:p>
        </w:tc>
        <w:tc>
          <w:tcPr>
            <w:tcW w:w="2085" w:type="dxa"/>
            <w:vAlign w:val="center"/>
          </w:tcPr>
          <w:p w14:paraId="09C4FCDE" w14:textId="77777777" w:rsidR="001C2747" w:rsidRDefault="001C2747"/>
        </w:tc>
        <w:tc>
          <w:tcPr>
            <w:tcW w:w="2085" w:type="dxa"/>
            <w:vAlign w:val="center"/>
          </w:tcPr>
          <w:p w14:paraId="6525907C" w14:textId="77777777" w:rsidR="001C2747" w:rsidRDefault="001C2747"/>
        </w:tc>
        <w:tc>
          <w:tcPr>
            <w:tcW w:w="2085" w:type="dxa"/>
            <w:vAlign w:val="center"/>
          </w:tcPr>
          <w:p w14:paraId="6D24DBF5" w14:textId="77777777" w:rsidR="001C2747" w:rsidRDefault="00000000">
            <w:r>
              <w:rPr>
                <w:sz w:val="15"/>
              </w:rPr>
              <w:t>☐ K</w:t>
            </w:r>
            <w:r>
              <w:rPr>
                <w:sz w:val="15"/>
              </w:rPr>
              <w:br/>
              <w:t>☐ KK</w:t>
            </w:r>
            <w:r>
              <w:rPr>
                <w:sz w:val="15"/>
              </w:rPr>
              <w:br/>
              <w:t>☐ KM</w:t>
            </w:r>
            <w:r>
              <w:rPr>
                <w:sz w:val="15"/>
              </w:rPr>
              <w:br/>
              <w:t>☐ D</w:t>
            </w:r>
          </w:p>
        </w:tc>
      </w:tr>
      <w:tr w:rsidR="001C2747" w14:paraId="45EA95FF" w14:textId="77777777">
        <w:trPr>
          <w:jc w:val="center"/>
        </w:trPr>
        <w:tc>
          <w:tcPr>
            <w:tcW w:w="2085" w:type="dxa"/>
            <w:vAlign w:val="center"/>
          </w:tcPr>
          <w:p w14:paraId="25B181D5" w14:textId="77777777" w:rsidR="001C2747" w:rsidRDefault="00000000">
            <w:r>
              <w:rPr>
                <w:sz w:val="15"/>
              </w:rPr>
              <w:t>3.2</w:t>
            </w:r>
          </w:p>
        </w:tc>
        <w:tc>
          <w:tcPr>
            <w:tcW w:w="2085" w:type="dxa"/>
            <w:vAlign w:val="center"/>
          </w:tcPr>
          <w:p w14:paraId="25CE9C73" w14:textId="77777777" w:rsidR="001C2747" w:rsidRDefault="00000000">
            <w:r>
              <w:rPr>
                <w:sz w:val="15"/>
              </w:rPr>
              <w:t>Zorunlu ve seçmeli derslerin dağılımı programın amaçları ve alanın gereklilikleri bakımından uygundur.</w:t>
            </w:r>
          </w:p>
        </w:tc>
        <w:tc>
          <w:tcPr>
            <w:tcW w:w="2085" w:type="dxa"/>
            <w:vAlign w:val="center"/>
          </w:tcPr>
          <w:p w14:paraId="0254B9FA" w14:textId="77777777" w:rsidR="001C2747" w:rsidRDefault="001C2747"/>
        </w:tc>
        <w:tc>
          <w:tcPr>
            <w:tcW w:w="2085" w:type="dxa"/>
            <w:vAlign w:val="center"/>
          </w:tcPr>
          <w:p w14:paraId="076F6944" w14:textId="77777777" w:rsidR="001C2747" w:rsidRDefault="001C2747"/>
        </w:tc>
        <w:tc>
          <w:tcPr>
            <w:tcW w:w="2085" w:type="dxa"/>
            <w:vAlign w:val="center"/>
          </w:tcPr>
          <w:p w14:paraId="58260715" w14:textId="77777777" w:rsidR="001C2747" w:rsidRDefault="00000000">
            <w:r>
              <w:rPr>
                <w:sz w:val="15"/>
              </w:rPr>
              <w:t>☐ K</w:t>
            </w:r>
            <w:r>
              <w:rPr>
                <w:sz w:val="15"/>
              </w:rPr>
              <w:br/>
              <w:t>☐ KK</w:t>
            </w:r>
            <w:r>
              <w:rPr>
                <w:sz w:val="15"/>
              </w:rPr>
              <w:br/>
              <w:t>☐ KM</w:t>
            </w:r>
            <w:r>
              <w:rPr>
                <w:sz w:val="15"/>
              </w:rPr>
              <w:br/>
              <w:t>☐ D</w:t>
            </w:r>
          </w:p>
        </w:tc>
      </w:tr>
      <w:tr w:rsidR="001C2747" w14:paraId="6086B4A4" w14:textId="77777777">
        <w:trPr>
          <w:jc w:val="center"/>
        </w:trPr>
        <w:tc>
          <w:tcPr>
            <w:tcW w:w="2085" w:type="dxa"/>
            <w:vAlign w:val="center"/>
          </w:tcPr>
          <w:p w14:paraId="53893F56" w14:textId="77777777" w:rsidR="001C2747" w:rsidRDefault="00000000">
            <w:r>
              <w:rPr>
                <w:sz w:val="15"/>
              </w:rPr>
              <w:t>3.3</w:t>
            </w:r>
          </w:p>
        </w:tc>
        <w:tc>
          <w:tcPr>
            <w:tcW w:w="2085" w:type="dxa"/>
            <w:vAlign w:val="center"/>
          </w:tcPr>
          <w:p w14:paraId="534FAF11" w14:textId="77777777" w:rsidR="001C2747" w:rsidRDefault="00000000">
            <w:r>
              <w:rPr>
                <w:sz w:val="15"/>
              </w:rPr>
              <w:t>Ders içerikleri, ön koşullar ve dersler arası ilişkiler programın bütünlüğünü desteklemektedir.</w:t>
            </w:r>
          </w:p>
        </w:tc>
        <w:tc>
          <w:tcPr>
            <w:tcW w:w="2085" w:type="dxa"/>
            <w:vAlign w:val="center"/>
          </w:tcPr>
          <w:p w14:paraId="32FBFD70" w14:textId="77777777" w:rsidR="001C2747" w:rsidRDefault="001C2747"/>
        </w:tc>
        <w:tc>
          <w:tcPr>
            <w:tcW w:w="2085" w:type="dxa"/>
            <w:vAlign w:val="center"/>
          </w:tcPr>
          <w:p w14:paraId="08367880" w14:textId="77777777" w:rsidR="001C2747" w:rsidRDefault="001C2747"/>
        </w:tc>
        <w:tc>
          <w:tcPr>
            <w:tcW w:w="2085" w:type="dxa"/>
            <w:vAlign w:val="center"/>
          </w:tcPr>
          <w:p w14:paraId="2CB96C91" w14:textId="77777777" w:rsidR="001C2747" w:rsidRDefault="00000000">
            <w:r>
              <w:rPr>
                <w:sz w:val="15"/>
              </w:rPr>
              <w:t>☐ K</w:t>
            </w:r>
            <w:r>
              <w:rPr>
                <w:sz w:val="15"/>
              </w:rPr>
              <w:br/>
              <w:t>☐ KK</w:t>
            </w:r>
            <w:r>
              <w:rPr>
                <w:sz w:val="15"/>
              </w:rPr>
              <w:br/>
              <w:t>☐ KM</w:t>
            </w:r>
            <w:r>
              <w:rPr>
                <w:sz w:val="15"/>
              </w:rPr>
              <w:br/>
              <w:t>☐ D</w:t>
            </w:r>
          </w:p>
        </w:tc>
      </w:tr>
      <w:tr w:rsidR="001C2747" w14:paraId="4CD56BAD" w14:textId="77777777">
        <w:trPr>
          <w:jc w:val="center"/>
        </w:trPr>
        <w:tc>
          <w:tcPr>
            <w:tcW w:w="2085" w:type="dxa"/>
            <w:vAlign w:val="center"/>
          </w:tcPr>
          <w:p w14:paraId="2ACCD9BC" w14:textId="77777777" w:rsidR="001C2747" w:rsidRDefault="00000000">
            <w:r>
              <w:rPr>
                <w:sz w:val="15"/>
              </w:rPr>
              <w:t>3.4</w:t>
            </w:r>
          </w:p>
        </w:tc>
        <w:tc>
          <w:tcPr>
            <w:tcW w:w="2085" w:type="dxa"/>
            <w:vAlign w:val="center"/>
          </w:tcPr>
          <w:p w14:paraId="0FC9D931" w14:textId="77777777" w:rsidR="001C2747" w:rsidRDefault="00000000">
            <w:r>
              <w:rPr>
                <w:sz w:val="15"/>
              </w:rPr>
              <w:t>Derslerin AKTS iş yükleri tanımlanmış ve öğrenci iş yükü dikkate alınarak izlenmektedir.</w:t>
            </w:r>
          </w:p>
        </w:tc>
        <w:tc>
          <w:tcPr>
            <w:tcW w:w="2085" w:type="dxa"/>
            <w:vAlign w:val="center"/>
          </w:tcPr>
          <w:p w14:paraId="4D9DE2C0" w14:textId="77777777" w:rsidR="001C2747" w:rsidRDefault="001C2747"/>
        </w:tc>
        <w:tc>
          <w:tcPr>
            <w:tcW w:w="2085" w:type="dxa"/>
            <w:vAlign w:val="center"/>
          </w:tcPr>
          <w:p w14:paraId="3D10B133" w14:textId="77777777" w:rsidR="001C2747" w:rsidRDefault="001C2747"/>
        </w:tc>
        <w:tc>
          <w:tcPr>
            <w:tcW w:w="2085" w:type="dxa"/>
            <w:vAlign w:val="center"/>
          </w:tcPr>
          <w:p w14:paraId="446AB603" w14:textId="77777777" w:rsidR="001C2747" w:rsidRDefault="00000000">
            <w:r>
              <w:rPr>
                <w:sz w:val="15"/>
              </w:rPr>
              <w:t>☐ K</w:t>
            </w:r>
            <w:r>
              <w:rPr>
                <w:sz w:val="15"/>
              </w:rPr>
              <w:br/>
              <w:t>☐ KK</w:t>
            </w:r>
            <w:r>
              <w:rPr>
                <w:sz w:val="15"/>
              </w:rPr>
              <w:br/>
              <w:t>☐ KM</w:t>
            </w:r>
            <w:r>
              <w:rPr>
                <w:sz w:val="15"/>
              </w:rPr>
              <w:br/>
              <w:t>☐ D</w:t>
            </w:r>
          </w:p>
        </w:tc>
      </w:tr>
      <w:tr w:rsidR="001C2747" w14:paraId="74910EAE" w14:textId="77777777">
        <w:trPr>
          <w:jc w:val="center"/>
        </w:trPr>
        <w:tc>
          <w:tcPr>
            <w:tcW w:w="2085" w:type="dxa"/>
            <w:vAlign w:val="center"/>
          </w:tcPr>
          <w:p w14:paraId="3290BCD7" w14:textId="77777777" w:rsidR="001C2747" w:rsidRDefault="00000000">
            <w:r>
              <w:rPr>
                <w:sz w:val="15"/>
              </w:rPr>
              <w:t>3.5</w:t>
            </w:r>
          </w:p>
        </w:tc>
        <w:tc>
          <w:tcPr>
            <w:tcW w:w="2085" w:type="dxa"/>
            <w:vAlign w:val="center"/>
          </w:tcPr>
          <w:p w14:paraId="75A95AA5" w14:textId="77777777" w:rsidR="001C2747" w:rsidRDefault="00000000">
            <w:r>
              <w:rPr>
                <w:sz w:val="15"/>
              </w:rPr>
              <w:t xml:space="preserve">Müfredat belirli aralıklarla ve paydaş geri bildirimleri </w:t>
            </w:r>
            <w:r>
              <w:rPr>
                <w:sz w:val="15"/>
              </w:rPr>
              <w:lastRenderedPageBreak/>
              <w:t>dikkate alınarak gözden geçirilmektedir.</w:t>
            </w:r>
          </w:p>
        </w:tc>
        <w:tc>
          <w:tcPr>
            <w:tcW w:w="2085" w:type="dxa"/>
            <w:vAlign w:val="center"/>
          </w:tcPr>
          <w:p w14:paraId="7D076446" w14:textId="77777777" w:rsidR="001C2747" w:rsidRDefault="001C2747"/>
        </w:tc>
        <w:tc>
          <w:tcPr>
            <w:tcW w:w="2085" w:type="dxa"/>
            <w:vAlign w:val="center"/>
          </w:tcPr>
          <w:p w14:paraId="1F9EC6D8" w14:textId="77777777" w:rsidR="001C2747" w:rsidRDefault="001C2747"/>
        </w:tc>
        <w:tc>
          <w:tcPr>
            <w:tcW w:w="2085" w:type="dxa"/>
            <w:vAlign w:val="center"/>
          </w:tcPr>
          <w:p w14:paraId="293F1839" w14:textId="77777777" w:rsidR="001C2747" w:rsidRDefault="00000000">
            <w:r>
              <w:rPr>
                <w:sz w:val="15"/>
              </w:rPr>
              <w:t>☐ K</w:t>
            </w:r>
            <w:r>
              <w:rPr>
                <w:sz w:val="15"/>
              </w:rPr>
              <w:br/>
            </w:r>
            <w:r>
              <w:rPr>
                <w:sz w:val="15"/>
              </w:rPr>
              <w:lastRenderedPageBreak/>
              <w:t>☐ KK</w:t>
            </w:r>
            <w:r>
              <w:rPr>
                <w:sz w:val="15"/>
              </w:rPr>
              <w:br/>
              <w:t>☐ KM</w:t>
            </w:r>
            <w:r>
              <w:rPr>
                <w:sz w:val="15"/>
              </w:rPr>
              <w:br/>
              <w:t>☐ D</w:t>
            </w:r>
          </w:p>
        </w:tc>
      </w:tr>
      <w:tr w:rsidR="001C2747" w14:paraId="71DADCE9" w14:textId="77777777">
        <w:trPr>
          <w:jc w:val="center"/>
        </w:trPr>
        <w:tc>
          <w:tcPr>
            <w:tcW w:w="2085" w:type="dxa"/>
            <w:vAlign w:val="center"/>
          </w:tcPr>
          <w:p w14:paraId="7BED3074" w14:textId="77777777" w:rsidR="001C2747" w:rsidRDefault="00000000">
            <w:r>
              <w:rPr>
                <w:sz w:val="15"/>
              </w:rPr>
              <w:lastRenderedPageBreak/>
              <w:t>3.6</w:t>
            </w:r>
          </w:p>
        </w:tc>
        <w:tc>
          <w:tcPr>
            <w:tcW w:w="2085" w:type="dxa"/>
            <w:vAlign w:val="center"/>
          </w:tcPr>
          <w:p w14:paraId="5568CD19" w14:textId="77777777" w:rsidR="001C2747" w:rsidRDefault="00000000">
            <w:r>
              <w:rPr>
                <w:sz w:val="15"/>
              </w:rPr>
              <w:t>Müfredat değişiklikleri gerekçelendirilmekte, kayıt altına alınmakta ve sonuçları izlenmektedir.</w:t>
            </w:r>
          </w:p>
        </w:tc>
        <w:tc>
          <w:tcPr>
            <w:tcW w:w="2085" w:type="dxa"/>
            <w:vAlign w:val="center"/>
          </w:tcPr>
          <w:p w14:paraId="309114C5" w14:textId="77777777" w:rsidR="001C2747" w:rsidRDefault="001C2747"/>
        </w:tc>
        <w:tc>
          <w:tcPr>
            <w:tcW w:w="2085" w:type="dxa"/>
            <w:vAlign w:val="center"/>
          </w:tcPr>
          <w:p w14:paraId="48D6977E" w14:textId="77777777" w:rsidR="001C2747" w:rsidRDefault="001C2747"/>
        </w:tc>
        <w:tc>
          <w:tcPr>
            <w:tcW w:w="2085" w:type="dxa"/>
            <w:vAlign w:val="center"/>
          </w:tcPr>
          <w:p w14:paraId="6B7E9303" w14:textId="77777777" w:rsidR="001C2747" w:rsidRDefault="00000000">
            <w:r>
              <w:rPr>
                <w:sz w:val="15"/>
              </w:rPr>
              <w:t>☐ K</w:t>
            </w:r>
            <w:r>
              <w:rPr>
                <w:sz w:val="15"/>
              </w:rPr>
              <w:br/>
              <w:t>☐ KK</w:t>
            </w:r>
            <w:r>
              <w:rPr>
                <w:sz w:val="15"/>
              </w:rPr>
              <w:br/>
              <w:t>☐ KM</w:t>
            </w:r>
            <w:r>
              <w:rPr>
                <w:sz w:val="15"/>
              </w:rPr>
              <w:br/>
              <w:t>☐ D</w:t>
            </w:r>
          </w:p>
        </w:tc>
      </w:tr>
    </w:tbl>
    <w:p w14:paraId="7459DC8A" w14:textId="77777777" w:rsidR="001C2747" w:rsidRDefault="001C2747">
      <w:pPr>
        <w:spacing w:after="0"/>
      </w:pPr>
    </w:p>
    <w:p w14:paraId="366E8AC0" w14:textId="77777777" w:rsidR="001C2747" w:rsidRDefault="00000000">
      <w:pPr>
        <w:pStyle w:val="Balk2"/>
        <w:spacing w:before="120" w:after="60"/>
      </w:pPr>
      <w:r>
        <w:t>4. ÖĞRENME VE ÖĞRETME SÜREÇLERİ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46848750" w14:textId="77777777">
        <w:trPr>
          <w:tblHeader/>
          <w:jc w:val="center"/>
        </w:trPr>
        <w:tc>
          <w:tcPr>
            <w:tcW w:w="2085" w:type="dxa"/>
            <w:shd w:val="clear" w:color="auto" w:fill="D9E2F3"/>
            <w:vAlign w:val="center"/>
          </w:tcPr>
          <w:p w14:paraId="49CDC1E3" w14:textId="77777777" w:rsidR="001C2747" w:rsidRDefault="00000000">
            <w:r>
              <w:rPr>
                <w:b/>
                <w:sz w:val="15"/>
              </w:rPr>
              <w:t>No</w:t>
            </w:r>
          </w:p>
        </w:tc>
        <w:tc>
          <w:tcPr>
            <w:tcW w:w="2085" w:type="dxa"/>
            <w:shd w:val="clear" w:color="auto" w:fill="D9E2F3"/>
            <w:vAlign w:val="center"/>
          </w:tcPr>
          <w:p w14:paraId="75940F02" w14:textId="77777777" w:rsidR="001C2747" w:rsidRDefault="00000000">
            <w:r>
              <w:rPr>
                <w:b/>
                <w:sz w:val="15"/>
              </w:rPr>
              <w:t>Öz Değerlendirme Ölçütü</w:t>
            </w:r>
          </w:p>
        </w:tc>
        <w:tc>
          <w:tcPr>
            <w:tcW w:w="2085" w:type="dxa"/>
            <w:shd w:val="clear" w:color="auto" w:fill="D9E2F3"/>
            <w:vAlign w:val="center"/>
          </w:tcPr>
          <w:p w14:paraId="4C10AEFF" w14:textId="77777777" w:rsidR="001C2747" w:rsidRDefault="00000000">
            <w:r>
              <w:rPr>
                <w:b/>
                <w:sz w:val="15"/>
              </w:rPr>
              <w:t>Programın Mevcut Durumu / Açıklaması</w:t>
            </w:r>
          </w:p>
        </w:tc>
        <w:tc>
          <w:tcPr>
            <w:tcW w:w="2085" w:type="dxa"/>
            <w:shd w:val="clear" w:color="auto" w:fill="D9E2F3"/>
            <w:vAlign w:val="center"/>
          </w:tcPr>
          <w:p w14:paraId="37163C70" w14:textId="77777777" w:rsidR="001C2747" w:rsidRDefault="00000000">
            <w:r>
              <w:rPr>
                <w:b/>
                <w:sz w:val="15"/>
              </w:rPr>
              <w:t>Sunulan Kanıt(lar)</w:t>
            </w:r>
          </w:p>
        </w:tc>
        <w:tc>
          <w:tcPr>
            <w:tcW w:w="2085" w:type="dxa"/>
            <w:shd w:val="clear" w:color="auto" w:fill="D9E2F3"/>
            <w:vAlign w:val="center"/>
          </w:tcPr>
          <w:p w14:paraId="6B195952" w14:textId="77777777" w:rsidR="001C2747" w:rsidRDefault="00000000">
            <w:r>
              <w:rPr>
                <w:b/>
                <w:sz w:val="15"/>
              </w:rPr>
              <w:t>Programın Öz Değerlendirmesi</w:t>
            </w:r>
          </w:p>
        </w:tc>
      </w:tr>
      <w:tr w:rsidR="001C2747" w14:paraId="2CB40126" w14:textId="77777777">
        <w:trPr>
          <w:jc w:val="center"/>
        </w:trPr>
        <w:tc>
          <w:tcPr>
            <w:tcW w:w="2085" w:type="dxa"/>
            <w:vAlign w:val="center"/>
          </w:tcPr>
          <w:p w14:paraId="6547F0E3" w14:textId="77777777" w:rsidR="001C2747" w:rsidRDefault="00000000">
            <w:r>
              <w:rPr>
                <w:sz w:val="15"/>
              </w:rPr>
              <w:t>4.1</w:t>
            </w:r>
          </w:p>
        </w:tc>
        <w:tc>
          <w:tcPr>
            <w:tcW w:w="2085" w:type="dxa"/>
            <w:vAlign w:val="center"/>
          </w:tcPr>
          <w:p w14:paraId="13F112BA" w14:textId="77777777" w:rsidR="001C2747" w:rsidRDefault="00000000">
            <w:r>
              <w:rPr>
                <w:sz w:val="15"/>
              </w:rPr>
              <w:t>Kullanılan öğretim yöntem ve teknikleri ders ve program çıktılarına ulaşılmasını desteklemektedir.</w:t>
            </w:r>
          </w:p>
        </w:tc>
        <w:tc>
          <w:tcPr>
            <w:tcW w:w="2085" w:type="dxa"/>
            <w:vAlign w:val="center"/>
          </w:tcPr>
          <w:p w14:paraId="22683061" w14:textId="77777777" w:rsidR="001C2747" w:rsidRDefault="001C2747"/>
        </w:tc>
        <w:tc>
          <w:tcPr>
            <w:tcW w:w="2085" w:type="dxa"/>
            <w:vAlign w:val="center"/>
          </w:tcPr>
          <w:p w14:paraId="1214C5AB" w14:textId="77777777" w:rsidR="001C2747" w:rsidRDefault="001C2747"/>
        </w:tc>
        <w:tc>
          <w:tcPr>
            <w:tcW w:w="2085" w:type="dxa"/>
            <w:vAlign w:val="center"/>
          </w:tcPr>
          <w:p w14:paraId="41EFEF16" w14:textId="77777777" w:rsidR="001C2747" w:rsidRDefault="00000000">
            <w:r>
              <w:rPr>
                <w:sz w:val="15"/>
              </w:rPr>
              <w:t>☐ K</w:t>
            </w:r>
            <w:r>
              <w:rPr>
                <w:sz w:val="15"/>
              </w:rPr>
              <w:br/>
              <w:t>☐ KK</w:t>
            </w:r>
            <w:r>
              <w:rPr>
                <w:sz w:val="15"/>
              </w:rPr>
              <w:br/>
              <w:t>☐ KM</w:t>
            </w:r>
            <w:r>
              <w:rPr>
                <w:sz w:val="15"/>
              </w:rPr>
              <w:br/>
              <w:t>☐ D</w:t>
            </w:r>
          </w:p>
        </w:tc>
      </w:tr>
      <w:tr w:rsidR="001C2747" w14:paraId="12822016" w14:textId="77777777">
        <w:trPr>
          <w:jc w:val="center"/>
        </w:trPr>
        <w:tc>
          <w:tcPr>
            <w:tcW w:w="2085" w:type="dxa"/>
            <w:vAlign w:val="center"/>
          </w:tcPr>
          <w:p w14:paraId="109CE6B3" w14:textId="77777777" w:rsidR="001C2747" w:rsidRDefault="00000000">
            <w:r>
              <w:rPr>
                <w:sz w:val="15"/>
              </w:rPr>
              <w:t>4.2</w:t>
            </w:r>
          </w:p>
        </w:tc>
        <w:tc>
          <w:tcPr>
            <w:tcW w:w="2085" w:type="dxa"/>
            <w:vAlign w:val="center"/>
          </w:tcPr>
          <w:p w14:paraId="6E4B16F9" w14:textId="77777777" w:rsidR="001C2747" w:rsidRDefault="00000000">
            <w:r>
              <w:rPr>
                <w:sz w:val="15"/>
              </w:rPr>
              <w:t>Öğrenci merkezli, etkileşimli ve aktif öğrenmeyi destekleyen uygulamalar kullanılmaktadır.</w:t>
            </w:r>
          </w:p>
        </w:tc>
        <w:tc>
          <w:tcPr>
            <w:tcW w:w="2085" w:type="dxa"/>
            <w:vAlign w:val="center"/>
          </w:tcPr>
          <w:p w14:paraId="51BD4644" w14:textId="77777777" w:rsidR="001C2747" w:rsidRDefault="001C2747"/>
        </w:tc>
        <w:tc>
          <w:tcPr>
            <w:tcW w:w="2085" w:type="dxa"/>
            <w:vAlign w:val="center"/>
          </w:tcPr>
          <w:p w14:paraId="653D89A0" w14:textId="77777777" w:rsidR="001C2747" w:rsidRDefault="001C2747"/>
        </w:tc>
        <w:tc>
          <w:tcPr>
            <w:tcW w:w="2085" w:type="dxa"/>
            <w:vAlign w:val="center"/>
          </w:tcPr>
          <w:p w14:paraId="04D5A0B0" w14:textId="77777777" w:rsidR="001C2747" w:rsidRDefault="00000000">
            <w:r>
              <w:rPr>
                <w:sz w:val="15"/>
              </w:rPr>
              <w:t>☐ K</w:t>
            </w:r>
            <w:r>
              <w:rPr>
                <w:sz w:val="15"/>
              </w:rPr>
              <w:br/>
              <w:t>☐ KK</w:t>
            </w:r>
            <w:r>
              <w:rPr>
                <w:sz w:val="15"/>
              </w:rPr>
              <w:br/>
              <w:t>☐ KM</w:t>
            </w:r>
            <w:r>
              <w:rPr>
                <w:sz w:val="15"/>
              </w:rPr>
              <w:br/>
              <w:t>☐ D</w:t>
            </w:r>
          </w:p>
        </w:tc>
      </w:tr>
      <w:tr w:rsidR="001C2747" w14:paraId="677B659E" w14:textId="77777777">
        <w:trPr>
          <w:jc w:val="center"/>
        </w:trPr>
        <w:tc>
          <w:tcPr>
            <w:tcW w:w="2085" w:type="dxa"/>
            <w:vAlign w:val="center"/>
          </w:tcPr>
          <w:p w14:paraId="25159C8C" w14:textId="77777777" w:rsidR="001C2747" w:rsidRDefault="00000000">
            <w:r>
              <w:rPr>
                <w:sz w:val="15"/>
              </w:rPr>
              <w:t>4.3</w:t>
            </w:r>
          </w:p>
        </w:tc>
        <w:tc>
          <w:tcPr>
            <w:tcW w:w="2085" w:type="dxa"/>
            <w:vAlign w:val="center"/>
          </w:tcPr>
          <w:p w14:paraId="4923754F" w14:textId="77777777" w:rsidR="001C2747" w:rsidRDefault="00000000">
            <w:r>
              <w:rPr>
                <w:sz w:val="15"/>
              </w:rPr>
              <w:t>Programın niteliğine uygun uygulamalı öğrenme olanakları sağlanmaktadır.</w:t>
            </w:r>
          </w:p>
        </w:tc>
        <w:tc>
          <w:tcPr>
            <w:tcW w:w="2085" w:type="dxa"/>
            <w:vAlign w:val="center"/>
          </w:tcPr>
          <w:p w14:paraId="7058385B" w14:textId="77777777" w:rsidR="001C2747" w:rsidRDefault="001C2747"/>
        </w:tc>
        <w:tc>
          <w:tcPr>
            <w:tcW w:w="2085" w:type="dxa"/>
            <w:vAlign w:val="center"/>
          </w:tcPr>
          <w:p w14:paraId="0376E10A" w14:textId="77777777" w:rsidR="001C2747" w:rsidRDefault="001C2747"/>
        </w:tc>
        <w:tc>
          <w:tcPr>
            <w:tcW w:w="2085" w:type="dxa"/>
            <w:vAlign w:val="center"/>
          </w:tcPr>
          <w:p w14:paraId="02A3F85B" w14:textId="77777777" w:rsidR="001C2747" w:rsidRDefault="00000000">
            <w:r>
              <w:rPr>
                <w:sz w:val="15"/>
              </w:rPr>
              <w:t>☐ K</w:t>
            </w:r>
            <w:r>
              <w:rPr>
                <w:sz w:val="15"/>
              </w:rPr>
              <w:br/>
              <w:t>☐ KK</w:t>
            </w:r>
            <w:r>
              <w:rPr>
                <w:sz w:val="15"/>
              </w:rPr>
              <w:br/>
              <w:t>☐ KM</w:t>
            </w:r>
            <w:r>
              <w:rPr>
                <w:sz w:val="15"/>
              </w:rPr>
              <w:br/>
              <w:t>☐ D</w:t>
            </w:r>
          </w:p>
        </w:tc>
      </w:tr>
      <w:tr w:rsidR="001C2747" w14:paraId="661A1786" w14:textId="77777777">
        <w:trPr>
          <w:jc w:val="center"/>
        </w:trPr>
        <w:tc>
          <w:tcPr>
            <w:tcW w:w="2085" w:type="dxa"/>
            <w:vAlign w:val="center"/>
          </w:tcPr>
          <w:p w14:paraId="03F63ED6" w14:textId="77777777" w:rsidR="001C2747" w:rsidRDefault="00000000">
            <w:r>
              <w:rPr>
                <w:sz w:val="15"/>
              </w:rPr>
              <w:t>4.4</w:t>
            </w:r>
          </w:p>
        </w:tc>
        <w:tc>
          <w:tcPr>
            <w:tcW w:w="2085" w:type="dxa"/>
            <w:vAlign w:val="center"/>
          </w:tcPr>
          <w:p w14:paraId="18D55975" w14:textId="77777777" w:rsidR="001C2747" w:rsidRDefault="00000000">
            <w:r>
              <w:rPr>
                <w:sz w:val="15"/>
              </w:rPr>
              <w:t>Öğrencilerin araştırma, proje, mesleki uygulama ve/veya alan deneyimlerine katılımı desteklenmektedir.</w:t>
            </w:r>
          </w:p>
        </w:tc>
        <w:tc>
          <w:tcPr>
            <w:tcW w:w="2085" w:type="dxa"/>
            <w:vAlign w:val="center"/>
          </w:tcPr>
          <w:p w14:paraId="4BD59C71" w14:textId="77777777" w:rsidR="001C2747" w:rsidRDefault="001C2747"/>
        </w:tc>
        <w:tc>
          <w:tcPr>
            <w:tcW w:w="2085" w:type="dxa"/>
            <w:vAlign w:val="center"/>
          </w:tcPr>
          <w:p w14:paraId="5CDF8B11" w14:textId="77777777" w:rsidR="001C2747" w:rsidRDefault="001C2747"/>
        </w:tc>
        <w:tc>
          <w:tcPr>
            <w:tcW w:w="2085" w:type="dxa"/>
            <w:vAlign w:val="center"/>
          </w:tcPr>
          <w:p w14:paraId="06E6FA39" w14:textId="77777777" w:rsidR="001C2747" w:rsidRDefault="00000000">
            <w:r>
              <w:rPr>
                <w:sz w:val="15"/>
              </w:rPr>
              <w:t>☐ K</w:t>
            </w:r>
            <w:r>
              <w:rPr>
                <w:sz w:val="15"/>
              </w:rPr>
              <w:br/>
              <w:t>☐ KK</w:t>
            </w:r>
            <w:r>
              <w:rPr>
                <w:sz w:val="15"/>
              </w:rPr>
              <w:br/>
              <w:t>☐ KM</w:t>
            </w:r>
            <w:r>
              <w:rPr>
                <w:sz w:val="15"/>
              </w:rPr>
              <w:br/>
              <w:t>☐ D</w:t>
            </w:r>
          </w:p>
        </w:tc>
      </w:tr>
      <w:tr w:rsidR="001C2747" w14:paraId="28710FA0" w14:textId="77777777">
        <w:trPr>
          <w:jc w:val="center"/>
        </w:trPr>
        <w:tc>
          <w:tcPr>
            <w:tcW w:w="2085" w:type="dxa"/>
            <w:vAlign w:val="center"/>
          </w:tcPr>
          <w:p w14:paraId="12056013" w14:textId="77777777" w:rsidR="001C2747" w:rsidRDefault="00000000">
            <w:r>
              <w:rPr>
                <w:sz w:val="15"/>
              </w:rPr>
              <w:t>4.5</w:t>
            </w:r>
          </w:p>
        </w:tc>
        <w:tc>
          <w:tcPr>
            <w:tcW w:w="2085" w:type="dxa"/>
            <w:vAlign w:val="center"/>
          </w:tcPr>
          <w:p w14:paraId="73437E0F" w14:textId="77777777" w:rsidR="001C2747" w:rsidRDefault="00000000">
            <w:r>
              <w:rPr>
                <w:sz w:val="15"/>
              </w:rPr>
              <w:t>Öğretim süreçlerinin etkililiği öğrenci ve diğer paydaş geri bildirimleriyle izlenmektedir.</w:t>
            </w:r>
          </w:p>
        </w:tc>
        <w:tc>
          <w:tcPr>
            <w:tcW w:w="2085" w:type="dxa"/>
            <w:vAlign w:val="center"/>
          </w:tcPr>
          <w:p w14:paraId="7F47F863" w14:textId="77777777" w:rsidR="001C2747" w:rsidRDefault="001C2747"/>
        </w:tc>
        <w:tc>
          <w:tcPr>
            <w:tcW w:w="2085" w:type="dxa"/>
            <w:vAlign w:val="center"/>
          </w:tcPr>
          <w:p w14:paraId="0710E062" w14:textId="77777777" w:rsidR="001C2747" w:rsidRDefault="001C2747"/>
        </w:tc>
        <w:tc>
          <w:tcPr>
            <w:tcW w:w="2085" w:type="dxa"/>
            <w:vAlign w:val="center"/>
          </w:tcPr>
          <w:p w14:paraId="2D7CD12A" w14:textId="77777777" w:rsidR="001C2747" w:rsidRDefault="00000000">
            <w:r>
              <w:rPr>
                <w:sz w:val="15"/>
              </w:rPr>
              <w:t>☐ K</w:t>
            </w:r>
            <w:r>
              <w:rPr>
                <w:sz w:val="15"/>
              </w:rPr>
              <w:br/>
              <w:t>☐ KK</w:t>
            </w:r>
            <w:r>
              <w:rPr>
                <w:sz w:val="15"/>
              </w:rPr>
              <w:br/>
              <w:t>☐ KM</w:t>
            </w:r>
            <w:r>
              <w:rPr>
                <w:sz w:val="15"/>
              </w:rPr>
              <w:br/>
              <w:t>☐ D</w:t>
            </w:r>
          </w:p>
        </w:tc>
      </w:tr>
      <w:tr w:rsidR="001C2747" w14:paraId="72E257A9" w14:textId="77777777">
        <w:trPr>
          <w:jc w:val="center"/>
        </w:trPr>
        <w:tc>
          <w:tcPr>
            <w:tcW w:w="2085" w:type="dxa"/>
            <w:vAlign w:val="center"/>
          </w:tcPr>
          <w:p w14:paraId="14713F06" w14:textId="77777777" w:rsidR="001C2747" w:rsidRDefault="00000000">
            <w:r>
              <w:rPr>
                <w:sz w:val="15"/>
              </w:rPr>
              <w:t>4.6</w:t>
            </w:r>
          </w:p>
        </w:tc>
        <w:tc>
          <w:tcPr>
            <w:tcW w:w="2085" w:type="dxa"/>
            <w:vAlign w:val="center"/>
          </w:tcPr>
          <w:p w14:paraId="578B911C" w14:textId="77777777" w:rsidR="001C2747" w:rsidRDefault="00000000">
            <w:r>
              <w:rPr>
                <w:sz w:val="15"/>
              </w:rPr>
              <w:t>Öğretim süreçlerine ilişkin izleme sonuçları iyileştirme çalışmalarına yansıtılmaktadır.</w:t>
            </w:r>
          </w:p>
        </w:tc>
        <w:tc>
          <w:tcPr>
            <w:tcW w:w="2085" w:type="dxa"/>
            <w:vAlign w:val="center"/>
          </w:tcPr>
          <w:p w14:paraId="204AC766" w14:textId="77777777" w:rsidR="001C2747" w:rsidRDefault="001C2747"/>
        </w:tc>
        <w:tc>
          <w:tcPr>
            <w:tcW w:w="2085" w:type="dxa"/>
            <w:vAlign w:val="center"/>
          </w:tcPr>
          <w:p w14:paraId="6FD060EE" w14:textId="77777777" w:rsidR="001C2747" w:rsidRDefault="001C2747"/>
        </w:tc>
        <w:tc>
          <w:tcPr>
            <w:tcW w:w="2085" w:type="dxa"/>
            <w:vAlign w:val="center"/>
          </w:tcPr>
          <w:p w14:paraId="2823723D" w14:textId="77777777" w:rsidR="001C2747" w:rsidRDefault="00000000">
            <w:r>
              <w:rPr>
                <w:sz w:val="15"/>
              </w:rPr>
              <w:t>☐ K</w:t>
            </w:r>
            <w:r>
              <w:rPr>
                <w:sz w:val="15"/>
              </w:rPr>
              <w:br/>
              <w:t>☐ KK</w:t>
            </w:r>
            <w:r>
              <w:rPr>
                <w:sz w:val="15"/>
              </w:rPr>
              <w:br/>
              <w:t>☐ KM</w:t>
            </w:r>
            <w:r>
              <w:rPr>
                <w:sz w:val="15"/>
              </w:rPr>
              <w:br/>
              <w:t>☐ D</w:t>
            </w:r>
          </w:p>
        </w:tc>
      </w:tr>
    </w:tbl>
    <w:p w14:paraId="7049F5DD" w14:textId="77777777" w:rsidR="001C2747" w:rsidRDefault="001C2747">
      <w:pPr>
        <w:spacing w:after="0"/>
      </w:pPr>
    </w:p>
    <w:p w14:paraId="606A08B5" w14:textId="77777777" w:rsidR="001C2747" w:rsidRDefault="00000000">
      <w:pPr>
        <w:pStyle w:val="Balk2"/>
        <w:spacing w:before="120" w:after="60"/>
      </w:pPr>
      <w:r>
        <w:t>5. ÖLÇME VE DEĞERLENDİRME</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6778BF67" w14:textId="77777777">
        <w:trPr>
          <w:tblHeader/>
          <w:jc w:val="center"/>
        </w:trPr>
        <w:tc>
          <w:tcPr>
            <w:tcW w:w="2085" w:type="dxa"/>
            <w:shd w:val="clear" w:color="auto" w:fill="D9E2F3"/>
            <w:vAlign w:val="center"/>
          </w:tcPr>
          <w:p w14:paraId="5EDCF778" w14:textId="77777777" w:rsidR="001C2747" w:rsidRDefault="00000000">
            <w:r>
              <w:rPr>
                <w:b/>
                <w:sz w:val="15"/>
              </w:rPr>
              <w:t>No</w:t>
            </w:r>
          </w:p>
        </w:tc>
        <w:tc>
          <w:tcPr>
            <w:tcW w:w="2085" w:type="dxa"/>
            <w:shd w:val="clear" w:color="auto" w:fill="D9E2F3"/>
            <w:vAlign w:val="center"/>
          </w:tcPr>
          <w:p w14:paraId="5E0EB020" w14:textId="77777777" w:rsidR="001C2747" w:rsidRDefault="00000000">
            <w:r>
              <w:rPr>
                <w:b/>
                <w:sz w:val="15"/>
              </w:rPr>
              <w:t>Öz Değerlendirme Ölçütü</w:t>
            </w:r>
          </w:p>
        </w:tc>
        <w:tc>
          <w:tcPr>
            <w:tcW w:w="2085" w:type="dxa"/>
            <w:shd w:val="clear" w:color="auto" w:fill="D9E2F3"/>
            <w:vAlign w:val="center"/>
          </w:tcPr>
          <w:p w14:paraId="7487AD4A" w14:textId="77777777" w:rsidR="001C2747" w:rsidRDefault="00000000">
            <w:r>
              <w:rPr>
                <w:b/>
                <w:sz w:val="15"/>
              </w:rPr>
              <w:t>Programın Mevcut Durumu / Açıklaması</w:t>
            </w:r>
          </w:p>
        </w:tc>
        <w:tc>
          <w:tcPr>
            <w:tcW w:w="2085" w:type="dxa"/>
            <w:shd w:val="clear" w:color="auto" w:fill="D9E2F3"/>
            <w:vAlign w:val="center"/>
          </w:tcPr>
          <w:p w14:paraId="140FDEC8" w14:textId="77777777" w:rsidR="001C2747" w:rsidRDefault="00000000">
            <w:r>
              <w:rPr>
                <w:b/>
                <w:sz w:val="15"/>
              </w:rPr>
              <w:t>Sunulan Kanıt(lar)</w:t>
            </w:r>
          </w:p>
        </w:tc>
        <w:tc>
          <w:tcPr>
            <w:tcW w:w="2085" w:type="dxa"/>
            <w:shd w:val="clear" w:color="auto" w:fill="D9E2F3"/>
            <w:vAlign w:val="center"/>
          </w:tcPr>
          <w:p w14:paraId="3FE24B8A" w14:textId="77777777" w:rsidR="001C2747" w:rsidRDefault="00000000">
            <w:r>
              <w:rPr>
                <w:b/>
                <w:sz w:val="15"/>
              </w:rPr>
              <w:t>Programın Öz Değerlendirmesi</w:t>
            </w:r>
          </w:p>
        </w:tc>
      </w:tr>
      <w:tr w:rsidR="001C2747" w14:paraId="2475F6F7" w14:textId="77777777">
        <w:trPr>
          <w:jc w:val="center"/>
        </w:trPr>
        <w:tc>
          <w:tcPr>
            <w:tcW w:w="2085" w:type="dxa"/>
            <w:vAlign w:val="center"/>
          </w:tcPr>
          <w:p w14:paraId="1E53BD31" w14:textId="77777777" w:rsidR="001C2747" w:rsidRDefault="00000000">
            <w:r>
              <w:rPr>
                <w:sz w:val="15"/>
              </w:rPr>
              <w:t>5.1</w:t>
            </w:r>
          </w:p>
        </w:tc>
        <w:tc>
          <w:tcPr>
            <w:tcW w:w="2085" w:type="dxa"/>
            <w:vAlign w:val="center"/>
          </w:tcPr>
          <w:p w14:paraId="0D8DD46D" w14:textId="77777777" w:rsidR="001C2747" w:rsidRDefault="00000000">
            <w:r>
              <w:rPr>
                <w:sz w:val="15"/>
              </w:rPr>
              <w:t>Ölçme ve değerlendirme yöntemleri ders öğrenme çıktılarıyla uyumludur.</w:t>
            </w:r>
          </w:p>
        </w:tc>
        <w:tc>
          <w:tcPr>
            <w:tcW w:w="2085" w:type="dxa"/>
            <w:vAlign w:val="center"/>
          </w:tcPr>
          <w:p w14:paraId="151B01FD" w14:textId="77777777" w:rsidR="001C2747" w:rsidRDefault="001C2747"/>
        </w:tc>
        <w:tc>
          <w:tcPr>
            <w:tcW w:w="2085" w:type="dxa"/>
            <w:vAlign w:val="center"/>
          </w:tcPr>
          <w:p w14:paraId="4827F6B7" w14:textId="77777777" w:rsidR="001C2747" w:rsidRDefault="001C2747"/>
        </w:tc>
        <w:tc>
          <w:tcPr>
            <w:tcW w:w="2085" w:type="dxa"/>
            <w:vAlign w:val="center"/>
          </w:tcPr>
          <w:p w14:paraId="40309FF9" w14:textId="77777777" w:rsidR="001C2747" w:rsidRDefault="00000000">
            <w:r>
              <w:rPr>
                <w:sz w:val="15"/>
              </w:rPr>
              <w:t>☐ K</w:t>
            </w:r>
            <w:r>
              <w:rPr>
                <w:sz w:val="15"/>
              </w:rPr>
              <w:br/>
              <w:t>☐ KK</w:t>
            </w:r>
            <w:r>
              <w:rPr>
                <w:sz w:val="15"/>
              </w:rPr>
              <w:br/>
              <w:t>☐ KM</w:t>
            </w:r>
            <w:r>
              <w:rPr>
                <w:sz w:val="15"/>
              </w:rPr>
              <w:br/>
              <w:t>☐ D</w:t>
            </w:r>
          </w:p>
        </w:tc>
      </w:tr>
      <w:tr w:rsidR="001C2747" w14:paraId="6A15C897" w14:textId="77777777">
        <w:trPr>
          <w:jc w:val="center"/>
        </w:trPr>
        <w:tc>
          <w:tcPr>
            <w:tcW w:w="2085" w:type="dxa"/>
            <w:vAlign w:val="center"/>
          </w:tcPr>
          <w:p w14:paraId="5C901D99" w14:textId="77777777" w:rsidR="001C2747" w:rsidRDefault="00000000">
            <w:r>
              <w:rPr>
                <w:sz w:val="15"/>
              </w:rPr>
              <w:t>5.2</w:t>
            </w:r>
          </w:p>
        </w:tc>
        <w:tc>
          <w:tcPr>
            <w:tcW w:w="2085" w:type="dxa"/>
            <w:vAlign w:val="center"/>
          </w:tcPr>
          <w:p w14:paraId="1FCC5572" w14:textId="77777777" w:rsidR="001C2747" w:rsidRDefault="00000000">
            <w:r>
              <w:rPr>
                <w:sz w:val="15"/>
              </w:rPr>
              <w:t>Öğrenci başarısının değerlendirilmesinde kullanılan yöntem ve ölçütler açık ve erişilebilirdir.</w:t>
            </w:r>
          </w:p>
        </w:tc>
        <w:tc>
          <w:tcPr>
            <w:tcW w:w="2085" w:type="dxa"/>
            <w:vAlign w:val="center"/>
          </w:tcPr>
          <w:p w14:paraId="7CF6A83D" w14:textId="77777777" w:rsidR="001C2747" w:rsidRDefault="001C2747"/>
        </w:tc>
        <w:tc>
          <w:tcPr>
            <w:tcW w:w="2085" w:type="dxa"/>
            <w:vAlign w:val="center"/>
          </w:tcPr>
          <w:p w14:paraId="1DA12459" w14:textId="77777777" w:rsidR="001C2747" w:rsidRDefault="001C2747"/>
        </w:tc>
        <w:tc>
          <w:tcPr>
            <w:tcW w:w="2085" w:type="dxa"/>
            <w:vAlign w:val="center"/>
          </w:tcPr>
          <w:p w14:paraId="49FC2B4B" w14:textId="77777777" w:rsidR="001C2747" w:rsidRDefault="00000000">
            <w:r>
              <w:rPr>
                <w:sz w:val="15"/>
              </w:rPr>
              <w:t>☐ K</w:t>
            </w:r>
            <w:r>
              <w:rPr>
                <w:sz w:val="15"/>
              </w:rPr>
              <w:br/>
              <w:t>☐ KK</w:t>
            </w:r>
            <w:r>
              <w:rPr>
                <w:sz w:val="15"/>
              </w:rPr>
              <w:br/>
              <w:t>☐ KM</w:t>
            </w:r>
            <w:r>
              <w:rPr>
                <w:sz w:val="15"/>
              </w:rPr>
              <w:br/>
              <w:t>☐ D</w:t>
            </w:r>
          </w:p>
        </w:tc>
      </w:tr>
      <w:tr w:rsidR="001C2747" w14:paraId="0E57168C" w14:textId="77777777">
        <w:trPr>
          <w:jc w:val="center"/>
        </w:trPr>
        <w:tc>
          <w:tcPr>
            <w:tcW w:w="2085" w:type="dxa"/>
            <w:vAlign w:val="center"/>
          </w:tcPr>
          <w:p w14:paraId="60BD3BB8" w14:textId="77777777" w:rsidR="001C2747" w:rsidRDefault="00000000">
            <w:r>
              <w:rPr>
                <w:sz w:val="15"/>
              </w:rPr>
              <w:t>5.3</w:t>
            </w:r>
          </w:p>
        </w:tc>
        <w:tc>
          <w:tcPr>
            <w:tcW w:w="2085" w:type="dxa"/>
            <w:vAlign w:val="center"/>
          </w:tcPr>
          <w:p w14:paraId="56A8ED24" w14:textId="77777777" w:rsidR="001C2747" w:rsidRDefault="00000000">
            <w:r>
              <w:rPr>
                <w:sz w:val="15"/>
              </w:rPr>
              <w:t xml:space="preserve">Ölçme ve değerlendirme süreçlerinde şeffaflık, adalet </w:t>
            </w:r>
            <w:r>
              <w:rPr>
                <w:sz w:val="15"/>
              </w:rPr>
              <w:lastRenderedPageBreak/>
              <w:t>ve tutarlılığı güvence altına alan uygulamalar bulunmaktadır.</w:t>
            </w:r>
          </w:p>
        </w:tc>
        <w:tc>
          <w:tcPr>
            <w:tcW w:w="2085" w:type="dxa"/>
            <w:vAlign w:val="center"/>
          </w:tcPr>
          <w:p w14:paraId="299E5C1D" w14:textId="77777777" w:rsidR="001C2747" w:rsidRDefault="001C2747"/>
        </w:tc>
        <w:tc>
          <w:tcPr>
            <w:tcW w:w="2085" w:type="dxa"/>
            <w:vAlign w:val="center"/>
          </w:tcPr>
          <w:p w14:paraId="3B409CCD" w14:textId="77777777" w:rsidR="001C2747" w:rsidRDefault="001C2747"/>
        </w:tc>
        <w:tc>
          <w:tcPr>
            <w:tcW w:w="2085" w:type="dxa"/>
            <w:vAlign w:val="center"/>
          </w:tcPr>
          <w:p w14:paraId="38CC3D43" w14:textId="77777777" w:rsidR="001C2747" w:rsidRDefault="00000000">
            <w:r>
              <w:rPr>
                <w:sz w:val="15"/>
              </w:rPr>
              <w:t>☐ K</w:t>
            </w:r>
            <w:r>
              <w:rPr>
                <w:sz w:val="15"/>
              </w:rPr>
              <w:br/>
            </w:r>
            <w:r>
              <w:rPr>
                <w:sz w:val="15"/>
              </w:rPr>
              <w:lastRenderedPageBreak/>
              <w:t>☐ KK</w:t>
            </w:r>
            <w:r>
              <w:rPr>
                <w:sz w:val="15"/>
              </w:rPr>
              <w:br/>
              <w:t>☐ KM</w:t>
            </w:r>
            <w:r>
              <w:rPr>
                <w:sz w:val="15"/>
              </w:rPr>
              <w:br/>
              <w:t>☐ D</w:t>
            </w:r>
          </w:p>
        </w:tc>
      </w:tr>
      <w:tr w:rsidR="001C2747" w14:paraId="5556EEEF" w14:textId="77777777">
        <w:trPr>
          <w:jc w:val="center"/>
        </w:trPr>
        <w:tc>
          <w:tcPr>
            <w:tcW w:w="2085" w:type="dxa"/>
            <w:vAlign w:val="center"/>
          </w:tcPr>
          <w:p w14:paraId="3E08BF38" w14:textId="77777777" w:rsidR="001C2747" w:rsidRDefault="00000000">
            <w:r>
              <w:rPr>
                <w:sz w:val="15"/>
              </w:rPr>
              <w:lastRenderedPageBreak/>
              <w:t>5.4</w:t>
            </w:r>
          </w:p>
        </w:tc>
        <w:tc>
          <w:tcPr>
            <w:tcW w:w="2085" w:type="dxa"/>
            <w:vAlign w:val="center"/>
          </w:tcPr>
          <w:p w14:paraId="709C9052" w14:textId="77777777" w:rsidR="001C2747" w:rsidRDefault="00000000">
            <w:r>
              <w:rPr>
                <w:sz w:val="15"/>
              </w:rPr>
              <w:t>Farklı öğrenme çıktılarının değerlendirilmesine uygun ve gerektiğinde çeşitli ölçme yöntemleri kullanılmaktadır.</w:t>
            </w:r>
          </w:p>
        </w:tc>
        <w:tc>
          <w:tcPr>
            <w:tcW w:w="2085" w:type="dxa"/>
            <w:vAlign w:val="center"/>
          </w:tcPr>
          <w:p w14:paraId="415996D8" w14:textId="77777777" w:rsidR="001C2747" w:rsidRDefault="001C2747"/>
        </w:tc>
        <w:tc>
          <w:tcPr>
            <w:tcW w:w="2085" w:type="dxa"/>
            <w:vAlign w:val="center"/>
          </w:tcPr>
          <w:p w14:paraId="24FCBC74" w14:textId="77777777" w:rsidR="001C2747" w:rsidRDefault="001C2747"/>
        </w:tc>
        <w:tc>
          <w:tcPr>
            <w:tcW w:w="2085" w:type="dxa"/>
            <w:vAlign w:val="center"/>
          </w:tcPr>
          <w:p w14:paraId="0ED67BC5" w14:textId="77777777" w:rsidR="001C2747" w:rsidRDefault="00000000">
            <w:r>
              <w:rPr>
                <w:sz w:val="15"/>
              </w:rPr>
              <w:t>☐ K</w:t>
            </w:r>
            <w:r>
              <w:rPr>
                <w:sz w:val="15"/>
              </w:rPr>
              <w:br/>
              <w:t>☐ KK</w:t>
            </w:r>
            <w:r>
              <w:rPr>
                <w:sz w:val="15"/>
              </w:rPr>
              <w:br/>
              <w:t>☐ KM</w:t>
            </w:r>
            <w:r>
              <w:rPr>
                <w:sz w:val="15"/>
              </w:rPr>
              <w:br/>
              <w:t>☐ D</w:t>
            </w:r>
          </w:p>
        </w:tc>
      </w:tr>
      <w:tr w:rsidR="001C2747" w14:paraId="57BC15DA" w14:textId="77777777">
        <w:trPr>
          <w:jc w:val="center"/>
        </w:trPr>
        <w:tc>
          <w:tcPr>
            <w:tcW w:w="2085" w:type="dxa"/>
            <w:vAlign w:val="center"/>
          </w:tcPr>
          <w:p w14:paraId="031933C6" w14:textId="77777777" w:rsidR="001C2747" w:rsidRDefault="00000000">
            <w:r>
              <w:rPr>
                <w:sz w:val="15"/>
              </w:rPr>
              <w:t>5.5</w:t>
            </w:r>
          </w:p>
        </w:tc>
        <w:tc>
          <w:tcPr>
            <w:tcW w:w="2085" w:type="dxa"/>
            <w:vAlign w:val="center"/>
          </w:tcPr>
          <w:p w14:paraId="78E3EA73" w14:textId="77777777" w:rsidR="001C2747" w:rsidRDefault="00000000">
            <w:r>
              <w:rPr>
                <w:sz w:val="15"/>
              </w:rPr>
              <w:t>Ölçme-değerlendirme sonuçları analiz edilmekte ve eğitim-öğretim süreçlerinin geliştirilmesinde kullanılmaktadır.</w:t>
            </w:r>
          </w:p>
        </w:tc>
        <w:tc>
          <w:tcPr>
            <w:tcW w:w="2085" w:type="dxa"/>
            <w:vAlign w:val="center"/>
          </w:tcPr>
          <w:p w14:paraId="5AA62E78" w14:textId="77777777" w:rsidR="001C2747" w:rsidRDefault="001C2747"/>
        </w:tc>
        <w:tc>
          <w:tcPr>
            <w:tcW w:w="2085" w:type="dxa"/>
            <w:vAlign w:val="center"/>
          </w:tcPr>
          <w:p w14:paraId="3451A9B4" w14:textId="77777777" w:rsidR="001C2747" w:rsidRDefault="001C2747"/>
        </w:tc>
        <w:tc>
          <w:tcPr>
            <w:tcW w:w="2085" w:type="dxa"/>
            <w:vAlign w:val="center"/>
          </w:tcPr>
          <w:p w14:paraId="3BE83EC0" w14:textId="77777777" w:rsidR="001C2747" w:rsidRDefault="00000000">
            <w:r>
              <w:rPr>
                <w:sz w:val="15"/>
              </w:rPr>
              <w:t>☐ K</w:t>
            </w:r>
            <w:r>
              <w:rPr>
                <w:sz w:val="15"/>
              </w:rPr>
              <w:br/>
              <w:t>☐ KK</w:t>
            </w:r>
            <w:r>
              <w:rPr>
                <w:sz w:val="15"/>
              </w:rPr>
              <w:br/>
              <w:t>☐ KM</w:t>
            </w:r>
            <w:r>
              <w:rPr>
                <w:sz w:val="15"/>
              </w:rPr>
              <w:br/>
              <w:t>☐ D</w:t>
            </w:r>
          </w:p>
        </w:tc>
      </w:tr>
    </w:tbl>
    <w:p w14:paraId="659F3EAF" w14:textId="77777777" w:rsidR="001C2747" w:rsidRDefault="001C2747">
      <w:pPr>
        <w:spacing w:after="0"/>
      </w:pPr>
    </w:p>
    <w:p w14:paraId="2934AE65" w14:textId="77777777" w:rsidR="001C2747" w:rsidRDefault="00000000">
      <w:pPr>
        <w:pStyle w:val="Balk2"/>
        <w:spacing w:before="120" w:after="60"/>
      </w:pPr>
      <w:r>
        <w:t>6. ÖĞRENCİ DESTEK HİZMETLERİ VE ÖĞRENCİ KATILIMI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39604ED9" w14:textId="77777777">
        <w:trPr>
          <w:tblHeader/>
          <w:jc w:val="center"/>
        </w:trPr>
        <w:tc>
          <w:tcPr>
            <w:tcW w:w="2085" w:type="dxa"/>
            <w:shd w:val="clear" w:color="auto" w:fill="D9E2F3"/>
            <w:vAlign w:val="center"/>
          </w:tcPr>
          <w:p w14:paraId="651324F7" w14:textId="77777777" w:rsidR="001C2747" w:rsidRDefault="00000000">
            <w:r>
              <w:rPr>
                <w:b/>
                <w:sz w:val="15"/>
              </w:rPr>
              <w:t>No</w:t>
            </w:r>
          </w:p>
        </w:tc>
        <w:tc>
          <w:tcPr>
            <w:tcW w:w="2085" w:type="dxa"/>
            <w:shd w:val="clear" w:color="auto" w:fill="D9E2F3"/>
            <w:vAlign w:val="center"/>
          </w:tcPr>
          <w:p w14:paraId="2A7E147D" w14:textId="77777777" w:rsidR="001C2747" w:rsidRDefault="00000000">
            <w:r>
              <w:rPr>
                <w:b/>
                <w:sz w:val="15"/>
              </w:rPr>
              <w:t>Öz Değerlendirme Ölçütü</w:t>
            </w:r>
          </w:p>
        </w:tc>
        <w:tc>
          <w:tcPr>
            <w:tcW w:w="2085" w:type="dxa"/>
            <w:shd w:val="clear" w:color="auto" w:fill="D9E2F3"/>
            <w:vAlign w:val="center"/>
          </w:tcPr>
          <w:p w14:paraId="41E4C372" w14:textId="77777777" w:rsidR="001C2747" w:rsidRDefault="00000000">
            <w:r>
              <w:rPr>
                <w:b/>
                <w:sz w:val="15"/>
              </w:rPr>
              <w:t>Programın Mevcut Durumu / Açıklaması</w:t>
            </w:r>
          </w:p>
        </w:tc>
        <w:tc>
          <w:tcPr>
            <w:tcW w:w="2085" w:type="dxa"/>
            <w:shd w:val="clear" w:color="auto" w:fill="D9E2F3"/>
            <w:vAlign w:val="center"/>
          </w:tcPr>
          <w:p w14:paraId="002AC38F" w14:textId="77777777" w:rsidR="001C2747" w:rsidRDefault="00000000">
            <w:r>
              <w:rPr>
                <w:b/>
                <w:sz w:val="15"/>
              </w:rPr>
              <w:t>Sunulan Kanıt(lar)</w:t>
            </w:r>
          </w:p>
        </w:tc>
        <w:tc>
          <w:tcPr>
            <w:tcW w:w="2085" w:type="dxa"/>
            <w:shd w:val="clear" w:color="auto" w:fill="D9E2F3"/>
            <w:vAlign w:val="center"/>
          </w:tcPr>
          <w:p w14:paraId="039D01F2" w14:textId="77777777" w:rsidR="001C2747" w:rsidRDefault="00000000">
            <w:r>
              <w:rPr>
                <w:b/>
                <w:sz w:val="15"/>
              </w:rPr>
              <w:t>Programın Öz Değerlendirmesi</w:t>
            </w:r>
          </w:p>
        </w:tc>
      </w:tr>
      <w:tr w:rsidR="001C2747" w14:paraId="20C65A4D" w14:textId="77777777">
        <w:trPr>
          <w:jc w:val="center"/>
        </w:trPr>
        <w:tc>
          <w:tcPr>
            <w:tcW w:w="2085" w:type="dxa"/>
            <w:vAlign w:val="center"/>
          </w:tcPr>
          <w:p w14:paraId="3EBDA9F1" w14:textId="77777777" w:rsidR="001C2747" w:rsidRDefault="00000000">
            <w:r>
              <w:rPr>
                <w:sz w:val="15"/>
              </w:rPr>
              <w:t>6.1</w:t>
            </w:r>
          </w:p>
        </w:tc>
        <w:tc>
          <w:tcPr>
            <w:tcW w:w="2085" w:type="dxa"/>
            <w:vAlign w:val="center"/>
          </w:tcPr>
          <w:p w14:paraId="0D2D64B6" w14:textId="77777777" w:rsidR="001C2747" w:rsidRDefault="00000000">
            <w:r>
              <w:rPr>
                <w:sz w:val="15"/>
              </w:rPr>
              <w:t>Öğrenciler için erişilebilir ve etkin akademik danışmanlık mekanizmaları bulunmaktadır.</w:t>
            </w:r>
          </w:p>
        </w:tc>
        <w:tc>
          <w:tcPr>
            <w:tcW w:w="2085" w:type="dxa"/>
            <w:vAlign w:val="center"/>
          </w:tcPr>
          <w:p w14:paraId="217D4BA6" w14:textId="77777777" w:rsidR="001C2747" w:rsidRDefault="001C2747"/>
        </w:tc>
        <w:tc>
          <w:tcPr>
            <w:tcW w:w="2085" w:type="dxa"/>
            <w:vAlign w:val="center"/>
          </w:tcPr>
          <w:p w14:paraId="5ECBD540" w14:textId="77777777" w:rsidR="001C2747" w:rsidRDefault="001C2747"/>
        </w:tc>
        <w:tc>
          <w:tcPr>
            <w:tcW w:w="2085" w:type="dxa"/>
            <w:vAlign w:val="center"/>
          </w:tcPr>
          <w:p w14:paraId="4CC0F00F" w14:textId="77777777" w:rsidR="001C2747" w:rsidRDefault="00000000">
            <w:r>
              <w:rPr>
                <w:sz w:val="15"/>
              </w:rPr>
              <w:t>☐ K</w:t>
            </w:r>
            <w:r>
              <w:rPr>
                <w:sz w:val="15"/>
              </w:rPr>
              <w:br/>
              <w:t>☐ KK</w:t>
            </w:r>
            <w:r>
              <w:rPr>
                <w:sz w:val="15"/>
              </w:rPr>
              <w:br/>
              <w:t>☐ KM</w:t>
            </w:r>
            <w:r>
              <w:rPr>
                <w:sz w:val="15"/>
              </w:rPr>
              <w:br/>
              <w:t>☐ D</w:t>
            </w:r>
          </w:p>
        </w:tc>
      </w:tr>
      <w:tr w:rsidR="001C2747" w14:paraId="2994B389" w14:textId="77777777">
        <w:trPr>
          <w:jc w:val="center"/>
        </w:trPr>
        <w:tc>
          <w:tcPr>
            <w:tcW w:w="2085" w:type="dxa"/>
            <w:vAlign w:val="center"/>
          </w:tcPr>
          <w:p w14:paraId="7482F032" w14:textId="77777777" w:rsidR="001C2747" w:rsidRDefault="00000000">
            <w:r>
              <w:rPr>
                <w:sz w:val="15"/>
              </w:rPr>
              <w:t>6.2</w:t>
            </w:r>
          </w:p>
        </w:tc>
        <w:tc>
          <w:tcPr>
            <w:tcW w:w="2085" w:type="dxa"/>
            <w:vAlign w:val="center"/>
          </w:tcPr>
          <w:p w14:paraId="5E459F28" w14:textId="77777777" w:rsidR="001C2747" w:rsidRDefault="00000000">
            <w:r>
              <w:rPr>
                <w:sz w:val="15"/>
              </w:rPr>
              <w:t>Öğrencilerin kariyer ve mesleki gelişimini destekleyen uygulamalar bulunmaktadır.</w:t>
            </w:r>
          </w:p>
        </w:tc>
        <w:tc>
          <w:tcPr>
            <w:tcW w:w="2085" w:type="dxa"/>
            <w:vAlign w:val="center"/>
          </w:tcPr>
          <w:p w14:paraId="2FF79813" w14:textId="77777777" w:rsidR="001C2747" w:rsidRDefault="001C2747"/>
        </w:tc>
        <w:tc>
          <w:tcPr>
            <w:tcW w:w="2085" w:type="dxa"/>
            <w:vAlign w:val="center"/>
          </w:tcPr>
          <w:p w14:paraId="4891E2E0" w14:textId="77777777" w:rsidR="001C2747" w:rsidRDefault="001C2747"/>
        </w:tc>
        <w:tc>
          <w:tcPr>
            <w:tcW w:w="2085" w:type="dxa"/>
            <w:vAlign w:val="center"/>
          </w:tcPr>
          <w:p w14:paraId="1FB97A47" w14:textId="77777777" w:rsidR="001C2747" w:rsidRDefault="00000000">
            <w:r>
              <w:rPr>
                <w:sz w:val="15"/>
              </w:rPr>
              <w:t>☐ K</w:t>
            </w:r>
            <w:r>
              <w:rPr>
                <w:sz w:val="15"/>
              </w:rPr>
              <w:br/>
              <w:t>☐ KK</w:t>
            </w:r>
            <w:r>
              <w:rPr>
                <w:sz w:val="15"/>
              </w:rPr>
              <w:br/>
              <w:t>☐ KM</w:t>
            </w:r>
            <w:r>
              <w:rPr>
                <w:sz w:val="15"/>
              </w:rPr>
              <w:br/>
              <w:t>☐ D</w:t>
            </w:r>
          </w:p>
        </w:tc>
      </w:tr>
      <w:tr w:rsidR="001C2747" w14:paraId="4FD37525" w14:textId="77777777">
        <w:trPr>
          <w:jc w:val="center"/>
        </w:trPr>
        <w:tc>
          <w:tcPr>
            <w:tcW w:w="2085" w:type="dxa"/>
            <w:vAlign w:val="center"/>
          </w:tcPr>
          <w:p w14:paraId="48B85C05" w14:textId="77777777" w:rsidR="001C2747" w:rsidRDefault="00000000">
            <w:r>
              <w:rPr>
                <w:sz w:val="15"/>
              </w:rPr>
              <w:t>6.3</w:t>
            </w:r>
          </w:p>
        </w:tc>
        <w:tc>
          <w:tcPr>
            <w:tcW w:w="2085" w:type="dxa"/>
            <w:vAlign w:val="center"/>
          </w:tcPr>
          <w:p w14:paraId="63AF1012" w14:textId="77777777" w:rsidR="001C2747" w:rsidRDefault="00000000">
            <w:r>
              <w:rPr>
                <w:sz w:val="15"/>
              </w:rPr>
              <w:t>Yeni öğrencilerin programa ve Üniversiteye uyumunu destekleyen mekanizmalar bulunmaktadır.</w:t>
            </w:r>
          </w:p>
        </w:tc>
        <w:tc>
          <w:tcPr>
            <w:tcW w:w="2085" w:type="dxa"/>
            <w:vAlign w:val="center"/>
          </w:tcPr>
          <w:p w14:paraId="4E085DBA" w14:textId="77777777" w:rsidR="001C2747" w:rsidRDefault="001C2747"/>
        </w:tc>
        <w:tc>
          <w:tcPr>
            <w:tcW w:w="2085" w:type="dxa"/>
            <w:vAlign w:val="center"/>
          </w:tcPr>
          <w:p w14:paraId="32008495" w14:textId="77777777" w:rsidR="001C2747" w:rsidRDefault="001C2747"/>
        </w:tc>
        <w:tc>
          <w:tcPr>
            <w:tcW w:w="2085" w:type="dxa"/>
            <w:vAlign w:val="center"/>
          </w:tcPr>
          <w:p w14:paraId="58EB2411" w14:textId="77777777" w:rsidR="001C2747" w:rsidRDefault="00000000">
            <w:r>
              <w:rPr>
                <w:sz w:val="15"/>
              </w:rPr>
              <w:t>☐ K</w:t>
            </w:r>
            <w:r>
              <w:rPr>
                <w:sz w:val="15"/>
              </w:rPr>
              <w:br/>
              <w:t>☐ KK</w:t>
            </w:r>
            <w:r>
              <w:rPr>
                <w:sz w:val="15"/>
              </w:rPr>
              <w:br/>
              <w:t>☐ KM</w:t>
            </w:r>
            <w:r>
              <w:rPr>
                <w:sz w:val="15"/>
              </w:rPr>
              <w:br/>
              <w:t>☐ D</w:t>
            </w:r>
          </w:p>
        </w:tc>
      </w:tr>
      <w:tr w:rsidR="001C2747" w14:paraId="1E6C6899" w14:textId="77777777">
        <w:trPr>
          <w:jc w:val="center"/>
        </w:trPr>
        <w:tc>
          <w:tcPr>
            <w:tcW w:w="2085" w:type="dxa"/>
            <w:vAlign w:val="center"/>
          </w:tcPr>
          <w:p w14:paraId="7E41E587" w14:textId="77777777" w:rsidR="001C2747" w:rsidRDefault="00000000">
            <w:r>
              <w:rPr>
                <w:sz w:val="15"/>
              </w:rPr>
              <w:t>6.4</w:t>
            </w:r>
          </w:p>
        </w:tc>
        <w:tc>
          <w:tcPr>
            <w:tcW w:w="2085" w:type="dxa"/>
            <w:vAlign w:val="center"/>
          </w:tcPr>
          <w:p w14:paraId="410F6B1F" w14:textId="77777777" w:rsidR="001C2747" w:rsidRDefault="00000000">
            <w:r>
              <w:rPr>
                <w:sz w:val="15"/>
              </w:rPr>
              <w:t>Öğrencilerin program hakkındaki görüş ve önerilerini iletebilecekleri mekanizmalar bulunmaktadır.</w:t>
            </w:r>
          </w:p>
        </w:tc>
        <w:tc>
          <w:tcPr>
            <w:tcW w:w="2085" w:type="dxa"/>
            <w:vAlign w:val="center"/>
          </w:tcPr>
          <w:p w14:paraId="078D6081" w14:textId="77777777" w:rsidR="001C2747" w:rsidRDefault="001C2747"/>
        </w:tc>
        <w:tc>
          <w:tcPr>
            <w:tcW w:w="2085" w:type="dxa"/>
            <w:vAlign w:val="center"/>
          </w:tcPr>
          <w:p w14:paraId="55BBD8FA" w14:textId="77777777" w:rsidR="001C2747" w:rsidRDefault="001C2747"/>
        </w:tc>
        <w:tc>
          <w:tcPr>
            <w:tcW w:w="2085" w:type="dxa"/>
            <w:vAlign w:val="center"/>
          </w:tcPr>
          <w:p w14:paraId="227FDDCB" w14:textId="77777777" w:rsidR="001C2747" w:rsidRDefault="00000000">
            <w:r>
              <w:rPr>
                <w:sz w:val="15"/>
              </w:rPr>
              <w:t>☐ K</w:t>
            </w:r>
            <w:r>
              <w:rPr>
                <w:sz w:val="15"/>
              </w:rPr>
              <w:br/>
              <w:t>☐ KK</w:t>
            </w:r>
            <w:r>
              <w:rPr>
                <w:sz w:val="15"/>
              </w:rPr>
              <w:br/>
              <w:t>☐ KM</w:t>
            </w:r>
            <w:r>
              <w:rPr>
                <w:sz w:val="15"/>
              </w:rPr>
              <w:br/>
              <w:t>☐ D</w:t>
            </w:r>
          </w:p>
        </w:tc>
      </w:tr>
      <w:tr w:rsidR="001C2747" w14:paraId="321C4696" w14:textId="77777777">
        <w:trPr>
          <w:jc w:val="center"/>
        </w:trPr>
        <w:tc>
          <w:tcPr>
            <w:tcW w:w="2085" w:type="dxa"/>
            <w:vAlign w:val="center"/>
          </w:tcPr>
          <w:p w14:paraId="3FF583BC" w14:textId="77777777" w:rsidR="001C2747" w:rsidRDefault="00000000">
            <w:r>
              <w:rPr>
                <w:sz w:val="15"/>
              </w:rPr>
              <w:t>6.5</w:t>
            </w:r>
          </w:p>
        </w:tc>
        <w:tc>
          <w:tcPr>
            <w:tcW w:w="2085" w:type="dxa"/>
            <w:vAlign w:val="center"/>
          </w:tcPr>
          <w:p w14:paraId="48CB8815" w14:textId="77777777" w:rsidR="001C2747" w:rsidRDefault="00000000">
            <w:r>
              <w:rPr>
                <w:sz w:val="15"/>
              </w:rPr>
              <w:t>Öğrenci geri bildirimleri sistematik olarak değerlendirilmekte ve sonuçlar iyileştirme süreçlerinde kullanılmaktadır.</w:t>
            </w:r>
          </w:p>
        </w:tc>
        <w:tc>
          <w:tcPr>
            <w:tcW w:w="2085" w:type="dxa"/>
            <w:vAlign w:val="center"/>
          </w:tcPr>
          <w:p w14:paraId="43305DBA" w14:textId="77777777" w:rsidR="001C2747" w:rsidRDefault="001C2747"/>
        </w:tc>
        <w:tc>
          <w:tcPr>
            <w:tcW w:w="2085" w:type="dxa"/>
            <w:vAlign w:val="center"/>
          </w:tcPr>
          <w:p w14:paraId="31888914" w14:textId="77777777" w:rsidR="001C2747" w:rsidRDefault="001C2747"/>
        </w:tc>
        <w:tc>
          <w:tcPr>
            <w:tcW w:w="2085" w:type="dxa"/>
            <w:vAlign w:val="center"/>
          </w:tcPr>
          <w:p w14:paraId="5DFF9C4E" w14:textId="77777777" w:rsidR="001C2747" w:rsidRDefault="00000000">
            <w:r>
              <w:rPr>
                <w:sz w:val="15"/>
              </w:rPr>
              <w:t>☐ K</w:t>
            </w:r>
            <w:r>
              <w:rPr>
                <w:sz w:val="15"/>
              </w:rPr>
              <w:br/>
              <w:t>☐ KK</w:t>
            </w:r>
            <w:r>
              <w:rPr>
                <w:sz w:val="15"/>
              </w:rPr>
              <w:br/>
              <w:t>☐ KM</w:t>
            </w:r>
            <w:r>
              <w:rPr>
                <w:sz w:val="15"/>
              </w:rPr>
              <w:br/>
              <w:t>☐ D</w:t>
            </w:r>
          </w:p>
        </w:tc>
      </w:tr>
      <w:tr w:rsidR="001C2747" w14:paraId="072E20C6" w14:textId="77777777">
        <w:trPr>
          <w:jc w:val="center"/>
        </w:trPr>
        <w:tc>
          <w:tcPr>
            <w:tcW w:w="2085" w:type="dxa"/>
            <w:vAlign w:val="center"/>
          </w:tcPr>
          <w:p w14:paraId="01CCB1B4" w14:textId="77777777" w:rsidR="001C2747" w:rsidRDefault="00000000">
            <w:r>
              <w:rPr>
                <w:sz w:val="15"/>
              </w:rPr>
              <w:t>6.6</w:t>
            </w:r>
          </w:p>
        </w:tc>
        <w:tc>
          <w:tcPr>
            <w:tcW w:w="2085" w:type="dxa"/>
            <w:vAlign w:val="center"/>
          </w:tcPr>
          <w:p w14:paraId="24C9E543" w14:textId="77777777" w:rsidR="001C2747" w:rsidRDefault="00000000">
            <w:r>
              <w:rPr>
                <w:sz w:val="15"/>
              </w:rPr>
              <w:t>Öğrencilerin programın kalite ve karar alma süreçlerine katılımı desteklenmektedir.</w:t>
            </w:r>
          </w:p>
        </w:tc>
        <w:tc>
          <w:tcPr>
            <w:tcW w:w="2085" w:type="dxa"/>
            <w:vAlign w:val="center"/>
          </w:tcPr>
          <w:p w14:paraId="706D0EE2" w14:textId="77777777" w:rsidR="001C2747" w:rsidRDefault="001C2747"/>
        </w:tc>
        <w:tc>
          <w:tcPr>
            <w:tcW w:w="2085" w:type="dxa"/>
            <w:vAlign w:val="center"/>
          </w:tcPr>
          <w:p w14:paraId="22E0F940" w14:textId="77777777" w:rsidR="001C2747" w:rsidRDefault="001C2747"/>
        </w:tc>
        <w:tc>
          <w:tcPr>
            <w:tcW w:w="2085" w:type="dxa"/>
            <w:vAlign w:val="center"/>
          </w:tcPr>
          <w:p w14:paraId="2BC6DD8C" w14:textId="77777777" w:rsidR="001C2747" w:rsidRDefault="00000000">
            <w:r>
              <w:rPr>
                <w:sz w:val="15"/>
              </w:rPr>
              <w:t>☐ K</w:t>
            </w:r>
            <w:r>
              <w:rPr>
                <w:sz w:val="15"/>
              </w:rPr>
              <w:br/>
              <w:t>☐ KK</w:t>
            </w:r>
            <w:r>
              <w:rPr>
                <w:sz w:val="15"/>
              </w:rPr>
              <w:br/>
              <w:t>☐ KM</w:t>
            </w:r>
            <w:r>
              <w:rPr>
                <w:sz w:val="15"/>
              </w:rPr>
              <w:br/>
              <w:t>☐ D</w:t>
            </w:r>
          </w:p>
        </w:tc>
      </w:tr>
      <w:tr w:rsidR="001C2747" w14:paraId="1FC72523" w14:textId="77777777">
        <w:trPr>
          <w:jc w:val="center"/>
        </w:trPr>
        <w:tc>
          <w:tcPr>
            <w:tcW w:w="2085" w:type="dxa"/>
            <w:vAlign w:val="center"/>
          </w:tcPr>
          <w:p w14:paraId="0FAC0866" w14:textId="77777777" w:rsidR="001C2747" w:rsidRDefault="00000000">
            <w:r>
              <w:rPr>
                <w:sz w:val="15"/>
              </w:rPr>
              <w:t>6.7</w:t>
            </w:r>
          </w:p>
        </w:tc>
        <w:tc>
          <w:tcPr>
            <w:tcW w:w="2085" w:type="dxa"/>
            <w:vAlign w:val="center"/>
          </w:tcPr>
          <w:p w14:paraId="55CAFAEF" w14:textId="77777777" w:rsidR="001C2747" w:rsidRDefault="00000000">
            <w:r>
              <w:rPr>
                <w:sz w:val="15"/>
              </w:rPr>
              <w:t>Öğrenci hareketliliği ve farklı öğrenme deneyimlerine katılım olanakları desteklenmektedir.</w:t>
            </w:r>
          </w:p>
        </w:tc>
        <w:tc>
          <w:tcPr>
            <w:tcW w:w="2085" w:type="dxa"/>
            <w:vAlign w:val="center"/>
          </w:tcPr>
          <w:p w14:paraId="67098068" w14:textId="77777777" w:rsidR="001C2747" w:rsidRDefault="001C2747"/>
        </w:tc>
        <w:tc>
          <w:tcPr>
            <w:tcW w:w="2085" w:type="dxa"/>
            <w:vAlign w:val="center"/>
          </w:tcPr>
          <w:p w14:paraId="729010F6" w14:textId="77777777" w:rsidR="001C2747" w:rsidRDefault="001C2747"/>
        </w:tc>
        <w:tc>
          <w:tcPr>
            <w:tcW w:w="2085" w:type="dxa"/>
            <w:vAlign w:val="center"/>
          </w:tcPr>
          <w:p w14:paraId="1BE79EE3" w14:textId="77777777" w:rsidR="001C2747" w:rsidRDefault="00000000">
            <w:r>
              <w:rPr>
                <w:sz w:val="15"/>
              </w:rPr>
              <w:t>☐ K</w:t>
            </w:r>
            <w:r>
              <w:rPr>
                <w:sz w:val="15"/>
              </w:rPr>
              <w:br/>
              <w:t>☐ KK</w:t>
            </w:r>
            <w:r>
              <w:rPr>
                <w:sz w:val="15"/>
              </w:rPr>
              <w:br/>
              <w:t>☐ KM</w:t>
            </w:r>
            <w:r>
              <w:rPr>
                <w:sz w:val="15"/>
              </w:rPr>
              <w:br/>
              <w:t>☐ D</w:t>
            </w:r>
          </w:p>
        </w:tc>
      </w:tr>
    </w:tbl>
    <w:p w14:paraId="35E86BCF" w14:textId="77777777" w:rsidR="001C2747" w:rsidRDefault="001C2747">
      <w:pPr>
        <w:spacing w:after="0"/>
      </w:pPr>
    </w:p>
    <w:p w14:paraId="307CB19A" w14:textId="77777777" w:rsidR="001C2747" w:rsidRDefault="00000000">
      <w:pPr>
        <w:pStyle w:val="Balk2"/>
        <w:spacing w:before="120" w:after="60"/>
      </w:pPr>
      <w:r>
        <w:lastRenderedPageBreak/>
        <w:t>7. AKADEMİK KADRO VE ALTYAPI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02B3F15E" w14:textId="77777777">
        <w:trPr>
          <w:tblHeader/>
          <w:jc w:val="center"/>
        </w:trPr>
        <w:tc>
          <w:tcPr>
            <w:tcW w:w="2085" w:type="dxa"/>
            <w:shd w:val="clear" w:color="auto" w:fill="D9E2F3"/>
            <w:vAlign w:val="center"/>
          </w:tcPr>
          <w:p w14:paraId="3AB62CC6" w14:textId="77777777" w:rsidR="001C2747" w:rsidRDefault="00000000">
            <w:r>
              <w:rPr>
                <w:b/>
                <w:sz w:val="15"/>
              </w:rPr>
              <w:t>No</w:t>
            </w:r>
          </w:p>
        </w:tc>
        <w:tc>
          <w:tcPr>
            <w:tcW w:w="2085" w:type="dxa"/>
            <w:shd w:val="clear" w:color="auto" w:fill="D9E2F3"/>
            <w:vAlign w:val="center"/>
          </w:tcPr>
          <w:p w14:paraId="79E07ADF" w14:textId="77777777" w:rsidR="001C2747" w:rsidRDefault="00000000">
            <w:r>
              <w:rPr>
                <w:b/>
                <w:sz w:val="15"/>
              </w:rPr>
              <w:t>Öz Değerlendirme Ölçütü</w:t>
            </w:r>
          </w:p>
        </w:tc>
        <w:tc>
          <w:tcPr>
            <w:tcW w:w="2085" w:type="dxa"/>
            <w:shd w:val="clear" w:color="auto" w:fill="D9E2F3"/>
            <w:vAlign w:val="center"/>
          </w:tcPr>
          <w:p w14:paraId="33D6C023" w14:textId="77777777" w:rsidR="001C2747" w:rsidRDefault="00000000">
            <w:r>
              <w:rPr>
                <w:b/>
                <w:sz w:val="15"/>
              </w:rPr>
              <w:t>Programın Mevcut Durumu / Açıklaması</w:t>
            </w:r>
          </w:p>
        </w:tc>
        <w:tc>
          <w:tcPr>
            <w:tcW w:w="2085" w:type="dxa"/>
            <w:shd w:val="clear" w:color="auto" w:fill="D9E2F3"/>
            <w:vAlign w:val="center"/>
          </w:tcPr>
          <w:p w14:paraId="5095D3C2" w14:textId="77777777" w:rsidR="001C2747" w:rsidRDefault="00000000">
            <w:r>
              <w:rPr>
                <w:b/>
                <w:sz w:val="15"/>
              </w:rPr>
              <w:t>Sunulan Kanıt(lar)</w:t>
            </w:r>
          </w:p>
        </w:tc>
        <w:tc>
          <w:tcPr>
            <w:tcW w:w="2085" w:type="dxa"/>
            <w:shd w:val="clear" w:color="auto" w:fill="D9E2F3"/>
            <w:vAlign w:val="center"/>
          </w:tcPr>
          <w:p w14:paraId="1EE99989" w14:textId="77777777" w:rsidR="001C2747" w:rsidRDefault="00000000">
            <w:r>
              <w:rPr>
                <w:b/>
                <w:sz w:val="15"/>
              </w:rPr>
              <w:t>Programın Öz Değerlendirmesi</w:t>
            </w:r>
          </w:p>
        </w:tc>
      </w:tr>
      <w:tr w:rsidR="001C2747" w14:paraId="63A880EA" w14:textId="77777777">
        <w:trPr>
          <w:jc w:val="center"/>
        </w:trPr>
        <w:tc>
          <w:tcPr>
            <w:tcW w:w="2085" w:type="dxa"/>
            <w:vAlign w:val="center"/>
          </w:tcPr>
          <w:p w14:paraId="4C3F5965" w14:textId="77777777" w:rsidR="001C2747" w:rsidRDefault="00000000">
            <w:r>
              <w:rPr>
                <w:sz w:val="15"/>
              </w:rPr>
              <w:t>7.1</w:t>
            </w:r>
          </w:p>
        </w:tc>
        <w:tc>
          <w:tcPr>
            <w:tcW w:w="2085" w:type="dxa"/>
            <w:vAlign w:val="center"/>
          </w:tcPr>
          <w:p w14:paraId="35556504" w14:textId="77777777" w:rsidR="001C2747" w:rsidRDefault="00000000">
            <w:r>
              <w:rPr>
                <w:sz w:val="15"/>
              </w:rPr>
              <w:t>Akademik kadronun sayısı ve uzmanlık dağılımı programın eğitim-öğretim faaliyetlerini yürütmek için yeterlidir.</w:t>
            </w:r>
          </w:p>
        </w:tc>
        <w:tc>
          <w:tcPr>
            <w:tcW w:w="2085" w:type="dxa"/>
            <w:vAlign w:val="center"/>
          </w:tcPr>
          <w:p w14:paraId="28111575" w14:textId="77777777" w:rsidR="001C2747" w:rsidRDefault="001C2747"/>
        </w:tc>
        <w:tc>
          <w:tcPr>
            <w:tcW w:w="2085" w:type="dxa"/>
            <w:vAlign w:val="center"/>
          </w:tcPr>
          <w:p w14:paraId="3270FC87" w14:textId="77777777" w:rsidR="001C2747" w:rsidRDefault="001C2747"/>
        </w:tc>
        <w:tc>
          <w:tcPr>
            <w:tcW w:w="2085" w:type="dxa"/>
            <w:vAlign w:val="center"/>
          </w:tcPr>
          <w:p w14:paraId="33948469" w14:textId="77777777" w:rsidR="001C2747" w:rsidRDefault="00000000">
            <w:r>
              <w:rPr>
                <w:sz w:val="15"/>
              </w:rPr>
              <w:t>☐ K</w:t>
            </w:r>
            <w:r>
              <w:rPr>
                <w:sz w:val="15"/>
              </w:rPr>
              <w:br/>
              <w:t>☐ KK</w:t>
            </w:r>
            <w:r>
              <w:rPr>
                <w:sz w:val="15"/>
              </w:rPr>
              <w:br/>
              <w:t>☐ KM</w:t>
            </w:r>
            <w:r>
              <w:rPr>
                <w:sz w:val="15"/>
              </w:rPr>
              <w:br/>
              <w:t>☐ D</w:t>
            </w:r>
          </w:p>
        </w:tc>
      </w:tr>
      <w:tr w:rsidR="001C2747" w14:paraId="2A882EE9" w14:textId="77777777">
        <w:trPr>
          <w:jc w:val="center"/>
        </w:trPr>
        <w:tc>
          <w:tcPr>
            <w:tcW w:w="2085" w:type="dxa"/>
            <w:vAlign w:val="center"/>
          </w:tcPr>
          <w:p w14:paraId="526689DE" w14:textId="77777777" w:rsidR="001C2747" w:rsidRDefault="00000000">
            <w:r>
              <w:rPr>
                <w:sz w:val="15"/>
              </w:rPr>
              <w:t>7.2</w:t>
            </w:r>
          </w:p>
        </w:tc>
        <w:tc>
          <w:tcPr>
            <w:tcW w:w="2085" w:type="dxa"/>
            <w:vAlign w:val="center"/>
          </w:tcPr>
          <w:p w14:paraId="42C3E2F7" w14:textId="77777777" w:rsidR="001C2747" w:rsidRDefault="00000000">
            <w:r>
              <w:rPr>
                <w:sz w:val="15"/>
              </w:rPr>
              <w:t>Ders görevlendirmelerinde öğretim elemanlarının uzmanlık alanları dikkate alınmaktadır.</w:t>
            </w:r>
          </w:p>
        </w:tc>
        <w:tc>
          <w:tcPr>
            <w:tcW w:w="2085" w:type="dxa"/>
            <w:vAlign w:val="center"/>
          </w:tcPr>
          <w:p w14:paraId="6FE6E4FC" w14:textId="77777777" w:rsidR="001C2747" w:rsidRDefault="001C2747"/>
        </w:tc>
        <w:tc>
          <w:tcPr>
            <w:tcW w:w="2085" w:type="dxa"/>
            <w:vAlign w:val="center"/>
          </w:tcPr>
          <w:p w14:paraId="07EB8DCA" w14:textId="77777777" w:rsidR="001C2747" w:rsidRDefault="001C2747"/>
        </w:tc>
        <w:tc>
          <w:tcPr>
            <w:tcW w:w="2085" w:type="dxa"/>
            <w:vAlign w:val="center"/>
          </w:tcPr>
          <w:p w14:paraId="72AB23C5" w14:textId="77777777" w:rsidR="001C2747" w:rsidRDefault="00000000">
            <w:r>
              <w:rPr>
                <w:sz w:val="15"/>
              </w:rPr>
              <w:t>☐ K</w:t>
            </w:r>
            <w:r>
              <w:rPr>
                <w:sz w:val="15"/>
              </w:rPr>
              <w:br/>
              <w:t>☐ KK</w:t>
            </w:r>
            <w:r>
              <w:rPr>
                <w:sz w:val="15"/>
              </w:rPr>
              <w:br/>
              <w:t>☐ KM</w:t>
            </w:r>
            <w:r>
              <w:rPr>
                <w:sz w:val="15"/>
              </w:rPr>
              <w:br/>
              <w:t>☐ D</w:t>
            </w:r>
          </w:p>
        </w:tc>
      </w:tr>
      <w:tr w:rsidR="001C2747" w14:paraId="31A7B0B9" w14:textId="77777777">
        <w:trPr>
          <w:jc w:val="center"/>
        </w:trPr>
        <w:tc>
          <w:tcPr>
            <w:tcW w:w="2085" w:type="dxa"/>
            <w:vAlign w:val="center"/>
          </w:tcPr>
          <w:p w14:paraId="457C5B50" w14:textId="77777777" w:rsidR="001C2747" w:rsidRDefault="00000000">
            <w:r>
              <w:rPr>
                <w:sz w:val="15"/>
              </w:rPr>
              <w:t>7.3</w:t>
            </w:r>
          </w:p>
        </w:tc>
        <w:tc>
          <w:tcPr>
            <w:tcW w:w="2085" w:type="dxa"/>
            <w:vAlign w:val="center"/>
          </w:tcPr>
          <w:p w14:paraId="4EC7EE85" w14:textId="77777777" w:rsidR="001C2747" w:rsidRDefault="00000000">
            <w:r>
              <w:rPr>
                <w:sz w:val="15"/>
              </w:rPr>
              <w:t>Akademik personelin mesleki ve eğitsel gelişimi desteklenmektedir.</w:t>
            </w:r>
          </w:p>
        </w:tc>
        <w:tc>
          <w:tcPr>
            <w:tcW w:w="2085" w:type="dxa"/>
            <w:vAlign w:val="center"/>
          </w:tcPr>
          <w:p w14:paraId="671631B7" w14:textId="77777777" w:rsidR="001C2747" w:rsidRDefault="001C2747"/>
        </w:tc>
        <w:tc>
          <w:tcPr>
            <w:tcW w:w="2085" w:type="dxa"/>
            <w:vAlign w:val="center"/>
          </w:tcPr>
          <w:p w14:paraId="597E2BAC" w14:textId="77777777" w:rsidR="001C2747" w:rsidRDefault="001C2747"/>
        </w:tc>
        <w:tc>
          <w:tcPr>
            <w:tcW w:w="2085" w:type="dxa"/>
            <w:vAlign w:val="center"/>
          </w:tcPr>
          <w:p w14:paraId="585E386E" w14:textId="77777777" w:rsidR="001C2747" w:rsidRDefault="00000000">
            <w:r>
              <w:rPr>
                <w:sz w:val="15"/>
              </w:rPr>
              <w:t>☐ K</w:t>
            </w:r>
            <w:r>
              <w:rPr>
                <w:sz w:val="15"/>
              </w:rPr>
              <w:br/>
              <w:t>☐ KK</w:t>
            </w:r>
            <w:r>
              <w:rPr>
                <w:sz w:val="15"/>
              </w:rPr>
              <w:br/>
              <w:t>☐ KM</w:t>
            </w:r>
            <w:r>
              <w:rPr>
                <w:sz w:val="15"/>
              </w:rPr>
              <w:br/>
              <w:t>☐ D</w:t>
            </w:r>
          </w:p>
        </w:tc>
      </w:tr>
      <w:tr w:rsidR="001C2747" w14:paraId="2A13D75E" w14:textId="77777777">
        <w:trPr>
          <w:jc w:val="center"/>
        </w:trPr>
        <w:tc>
          <w:tcPr>
            <w:tcW w:w="2085" w:type="dxa"/>
            <w:vAlign w:val="center"/>
          </w:tcPr>
          <w:p w14:paraId="09337E1B" w14:textId="77777777" w:rsidR="001C2747" w:rsidRDefault="00000000">
            <w:r>
              <w:rPr>
                <w:sz w:val="15"/>
              </w:rPr>
              <w:t>7.4</w:t>
            </w:r>
          </w:p>
        </w:tc>
        <w:tc>
          <w:tcPr>
            <w:tcW w:w="2085" w:type="dxa"/>
            <w:vAlign w:val="center"/>
          </w:tcPr>
          <w:p w14:paraId="17797D92" w14:textId="77777777" w:rsidR="001C2747" w:rsidRDefault="00000000">
            <w:r>
              <w:rPr>
                <w:sz w:val="15"/>
              </w:rPr>
              <w:t>Programın eğitim-öğretim faaliyetlerini destekleyen fiziksel, teknolojik ve/veya uygulama altyapısı yeterlidir.</w:t>
            </w:r>
          </w:p>
        </w:tc>
        <w:tc>
          <w:tcPr>
            <w:tcW w:w="2085" w:type="dxa"/>
            <w:vAlign w:val="center"/>
          </w:tcPr>
          <w:p w14:paraId="2AD30083" w14:textId="77777777" w:rsidR="001C2747" w:rsidRDefault="001C2747"/>
        </w:tc>
        <w:tc>
          <w:tcPr>
            <w:tcW w:w="2085" w:type="dxa"/>
            <w:vAlign w:val="center"/>
          </w:tcPr>
          <w:p w14:paraId="7BC77D73" w14:textId="77777777" w:rsidR="001C2747" w:rsidRDefault="001C2747"/>
        </w:tc>
        <w:tc>
          <w:tcPr>
            <w:tcW w:w="2085" w:type="dxa"/>
            <w:vAlign w:val="center"/>
          </w:tcPr>
          <w:p w14:paraId="2F249924" w14:textId="77777777" w:rsidR="001C2747" w:rsidRDefault="00000000">
            <w:r>
              <w:rPr>
                <w:sz w:val="15"/>
              </w:rPr>
              <w:t>☐ K</w:t>
            </w:r>
            <w:r>
              <w:rPr>
                <w:sz w:val="15"/>
              </w:rPr>
              <w:br/>
              <w:t>☐ KK</w:t>
            </w:r>
            <w:r>
              <w:rPr>
                <w:sz w:val="15"/>
              </w:rPr>
              <w:br/>
              <w:t>☐ KM</w:t>
            </w:r>
            <w:r>
              <w:rPr>
                <w:sz w:val="15"/>
              </w:rPr>
              <w:br/>
              <w:t>☐ D</w:t>
            </w:r>
          </w:p>
        </w:tc>
      </w:tr>
      <w:tr w:rsidR="001C2747" w14:paraId="5EC6112B" w14:textId="77777777">
        <w:trPr>
          <w:jc w:val="center"/>
        </w:trPr>
        <w:tc>
          <w:tcPr>
            <w:tcW w:w="2085" w:type="dxa"/>
            <w:vAlign w:val="center"/>
          </w:tcPr>
          <w:p w14:paraId="5639EA18" w14:textId="77777777" w:rsidR="001C2747" w:rsidRDefault="00000000">
            <w:r>
              <w:rPr>
                <w:sz w:val="15"/>
              </w:rPr>
              <w:t>7.5</w:t>
            </w:r>
          </w:p>
        </w:tc>
        <w:tc>
          <w:tcPr>
            <w:tcW w:w="2085" w:type="dxa"/>
            <w:vAlign w:val="center"/>
          </w:tcPr>
          <w:p w14:paraId="06D6765C" w14:textId="77777777" w:rsidR="001C2747" w:rsidRDefault="00000000">
            <w:r>
              <w:rPr>
                <w:sz w:val="15"/>
              </w:rPr>
              <w:t>Öğrencilerin ihtiyaç duydukları bilgi kaynakları, dijital kaynaklar ve öğrenme ortamlarına erişimi sağlanmaktadır.</w:t>
            </w:r>
          </w:p>
        </w:tc>
        <w:tc>
          <w:tcPr>
            <w:tcW w:w="2085" w:type="dxa"/>
            <w:vAlign w:val="center"/>
          </w:tcPr>
          <w:p w14:paraId="6C876084" w14:textId="77777777" w:rsidR="001C2747" w:rsidRDefault="001C2747"/>
        </w:tc>
        <w:tc>
          <w:tcPr>
            <w:tcW w:w="2085" w:type="dxa"/>
            <w:vAlign w:val="center"/>
          </w:tcPr>
          <w:p w14:paraId="208E9188" w14:textId="77777777" w:rsidR="001C2747" w:rsidRDefault="001C2747"/>
        </w:tc>
        <w:tc>
          <w:tcPr>
            <w:tcW w:w="2085" w:type="dxa"/>
            <w:vAlign w:val="center"/>
          </w:tcPr>
          <w:p w14:paraId="1871BF56" w14:textId="77777777" w:rsidR="001C2747" w:rsidRDefault="00000000">
            <w:r>
              <w:rPr>
                <w:sz w:val="15"/>
              </w:rPr>
              <w:t>☐ K</w:t>
            </w:r>
            <w:r>
              <w:rPr>
                <w:sz w:val="15"/>
              </w:rPr>
              <w:br/>
              <w:t>☐ KK</w:t>
            </w:r>
            <w:r>
              <w:rPr>
                <w:sz w:val="15"/>
              </w:rPr>
              <w:br/>
              <w:t>☐ KM</w:t>
            </w:r>
            <w:r>
              <w:rPr>
                <w:sz w:val="15"/>
              </w:rPr>
              <w:br/>
              <w:t>☐ D</w:t>
            </w:r>
          </w:p>
        </w:tc>
      </w:tr>
      <w:tr w:rsidR="001C2747" w14:paraId="279D7BF7" w14:textId="77777777">
        <w:trPr>
          <w:jc w:val="center"/>
        </w:trPr>
        <w:tc>
          <w:tcPr>
            <w:tcW w:w="2085" w:type="dxa"/>
            <w:vAlign w:val="center"/>
          </w:tcPr>
          <w:p w14:paraId="6F8D9109" w14:textId="77777777" w:rsidR="001C2747" w:rsidRDefault="00000000">
            <w:r>
              <w:rPr>
                <w:sz w:val="15"/>
              </w:rPr>
              <w:t>7.6</w:t>
            </w:r>
          </w:p>
        </w:tc>
        <w:tc>
          <w:tcPr>
            <w:tcW w:w="2085" w:type="dxa"/>
            <w:vAlign w:val="center"/>
          </w:tcPr>
          <w:p w14:paraId="2501EE1F" w14:textId="77777777" w:rsidR="001C2747" w:rsidRDefault="00000000">
            <w:r>
              <w:rPr>
                <w:sz w:val="15"/>
              </w:rPr>
              <w:t>Altyapı ve kaynakların yeterliliği düzenli olarak değerlendirilmekte ve ihtiyaçlar doğrultusunda iyileştirilmektedir.</w:t>
            </w:r>
          </w:p>
        </w:tc>
        <w:tc>
          <w:tcPr>
            <w:tcW w:w="2085" w:type="dxa"/>
            <w:vAlign w:val="center"/>
          </w:tcPr>
          <w:p w14:paraId="5618EBCF" w14:textId="77777777" w:rsidR="001C2747" w:rsidRDefault="001C2747"/>
        </w:tc>
        <w:tc>
          <w:tcPr>
            <w:tcW w:w="2085" w:type="dxa"/>
            <w:vAlign w:val="center"/>
          </w:tcPr>
          <w:p w14:paraId="151B4828" w14:textId="77777777" w:rsidR="001C2747" w:rsidRDefault="001C2747"/>
        </w:tc>
        <w:tc>
          <w:tcPr>
            <w:tcW w:w="2085" w:type="dxa"/>
            <w:vAlign w:val="center"/>
          </w:tcPr>
          <w:p w14:paraId="52ABE5D8" w14:textId="77777777" w:rsidR="001C2747" w:rsidRDefault="00000000">
            <w:r>
              <w:rPr>
                <w:sz w:val="15"/>
              </w:rPr>
              <w:t>☐ K</w:t>
            </w:r>
            <w:r>
              <w:rPr>
                <w:sz w:val="15"/>
              </w:rPr>
              <w:br/>
              <w:t>☐ KK</w:t>
            </w:r>
            <w:r>
              <w:rPr>
                <w:sz w:val="15"/>
              </w:rPr>
              <w:br/>
              <w:t>☐ KM</w:t>
            </w:r>
            <w:r>
              <w:rPr>
                <w:sz w:val="15"/>
              </w:rPr>
              <w:br/>
              <w:t>☐ D</w:t>
            </w:r>
          </w:p>
        </w:tc>
      </w:tr>
    </w:tbl>
    <w:p w14:paraId="5FA98D2B" w14:textId="77777777" w:rsidR="001C2747" w:rsidRDefault="001C2747">
      <w:pPr>
        <w:spacing w:after="0"/>
      </w:pPr>
    </w:p>
    <w:p w14:paraId="06998DAE" w14:textId="77777777" w:rsidR="001C2747" w:rsidRDefault="00000000">
      <w:pPr>
        <w:pStyle w:val="Balk2"/>
        <w:spacing w:before="120" w:after="60"/>
      </w:pPr>
      <w:r>
        <w:t>8. İÇ VE DIŞ PAYDAŞ KATILIMI</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76FD94A8" w14:textId="77777777">
        <w:trPr>
          <w:tblHeader/>
          <w:jc w:val="center"/>
        </w:trPr>
        <w:tc>
          <w:tcPr>
            <w:tcW w:w="2085" w:type="dxa"/>
            <w:shd w:val="clear" w:color="auto" w:fill="D9E2F3"/>
            <w:vAlign w:val="center"/>
          </w:tcPr>
          <w:p w14:paraId="4BDD04A2" w14:textId="77777777" w:rsidR="001C2747" w:rsidRDefault="00000000">
            <w:r>
              <w:rPr>
                <w:b/>
                <w:sz w:val="15"/>
              </w:rPr>
              <w:t>No</w:t>
            </w:r>
          </w:p>
        </w:tc>
        <w:tc>
          <w:tcPr>
            <w:tcW w:w="2085" w:type="dxa"/>
            <w:shd w:val="clear" w:color="auto" w:fill="D9E2F3"/>
            <w:vAlign w:val="center"/>
          </w:tcPr>
          <w:p w14:paraId="79078C12" w14:textId="77777777" w:rsidR="001C2747" w:rsidRDefault="00000000">
            <w:r>
              <w:rPr>
                <w:b/>
                <w:sz w:val="15"/>
              </w:rPr>
              <w:t>Öz Değerlendirme Ölçütü</w:t>
            </w:r>
          </w:p>
        </w:tc>
        <w:tc>
          <w:tcPr>
            <w:tcW w:w="2085" w:type="dxa"/>
            <w:shd w:val="clear" w:color="auto" w:fill="D9E2F3"/>
            <w:vAlign w:val="center"/>
          </w:tcPr>
          <w:p w14:paraId="31958AD9" w14:textId="77777777" w:rsidR="001C2747" w:rsidRDefault="00000000">
            <w:r>
              <w:rPr>
                <w:b/>
                <w:sz w:val="15"/>
              </w:rPr>
              <w:t>Programın Mevcut Durumu / Açıklaması</w:t>
            </w:r>
          </w:p>
        </w:tc>
        <w:tc>
          <w:tcPr>
            <w:tcW w:w="2085" w:type="dxa"/>
            <w:shd w:val="clear" w:color="auto" w:fill="D9E2F3"/>
            <w:vAlign w:val="center"/>
          </w:tcPr>
          <w:p w14:paraId="50FC677F" w14:textId="77777777" w:rsidR="001C2747" w:rsidRDefault="00000000">
            <w:r>
              <w:rPr>
                <w:b/>
                <w:sz w:val="15"/>
              </w:rPr>
              <w:t>Sunulan Kanıt(lar)</w:t>
            </w:r>
          </w:p>
        </w:tc>
        <w:tc>
          <w:tcPr>
            <w:tcW w:w="2085" w:type="dxa"/>
            <w:shd w:val="clear" w:color="auto" w:fill="D9E2F3"/>
            <w:vAlign w:val="center"/>
          </w:tcPr>
          <w:p w14:paraId="7E1B439B" w14:textId="77777777" w:rsidR="001C2747" w:rsidRDefault="00000000">
            <w:r>
              <w:rPr>
                <w:b/>
                <w:sz w:val="15"/>
              </w:rPr>
              <w:t>Programın Öz Değerlendirmesi</w:t>
            </w:r>
          </w:p>
        </w:tc>
      </w:tr>
      <w:tr w:rsidR="001C2747" w14:paraId="519A9F01" w14:textId="77777777">
        <w:trPr>
          <w:jc w:val="center"/>
        </w:trPr>
        <w:tc>
          <w:tcPr>
            <w:tcW w:w="2085" w:type="dxa"/>
            <w:vAlign w:val="center"/>
          </w:tcPr>
          <w:p w14:paraId="793CDAE7" w14:textId="77777777" w:rsidR="001C2747" w:rsidRDefault="00000000">
            <w:r>
              <w:rPr>
                <w:sz w:val="15"/>
              </w:rPr>
              <w:t>8.1</w:t>
            </w:r>
          </w:p>
        </w:tc>
        <w:tc>
          <w:tcPr>
            <w:tcW w:w="2085" w:type="dxa"/>
            <w:vAlign w:val="center"/>
          </w:tcPr>
          <w:p w14:paraId="2EA6C316" w14:textId="77777777" w:rsidR="001C2747" w:rsidRDefault="00000000">
            <w:r>
              <w:rPr>
                <w:sz w:val="15"/>
              </w:rPr>
              <w:t>Programın ilgili iç ve dış paydaşları tanımlanmıştır.</w:t>
            </w:r>
          </w:p>
        </w:tc>
        <w:tc>
          <w:tcPr>
            <w:tcW w:w="2085" w:type="dxa"/>
            <w:vAlign w:val="center"/>
          </w:tcPr>
          <w:p w14:paraId="4E96DD83" w14:textId="77777777" w:rsidR="001C2747" w:rsidRDefault="001C2747"/>
        </w:tc>
        <w:tc>
          <w:tcPr>
            <w:tcW w:w="2085" w:type="dxa"/>
            <w:vAlign w:val="center"/>
          </w:tcPr>
          <w:p w14:paraId="0CBCBF1D" w14:textId="77777777" w:rsidR="001C2747" w:rsidRDefault="001C2747"/>
        </w:tc>
        <w:tc>
          <w:tcPr>
            <w:tcW w:w="2085" w:type="dxa"/>
            <w:vAlign w:val="center"/>
          </w:tcPr>
          <w:p w14:paraId="3FFC6AD1" w14:textId="77777777" w:rsidR="001C2747" w:rsidRDefault="00000000">
            <w:r>
              <w:rPr>
                <w:sz w:val="15"/>
              </w:rPr>
              <w:t>☐ K</w:t>
            </w:r>
            <w:r>
              <w:rPr>
                <w:sz w:val="15"/>
              </w:rPr>
              <w:br/>
              <w:t>☐ KK</w:t>
            </w:r>
            <w:r>
              <w:rPr>
                <w:sz w:val="15"/>
              </w:rPr>
              <w:br/>
              <w:t>☐ KM</w:t>
            </w:r>
            <w:r>
              <w:rPr>
                <w:sz w:val="15"/>
              </w:rPr>
              <w:br/>
              <w:t>☐ D</w:t>
            </w:r>
          </w:p>
        </w:tc>
      </w:tr>
      <w:tr w:rsidR="001C2747" w14:paraId="10F961F6" w14:textId="77777777">
        <w:trPr>
          <w:jc w:val="center"/>
        </w:trPr>
        <w:tc>
          <w:tcPr>
            <w:tcW w:w="2085" w:type="dxa"/>
            <w:vAlign w:val="center"/>
          </w:tcPr>
          <w:p w14:paraId="33D2C35A" w14:textId="77777777" w:rsidR="001C2747" w:rsidRDefault="00000000">
            <w:r>
              <w:rPr>
                <w:sz w:val="15"/>
              </w:rPr>
              <w:t>8.2</w:t>
            </w:r>
          </w:p>
        </w:tc>
        <w:tc>
          <w:tcPr>
            <w:tcW w:w="2085" w:type="dxa"/>
            <w:vAlign w:val="center"/>
          </w:tcPr>
          <w:p w14:paraId="379D334E" w14:textId="77777777" w:rsidR="001C2747" w:rsidRDefault="00000000">
            <w:r>
              <w:rPr>
                <w:sz w:val="15"/>
              </w:rPr>
              <w:t>Öğrenci görüşleri sistematik biçimde alınmaktadır.</w:t>
            </w:r>
          </w:p>
        </w:tc>
        <w:tc>
          <w:tcPr>
            <w:tcW w:w="2085" w:type="dxa"/>
            <w:vAlign w:val="center"/>
          </w:tcPr>
          <w:p w14:paraId="24C6087C" w14:textId="77777777" w:rsidR="001C2747" w:rsidRDefault="001C2747"/>
        </w:tc>
        <w:tc>
          <w:tcPr>
            <w:tcW w:w="2085" w:type="dxa"/>
            <w:vAlign w:val="center"/>
          </w:tcPr>
          <w:p w14:paraId="5C404C05" w14:textId="77777777" w:rsidR="001C2747" w:rsidRDefault="001C2747"/>
        </w:tc>
        <w:tc>
          <w:tcPr>
            <w:tcW w:w="2085" w:type="dxa"/>
            <w:vAlign w:val="center"/>
          </w:tcPr>
          <w:p w14:paraId="29B146E4" w14:textId="77777777" w:rsidR="001C2747" w:rsidRDefault="00000000">
            <w:r>
              <w:rPr>
                <w:sz w:val="15"/>
              </w:rPr>
              <w:t>☐ K</w:t>
            </w:r>
            <w:r>
              <w:rPr>
                <w:sz w:val="15"/>
              </w:rPr>
              <w:br/>
              <w:t>☐ KK</w:t>
            </w:r>
            <w:r>
              <w:rPr>
                <w:sz w:val="15"/>
              </w:rPr>
              <w:br/>
              <w:t>☐ KM</w:t>
            </w:r>
            <w:r>
              <w:rPr>
                <w:sz w:val="15"/>
              </w:rPr>
              <w:br/>
              <w:t>☐ D</w:t>
            </w:r>
          </w:p>
        </w:tc>
      </w:tr>
      <w:tr w:rsidR="001C2747" w14:paraId="211DC881" w14:textId="77777777">
        <w:trPr>
          <w:jc w:val="center"/>
        </w:trPr>
        <w:tc>
          <w:tcPr>
            <w:tcW w:w="2085" w:type="dxa"/>
            <w:vAlign w:val="center"/>
          </w:tcPr>
          <w:p w14:paraId="4A2FD8A2" w14:textId="77777777" w:rsidR="001C2747" w:rsidRDefault="00000000">
            <w:r>
              <w:rPr>
                <w:sz w:val="15"/>
              </w:rPr>
              <w:t>8.3</w:t>
            </w:r>
          </w:p>
        </w:tc>
        <w:tc>
          <w:tcPr>
            <w:tcW w:w="2085" w:type="dxa"/>
            <w:vAlign w:val="center"/>
          </w:tcPr>
          <w:p w14:paraId="28969685" w14:textId="77777777" w:rsidR="001C2747" w:rsidRDefault="00000000">
            <w:r>
              <w:rPr>
                <w:sz w:val="15"/>
              </w:rPr>
              <w:t>Mezun görüşleri ve mezunlara ilişkin veriler programın değerlendirilmesinde kullanılmaktadır.</w:t>
            </w:r>
          </w:p>
        </w:tc>
        <w:tc>
          <w:tcPr>
            <w:tcW w:w="2085" w:type="dxa"/>
            <w:vAlign w:val="center"/>
          </w:tcPr>
          <w:p w14:paraId="341933B9" w14:textId="77777777" w:rsidR="001C2747" w:rsidRDefault="001C2747"/>
        </w:tc>
        <w:tc>
          <w:tcPr>
            <w:tcW w:w="2085" w:type="dxa"/>
            <w:vAlign w:val="center"/>
          </w:tcPr>
          <w:p w14:paraId="45E21E04" w14:textId="77777777" w:rsidR="001C2747" w:rsidRDefault="001C2747"/>
        </w:tc>
        <w:tc>
          <w:tcPr>
            <w:tcW w:w="2085" w:type="dxa"/>
            <w:vAlign w:val="center"/>
          </w:tcPr>
          <w:p w14:paraId="0EA6692E" w14:textId="77777777" w:rsidR="001C2747" w:rsidRDefault="00000000">
            <w:r>
              <w:rPr>
                <w:sz w:val="15"/>
              </w:rPr>
              <w:t>☐ K</w:t>
            </w:r>
            <w:r>
              <w:rPr>
                <w:sz w:val="15"/>
              </w:rPr>
              <w:br/>
              <w:t>☐ KK</w:t>
            </w:r>
            <w:r>
              <w:rPr>
                <w:sz w:val="15"/>
              </w:rPr>
              <w:br/>
              <w:t>☐ KM</w:t>
            </w:r>
            <w:r>
              <w:rPr>
                <w:sz w:val="15"/>
              </w:rPr>
              <w:br/>
              <w:t>☐ D</w:t>
            </w:r>
          </w:p>
        </w:tc>
      </w:tr>
      <w:tr w:rsidR="001C2747" w14:paraId="22E54326" w14:textId="77777777">
        <w:trPr>
          <w:jc w:val="center"/>
        </w:trPr>
        <w:tc>
          <w:tcPr>
            <w:tcW w:w="2085" w:type="dxa"/>
            <w:vAlign w:val="center"/>
          </w:tcPr>
          <w:p w14:paraId="0EA1B896" w14:textId="77777777" w:rsidR="001C2747" w:rsidRDefault="00000000">
            <w:r>
              <w:rPr>
                <w:sz w:val="15"/>
              </w:rPr>
              <w:t>8.4</w:t>
            </w:r>
          </w:p>
        </w:tc>
        <w:tc>
          <w:tcPr>
            <w:tcW w:w="2085" w:type="dxa"/>
            <w:vAlign w:val="center"/>
          </w:tcPr>
          <w:p w14:paraId="6D32FD0D" w14:textId="77777777" w:rsidR="001C2747" w:rsidRDefault="00000000">
            <w:r>
              <w:rPr>
                <w:sz w:val="15"/>
              </w:rPr>
              <w:t>Dış paydaşların programın eğitim-öğretim süreçlerine ilişkin görüşleri alınmaktadır.</w:t>
            </w:r>
          </w:p>
        </w:tc>
        <w:tc>
          <w:tcPr>
            <w:tcW w:w="2085" w:type="dxa"/>
            <w:vAlign w:val="center"/>
          </w:tcPr>
          <w:p w14:paraId="5822BC27" w14:textId="77777777" w:rsidR="001C2747" w:rsidRDefault="001C2747"/>
        </w:tc>
        <w:tc>
          <w:tcPr>
            <w:tcW w:w="2085" w:type="dxa"/>
            <w:vAlign w:val="center"/>
          </w:tcPr>
          <w:p w14:paraId="47991BAE" w14:textId="77777777" w:rsidR="001C2747" w:rsidRDefault="001C2747"/>
        </w:tc>
        <w:tc>
          <w:tcPr>
            <w:tcW w:w="2085" w:type="dxa"/>
            <w:vAlign w:val="center"/>
          </w:tcPr>
          <w:p w14:paraId="57C7B12F" w14:textId="77777777" w:rsidR="001C2747" w:rsidRDefault="00000000">
            <w:r>
              <w:rPr>
                <w:sz w:val="15"/>
              </w:rPr>
              <w:t>☐ K</w:t>
            </w:r>
            <w:r>
              <w:rPr>
                <w:sz w:val="15"/>
              </w:rPr>
              <w:br/>
              <w:t>☐ KK</w:t>
            </w:r>
            <w:r>
              <w:rPr>
                <w:sz w:val="15"/>
              </w:rPr>
              <w:br/>
              <w:t>☐ KM</w:t>
            </w:r>
            <w:r>
              <w:rPr>
                <w:sz w:val="15"/>
              </w:rPr>
              <w:br/>
              <w:t>☐ D</w:t>
            </w:r>
          </w:p>
        </w:tc>
      </w:tr>
      <w:tr w:rsidR="001C2747" w14:paraId="47F9AB9F" w14:textId="77777777">
        <w:trPr>
          <w:jc w:val="center"/>
        </w:trPr>
        <w:tc>
          <w:tcPr>
            <w:tcW w:w="2085" w:type="dxa"/>
            <w:vAlign w:val="center"/>
          </w:tcPr>
          <w:p w14:paraId="504DD1EF" w14:textId="77777777" w:rsidR="001C2747" w:rsidRDefault="00000000">
            <w:r>
              <w:rPr>
                <w:sz w:val="15"/>
              </w:rPr>
              <w:t>8.5</w:t>
            </w:r>
          </w:p>
        </w:tc>
        <w:tc>
          <w:tcPr>
            <w:tcW w:w="2085" w:type="dxa"/>
            <w:vAlign w:val="center"/>
          </w:tcPr>
          <w:p w14:paraId="547BA274" w14:textId="77777777" w:rsidR="001C2747" w:rsidRDefault="00000000">
            <w:r>
              <w:rPr>
                <w:sz w:val="15"/>
              </w:rPr>
              <w:t xml:space="preserve">Paydaşlardan alınan geri bildirimlerin karar ve iyileştirme süreçlerine nasıl yansıdığı izlenebilir </w:t>
            </w:r>
            <w:r>
              <w:rPr>
                <w:sz w:val="15"/>
              </w:rPr>
              <w:lastRenderedPageBreak/>
              <w:t>durumdadır.</w:t>
            </w:r>
          </w:p>
        </w:tc>
        <w:tc>
          <w:tcPr>
            <w:tcW w:w="2085" w:type="dxa"/>
            <w:vAlign w:val="center"/>
          </w:tcPr>
          <w:p w14:paraId="261413CF" w14:textId="77777777" w:rsidR="001C2747" w:rsidRDefault="001C2747"/>
        </w:tc>
        <w:tc>
          <w:tcPr>
            <w:tcW w:w="2085" w:type="dxa"/>
            <w:vAlign w:val="center"/>
          </w:tcPr>
          <w:p w14:paraId="6B48B39B" w14:textId="77777777" w:rsidR="001C2747" w:rsidRDefault="001C2747"/>
        </w:tc>
        <w:tc>
          <w:tcPr>
            <w:tcW w:w="2085" w:type="dxa"/>
            <w:vAlign w:val="center"/>
          </w:tcPr>
          <w:p w14:paraId="5F1F1F1E" w14:textId="77777777" w:rsidR="001C2747" w:rsidRDefault="00000000">
            <w:r>
              <w:rPr>
                <w:sz w:val="15"/>
              </w:rPr>
              <w:t>☐ K</w:t>
            </w:r>
            <w:r>
              <w:rPr>
                <w:sz w:val="15"/>
              </w:rPr>
              <w:br/>
              <w:t>☐ KK</w:t>
            </w:r>
            <w:r>
              <w:rPr>
                <w:sz w:val="15"/>
              </w:rPr>
              <w:br/>
              <w:t>☐ KM</w:t>
            </w:r>
            <w:r>
              <w:rPr>
                <w:sz w:val="15"/>
              </w:rPr>
              <w:br/>
            </w:r>
            <w:r>
              <w:rPr>
                <w:sz w:val="15"/>
              </w:rPr>
              <w:lastRenderedPageBreak/>
              <w:t>☐ D</w:t>
            </w:r>
          </w:p>
        </w:tc>
      </w:tr>
    </w:tbl>
    <w:p w14:paraId="5039D7EA" w14:textId="77777777" w:rsidR="001C2747" w:rsidRDefault="001C2747">
      <w:pPr>
        <w:spacing w:after="0"/>
      </w:pPr>
    </w:p>
    <w:p w14:paraId="561D0E17" w14:textId="77777777" w:rsidR="001C2747" w:rsidRDefault="00000000">
      <w:pPr>
        <w:pStyle w:val="Balk2"/>
        <w:spacing w:before="120" w:after="60"/>
      </w:pPr>
      <w:r>
        <w:t>9. KALİTE GÜVENCESİ VE SÜREKLİ İYİLEŞTİRME</w:t>
      </w:r>
    </w:p>
    <w:tbl>
      <w:tblPr>
        <w:tblStyle w:val="TabloKlavuzu"/>
        <w:tblW w:w="0" w:type="auto"/>
        <w:jc w:val="center"/>
        <w:tblLook w:val="04A0" w:firstRow="1" w:lastRow="0" w:firstColumn="1" w:lastColumn="0" w:noHBand="0" w:noVBand="1"/>
      </w:tblPr>
      <w:tblGrid>
        <w:gridCol w:w="2085"/>
        <w:gridCol w:w="2085"/>
        <w:gridCol w:w="2085"/>
        <w:gridCol w:w="2085"/>
        <w:gridCol w:w="2085"/>
      </w:tblGrid>
      <w:tr w:rsidR="001C2747" w14:paraId="02107B6E" w14:textId="77777777">
        <w:trPr>
          <w:tblHeader/>
          <w:jc w:val="center"/>
        </w:trPr>
        <w:tc>
          <w:tcPr>
            <w:tcW w:w="2085" w:type="dxa"/>
            <w:shd w:val="clear" w:color="auto" w:fill="D9E2F3"/>
            <w:vAlign w:val="center"/>
          </w:tcPr>
          <w:p w14:paraId="33B25947" w14:textId="77777777" w:rsidR="001C2747" w:rsidRDefault="00000000">
            <w:r>
              <w:rPr>
                <w:b/>
                <w:sz w:val="15"/>
              </w:rPr>
              <w:t>No</w:t>
            </w:r>
          </w:p>
        </w:tc>
        <w:tc>
          <w:tcPr>
            <w:tcW w:w="2085" w:type="dxa"/>
            <w:shd w:val="clear" w:color="auto" w:fill="D9E2F3"/>
            <w:vAlign w:val="center"/>
          </w:tcPr>
          <w:p w14:paraId="5C17D939" w14:textId="77777777" w:rsidR="001C2747" w:rsidRDefault="00000000">
            <w:r>
              <w:rPr>
                <w:b/>
                <w:sz w:val="15"/>
              </w:rPr>
              <w:t>Öz Değerlendirme Ölçütü</w:t>
            </w:r>
          </w:p>
        </w:tc>
        <w:tc>
          <w:tcPr>
            <w:tcW w:w="2085" w:type="dxa"/>
            <w:shd w:val="clear" w:color="auto" w:fill="D9E2F3"/>
            <w:vAlign w:val="center"/>
          </w:tcPr>
          <w:p w14:paraId="19F55725" w14:textId="77777777" w:rsidR="001C2747" w:rsidRDefault="00000000">
            <w:r>
              <w:rPr>
                <w:b/>
                <w:sz w:val="15"/>
              </w:rPr>
              <w:t>Programın Mevcut Durumu / Açıklaması</w:t>
            </w:r>
          </w:p>
        </w:tc>
        <w:tc>
          <w:tcPr>
            <w:tcW w:w="2085" w:type="dxa"/>
            <w:shd w:val="clear" w:color="auto" w:fill="D9E2F3"/>
            <w:vAlign w:val="center"/>
          </w:tcPr>
          <w:p w14:paraId="741CEE72" w14:textId="77777777" w:rsidR="001C2747" w:rsidRDefault="00000000">
            <w:r>
              <w:rPr>
                <w:b/>
                <w:sz w:val="15"/>
              </w:rPr>
              <w:t>Sunulan Kanıt(lar)</w:t>
            </w:r>
          </w:p>
        </w:tc>
        <w:tc>
          <w:tcPr>
            <w:tcW w:w="2085" w:type="dxa"/>
            <w:shd w:val="clear" w:color="auto" w:fill="D9E2F3"/>
            <w:vAlign w:val="center"/>
          </w:tcPr>
          <w:p w14:paraId="14F47A9C" w14:textId="77777777" w:rsidR="001C2747" w:rsidRDefault="00000000">
            <w:r>
              <w:rPr>
                <w:b/>
                <w:sz w:val="15"/>
              </w:rPr>
              <w:t>Programın Öz Değerlendirmesi</w:t>
            </w:r>
          </w:p>
        </w:tc>
      </w:tr>
      <w:tr w:rsidR="001C2747" w14:paraId="0BB33C13" w14:textId="77777777">
        <w:trPr>
          <w:jc w:val="center"/>
        </w:trPr>
        <w:tc>
          <w:tcPr>
            <w:tcW w:w="2085" w:type="dxa"/>
            <w:vAlign w:val="center"/>
          </w:tcPr>
          <w:p w14:paraId="4D5BECBF" w14:textId="77777777" w:rsidR="001C2747" w:rsidRDefault="00000000">
            <w:r>
              <w:rPr>
                <w:sz w:val="15"/>
              </w:rPr>
              <w:t>9.1</w:t>
            </w:r>
          </w:p>
        </w:tc>
        <w:tc>
          <w:tcPr>
            <w:tcW w:w="2085" w:type="dxa"/>
            <w:vAlign w:val="center"/>
          </w:tcPr>
          <w:p w14:paraId="5A9647A9" w14:textId="77777777" w:rsidR="001C2747" w:rsidRDefault="00000000">
            <w:r>
              <w:rPr>
                <w:sz w:val="15"/>
              </w:rPr>
              <w:t>Program düzeyinde kalite güvence süreçleri tanımlanmış ve işletilmektedir.</w:t>
            </w:r>
          </w:p>
        </w:tc>
        <w:tc>
          <w:tcPr>
            <w:tcW w:w="2085" w:type="dxa"/>
            <w:vAlign w:val="center"/>
          </w:tcPr>
          <w:p w14:paraId="5247FAEE" w14:textId="77777777" w:rsidR="001C2747" w:rsidRDefault="001C2747"/>
        </w:tc>
        <w:tc>
          <w:tcPr>
            <w:tcW w:w="2085" w:type="dxa"/>
            <w:vAlign w:val="center"/>
          </w:tcPr>
          <w:p w14:paraId="2E7262D0" w14:textId="77777777" w:rsidR="001C2747" w:rsidRDefault="001C2747"/>
        </w:tc>
        <w:tc>
          <w:tcPr>
            <w:tcW w:w="2085" w:type="dxa"/>
            <w:vAlign w:val="center"/>
          </w:tcPr>
          <w:p w14:paraId="7545A40B" w14:textId="77777777" w:rsidR="001C2747" w:rsidRDefault="00000000">
            <w:r>
              <w:rPr>
                <w:sz w:val="15"/>
              </w:rPr>
              <w:t>☐ K</w:t>
            </w:r>
            <w:r>
              <w:rPr>
                <w:sz w:val="15"/>
              </w:rPr>
              <w:br/>
              <w:t>☐ KK</w:t>
            </w:r>
            <w:r>
              <w:rPr>
                <w:sz w:val="15"/>
              </w:rPr>
              <w:br/>
              <w:t>☐ KM</w:t>
            </w:r>
            <w:r>
              <w:rPr>
                <w:sz w:val="15"/>
              </w:rPr>
              <w:br/>
              <w:t>☐ D</w:t>
            </w:r>
          </w:p>
        </w:tc>
      </w:tr>
      <w:tr w:rsidR="001C2747" w14:paraId="5BBB8B7E" w14:textId="77777777">
        <w:trPr>
          <w:jc w:val="center"/>
        </w:trPr>
        <w:tc>
          <w:tcPr>
            <w:tcW w:w="2085" w:type="dxa"/>
            <w:vAlign w:val="center"/>
          </w:tcPr>
          <w:p w14:paraId="761464F7" w14:textId="77777777" w:rsidR="001C2747" w:rsidRDefault="00000000">
            <w:r>
              <w:rPr>
                <w:sz w:val="15"/>
              </w:rPr>
              <w:t>9.2</w:t>
            </w:r>
          </w:p>
        </w:tc>
        <w:tc>
          <w:tcPr>
            <w:tcW w:w="2085" w:type="dxa"/>
            <w:vAlign w:val="center"/>
          </w:tcPr>
          <w:p w14:paraId="07723D30" w14:textId="77777777" w:rsidR="001C2747" w:rsidRDefault="00000000">
            <w:r>
              <w:rPr>
                <w:sz w:val="15"/>
              </w:rPr>
              <w:t>Programın performansını izlemeye yönelik veri ve göstergeler düzenli olarak toplanmakta ve değerlendirilmektedir.</w:t>
            </w:r>
          </w:p>
        </w:tc>
        <w:tc>
          <w:tcPr>
            <w:tcW w:w="2085" w:type="dxa"/>
            <w:vAlign w:val="center"/>
          </w:tcPr>
          <w:p w14:paraId="44A20BD1" w14:textId="77777777" w:rsidR="001C2747" w:rsidRDefault="001C2747"/>
        </w:tc>
        <w:tc>
          <w:tcPr>
            <w:tcW w:w="2085" w:type="dxa"/>
            <w:vAlign w:val="center"/>
          </w:tcPr>
          <w:p w14:paraId="17AC1F4E" w14:textId="77777777" w:rsidR="001C2747" w:rsidRDefault="001C2747"/>
        </w:tc>
        <w:tc>
          <w:tcPr>
            <w:tcW w:w="2085" w:type="dxa"/>
            <w:vAlign w:val="center"/>
          </w:tcPr>
          <w:p w14:paraId="4139A6A9" w14:textId="77777777" w:rsidR="001C2747" w:rsidRDefault="00000000">
            <w:r>
              <w:rPr>
                <w:sz w:val="15"/>
              </w:rPr>
              <w:t>☐ K</w:t>
            </w:r>
            <w:r>
              <w:rPr>
                <w:sz w:val="15"/>
              </w:rPr>
              <w:br/>
              <w:t>☐ KK</w:t>
            </w:r>
            <w:r>
              <w:rPr>
                <w:sz w:val="15"/>
              </w:rPr>
              <w:br/>
              <w:t>☐ KM</w:t>
            </w:r>
            <w:r>
              <w:rPr>
                <w:sz w:val="15"/>
              </w:rPr>
              <w:br/>
              <w:t>☐ D</w:t>
            </w:r>
          </w:p>
        </w:tc>
      </w:tr>
      <w:tr w:rsidR="001C2747" w14:paraId="2005B2A0" w14:textId="77777777">
        <w:trPr>
          <w:jc w:val="center"/>
        </w:trPr>
        <w:tc>
          <w:tcPr>
            <w:tcW w:w="2085" w:type="dxa"/>
            <w:vAlign w:val="center"/>
          </w:tcPr>
          <w:p w14:paraId="44E34268" w14:textId="77777777" w:rsidR="001C2747" w:rsidRDefault="00000000">
            <w:r>
              <w:rPr>
                <w:sz w:val="15"/>
              </w:rPr>
              <w:t>9.3</w:t>
            </w:r>
          </w:p>
        </w:tc>
        <w:tc>
          <w:tcPr>
            <w:tcW w:w="2085" w:type="dxa"/>
            <w:vAlign w:val="center"/>
          </w:tcPr>
          <w:p w14:paraId="5D775D41" w14:textId="77777777" w:rsidR="001C2747" w:rsidRDefault="00000000">
            <w:r>
              <w:rPr>
                <w:sz w:val="15"/>
              </w:rPr>
              <w:t>Anket, ölçme-değerlendirme, paydaş geri bildirimi ve diğer izleme sonuçları bütüncül olarak değerlendirilmektedir.</w:t>
            </w:r>
          </w:p>
        </w:tc>
        <w:tc>
          <w:tcPr>
            <w:tcW w:w="2085" w:type="dxa"/>
            <w:vAlign w:val="center"/>
          </w:tcPr>
          <w:p w14:paraId="47417FC6" w14:textId="77777777" w:rsidR="001C2747" w:rsidRDefault="001C2747"/>
        </w:tc>
        <w:tc>
          <w:tcPr>
            <w:tcW w:w="2085" w:type="dxa"/>
            <w:vAlign w:val="center"/>
          </w:tcPr>
          <w:p w14:paraId="36CF9DC1" w14:textId="77777777" w:rsidR="001C2747" w:rsidRDefault="001C2747"/>
        </w:tc>
        <w:tc>
          <w:tcPr>
            <w:tcW w:w="2085" w:type="dxa"/>
            <w:vAlign w:val="center"/>
          </w:tcPr>
          <w:p w14:paraId="55E3D240" w14:textId="77777777" w:rsidR="001C2747" w:rsidRDefault="00000000">
            <w:r>
              <w:rPr>
                <w:sz w:val="15"/>
              </w:rPr>
              <w:t>☐ K</w:t>
            </w:r>
            <w:r>
              <w:rPr>
                <w:sz w:val="15"/>
              </w:rPr>
              <w:br/>
              <w:t>☐ KK</w:t>
            </w:r>
            <w:r>
              <w:rPr>
                <w:sz w:val="15"/>
              </w:rPr>
              <w:br/>
              <w:t>☐ KM</w:t>
            </w:r>
            <w:r>
              <w:rPr>
                <w:sz w:val="15"/>
              </w:rPr>
              <w:br/>
              <w:t>☐ D</w:t>
            </w:r>
          </w:p>
        </w:tc>
      </w:tr>
      <w:tr w:rsidR="001C2747" w14:paraId="272F2C0A" w14:textId="77777777">
        <w:trPr>
          <w:jc w:val="center"/>
        </w:trPr>
        <w:tc>
          <w:tcPr>
            <w:tcW w:w="2085" w:type="dxa"/>
            <w:vAlign w:val="center"/>
          </w:tcPr>
          <w:p w14:paraId="15A261A5" w14:textId="77777777" w:rsidR="001C2747" w:rsidRDefault="00000000">
            <w:r>
              <w:rPr>
                <w:sz w:val="15"/>
              </w:rPr>
              <w:t>9.4</w:t>
            </w:r>
          </w:p>
        </w:tc>
        <w:tc>
          <w:tcPr>
            <w:tcW w:w="2085" w:type="dxa"/>
            <w:vAlign w:val="center"/>
          </w:tcPr>
          <w:p w14:paraId="1188AF4A" w14:textId="77777777" w:rsidR="001C2747" w:rsidRDefault="00000000">
            <w:r>
              <w:rPr>
                <w:sz w:val="15"/>
              </w:rPr>
              <w:t>Değerlendirme sonuçlarına dayalı iyileştirme faaliyetleri planlanmakta ve uygulanmaktadır.</w:t>
            </w:r>
          </w:p>
        </w:tc>
        <w:tc>
          <w:tcPr>
            <w:tcW w:w="2085" w:type="dxa"/>
            <w:vAlign w:val="center"/>
          </w:tcPr>
          <w:p w14:paraId="43B97423" w14:textId="77777777" w:rsidR="001C2747" w:rsidRDefault="001C2747"/>
        </w:tc>
        <w:tc>
          <w:tcPr>
            <w:tcW w:w="2085" w:type="dxa"/>
            <w:vAlign w:val="center"/>
          </w:tcPr>
          <w:p w14:paraId="3CA93CC7" w14:textId="77777777" w:rsidR="001C2747" w:rsidRDefault="001C2747"/>
        </w:tc>
        <w:tc>
          <w:tcPr>
            <w:tcW w:w="2085" w:type="dxa"/>
            <w:vAlign w:val="center"/>
          </w:tcPr>
          <w:p w14:paraId="438D84DF" w14:textId="77777777" w:rsidR="001C2747" w:rsidRDefault="00000000">
            <w:r>
              <w:rPr>
                <w:sz w:val="15"/>
              </w:rPr>
              <w:t>☐ K</w:t>
            </w:r>
            <w:r>
              <w:rPr>
                <w:sz w:val="15"/>
              </w:rPr>
              <w:br/>
              <w:t>☐ KK</w:t>
            </w:r>
            <w:r>
              <w:rPr>
                <w:sz w:val="15"/>
              </w:rPr>
              <w:br/>
              <w:t>☐ KM</w:t>
            </w:r>
            <w:r>
              <w:rPr>
                <w:sz w:val="15"/>
              </w:rPr>
              <w:br/>
              <w:t>☐ D</w:t>
            </w:r>
          </w:p>
        </w:tc>
      </w:tr>
      <w:tr w:rsidR="001C2747" w14:paraId="564CC503" w14:textId="77777777">
        <w:trPr>
          <w:jc w:val="center"/>
        </w:trPr>
        <w:tc>
          <w:tcPr>
            <w:tcW w:w="2085" w:type="dxa"/>
            <w:vAlign w:val="center"/>
          </w:tcPr>
          <w:p w14:paraId="57B94AFB" w14:textId="77777777" w:rsidR="001C2747" w:rsidRDefault="00000000">
            <w:r>
              <w:rPr>
                <w:sz w:val="15"/>
              </w:rPr>
              <w:t>9.5</w:t>
            </w:r>
          </w:p>
        </w:tc>
        <w:tc>
          <w:tcPr>
            <w:tcW w:w="2085" w:type="dxa"/>
            <w:vAlign w:val="center"/>
          </w:tcPr>
          <w:p w14:paraId="7A7E66BB" w14:textId="77777777" w:rsidR="001C2747" w:rsidRDefault="00000000">
            <w:r>
              <w:rPr>
                <w:sz w:val="15"/>
              </w:rPr>
              <w:t>Yapılan iyileştirmelerin sonuçları ve etkililiği izlenmektedir.</w:t>
            </w:r>
          </w:p>
        </w:tc>
        <w:tc>
          <w:tcPr>
            <w:tcW w:w="2085" w:type="dxa"/>
            <w:vAlign w:val="center"/>
          </w:tcPr>
          <w:p w14:paraId="5E38152F" w14:textId="77777777" w:rsidR="001C2747" w:rsidRDefault="001C2747"/>
        </w:tc>
        <w:tc>
          <w:tcPr>
            <w:tcW w:w="2085" w:type="dxa"/>
            <w:vAlign w:val="center"/>
          </w:tcPr>
          <w:p w14:paraId="289192A7" w14:textId="77777777" w:rsidR="001C2747" w:rsidRDefault="001C2747"/>
        </w:tc>
        <w:tc>
          <w:tcPr>
            <w:tcW w:w="2085" w:type="dxa"/>
            <w:vAlign w:val="center"/>
          </w:tcPr>
          <w:p w14:paraId="73B3DDB1" w14:textId="77777777" w:rsidR="001C2747" w:rsidRDefault="00000000">
            <w:r>
              <w:rPr>
                <w:sz w:val="15"/>
              </w:rPr>
              <w:t>☐ K</w:t>
            </w:r>
            <w:r>
              <w:rPr>
                <w:sz w:val="15"/>
              </w:rPr>
              <w:br/>
              <w:t>☐ KK</w:t>
            </w:r>
            <w:r>
              <w:rPr>
                <w:sz w:val="15"/>
              </w:rPr>
              <w:br/>
              <w:t>☐ KM</w:t>
            </w:r>
            <w:r>
              <w:rPr>
                <w:sz w:val="15"/>
              </w:rPr>
              <w:br/>
              <w:t>☐ D</w:t>
            </w:r>
          </w:p>
        </w:tc>
      </w:tr>
      <w:tr w:rsidR="001C2747" w14:paraId="14FE4921" w14:textId="77777777">
        <w:trPr>
          <w:jc w:val="center"/>
        </w:trPr>
        <w:tc>
          <w:tcPr>
            <w:tcW w:w="2085" w:type="dxa"/>
            <w:vAlign w:val="center"/>
          </w:tcPr>
          <w:p w14:paraId="5A2EEBB7" w14:textId="77777777" w:rsidR="001C2747" w:rsidRDefault="00000000">
            <w:r>
              <w:rPr>
                <w:sz w:val="15"/>
              </w:rPr>
              <w:t>9.6</w:t>
            </w:r>
          </w:p>
        </w:tc>
        <w:tc>
          <w:tcPr>
            <w:tcW w:w="2085" w:type="dxa"/>
            <w:vAlign w:val="center"/>
          </w:tcPr>
          <w:p w14:paraId="5515AD56" w14:textId="77777777" w:rsidR="001C2747" w:rsidRDefault="00000000">
            <w:r>
              <w:rPr>
                <w:sz w:val="15"/>
              </w:rPr>
              <w:t>Programın kalite güvence süreçlerinde PUKÖ döngüsünün kapatıldığına ilişkin örnekler bulunmaktadır.</w:t>
            </w:r>
          </w:p>
        </w:tc>
        <w:tc>
          <w:tcPr>
            <w:tcW w:w="2085" w:type="dxa"/>
            <w:vAlign w:val="center"/>
          </w:tcPr>
          <w:p w14:paraId="3BA79EA0" w14:textId="77777777" w:rsidR="001C2747" w:rsidRDefault="001C2747"/>
        </w:tc>
        <w:tc>
          <w:tcPr>
            <w:tcW w:w="2085" w:type="dxa"/>
            <w:vAlign w:val="center"/>
          </w:tcPr>
          <w:p w14:paraId="287D268F" w14:textId="77777777" w:rsidR="001C2747" w:rsidRDefault="001C2747"/>
        </w:tc>
        <w:tc>
          <w:tcPr>
            <w:tcW w:w="2085" w:type="dxa"/>
            <w:vAlign w:val="center"/>
          </w:tcPr>
          <w:p w14:paraId="643D0BE5" w14:textId="77777777" w:rsidR="001C2747" w:rsidRDefault="00000000">
            <w:r>
              <w:rPr>
                <w:sz w:val="15"/>
              </w:rPr>
              <w:t>☐ K</w:t>
            </w:r>
            <w:r>
              <w:rPr>
                <w:sz w:val="15"/>
              </w:rPr>
              <w:br/>
              <w:t>☐ KK</w:t>
            </w:r>
            <w:r>
              <w:rPr>
                <w:sz w:val="15"/>
              </w:rPr>
              <w:br/>
              <w:t>☐ KM</w:t>
            </w:r>
            <w:r>
              <w:rPr>
                <w:sz w:val="15"/>
              </w:rPr>
              <w:br/>
              <w:t>☐ D</w:t>
            </w:r>
          </w:p>
        </w:tc>
      </w:tr>
      <w:tr w:rsidR="001C2747" w14:paraId="77972320" w14:textId="77777777">
        <w:trPr>
          <w:jc w:val="center"/>
        </w:trPr>
        <w:tc>
          <w:tcPr>
            <w:tcW w:w="2085" w:type="dxa"/>
            <w:vAlign w:val="center"/>
          </w:tcPr>
          <w:p w14:paraId="7A4830E8" w14:textId="77777777" w:rsidR="001C2747" w:rsidRDefault="00000000">
            <w:r>
              <w:rPr>
                <w:sz w:val="15"/>
              </w:rPr>
              <w:t>9.7</w:t>
            </w:r>
          </w:p>
        </w:tc>
        <w:tc>
          <w:tcPr>
            <w:tcW w:w="2085" w:type="dxa"/>
            <w:vAlign w:val="center"/>
          </w:tcPr>
          <w:p w14:paraId="3E891DC8" w14:textId="77777777" w:rsidR="001C2747" w:rsidRDefault="00000000">
            <w:r>
              <w:rPr>
                <w:sz w:val="15"/>
              </w:rPr>
              <w:t>İyi uygulamalar ve başarılı iyileştirmeler kayıt altına alınmakta ve sürdürülebilirliği sağlanmaktadır.</w:t>
            </w:r>
          </w:p>
        </w:tc>
        <w:tc>
          <w:tcPr>
            <w:tcW w:w="2085" w:type="dxa"/>
            <w:vAlign w:val="center"/>
          </w:tcPr>
          <w:p w14:paraId="2D4851E8" w14:textId="77777777" w:rsidR="001C2747" w:rsidRDefault="001C2747"/>
        </w:tc>
        <w:tc>
          <w:tcPr>
            <w:tcW w:w="2085" w:type="dxa"/>
            <w:vAlign w:val="center"/>
          </w:tcPr>
          <w:p w14:paraId="4A7AF95D" w14:textId="77777777" w:rsidR="001C2747" w:rsidRDefault="001C2747"/>
        </w:tc>
        <w:tc>
          <w:tcPr>
            <w:tcW w:w="2085" w:type="dxa"/>
            <w:vAlign w:val="center"/>
          </w:tcPr>
          <w:p w14:paraId="6ABD3495" w14:textId="77777777" w:rsidR="001C2747" w:rsidRDefault="00000000">
            <w:r>
              <w:rPr>
                <w:sz w:val="15"/>
              </w:rPr>
              <w:t>☐ K</w:t>
            </w:r>
            <w:r>
              <w:rPr>
                <w:sz w:val="15"/>
              </w:rPr>
              <w:br/>
              <w:t>☐ KK</w:t>
            </w:r>
            <w:r>
              <w:rPr>
                <w:sz w:val="15"/>
              </w:rPr>
              <w:br/>
              <w:t>☐ KM</w:t>
            </w:r>
            <w:r>
              <w:rPr>
                <w:sz w:val="15"/>
              </w:rPr>
              <w:br/>
              <w:t>☐ D</w:t>
            </w:r>
          </w:p>
        </w:tc>
      </w:tr>
    </w:tbl>
    <w:p w14:paraId="7C2B6B26" w14:textId="77777777" w:rsidR="001C2747" w:rsidRDefault="001C2747">
      <w:pPr>
        <w:spacing w:after="0"/>
      </w:pPr>
    </w:p>
    <w:p w14:paraId="28BA79A2" w14:textId="77777777" w:rsidR="001C2747" w:rsidRDefault="00000000">
      <w:pPr>
        <w:pStyle w:val="Balk2"/>
        <w:spacing w:before="120" w:after="60"/>
      </w:pPr>
      <w:r>
        <w:t>10. PROGRAMA ÖZGÜ ÖLÇÜTLER</w:t>
      </w:r>
    </w:p>
    <w:p w14:paraId="14D8F3D3" w14:textId="77777777" w:rsidR="001C2747" w:rsidRDefault="00000000">
      <w:r>
        <w:rPr>
          <w:sz w:val="17"/>
        </w:rPr>
        <w:t>Bu bölüm, programın disiplin özellikleri, ulusal/uluslararası standartları ve varsa ilgili akreditasyon kuruluşunun ölçütleri dikkate alınarak program tarafından doldurulur.</w:t>
      </w:r>
    </w:p>
    <w:tbl>
      <w:tblPr>
        <w:tblStyle w:val="TabloKlavuzu"/>
        <w:tblW w:w="0" w:type="auto"/>
        <w:tblLook w:val="04A0" w:firstRow="1" w:lastRow="0" w:firstColumn="1" w:lastColumn="0" w:noHBand="0" w:noVBand="1"/>
      </w:tblPr>
      <w:tblGrid>
        <w:gridCol w:w="1738"/>
        <w:gridCol w:w="1738"/>
        <w:gridCol w:w="1738"/>
        <w:gridCol w:w="1738"/>
        <w:gridCol w:w="1738"/>
        <w:gridCol w:w="1738"/>
      </w:tblGrid>
      <w:tr w:rsidR="001C2747" w14:paraId="37490280" w14:textId="77777777">
        <w:trPr>
          <w:tblHeader/>
        </w:trPr>
        <w:tc>
          <w:tcPr>
            <w:tcW w:w="1738" w:type="dxa"/>
            <w:shd w:val="clear" w:color="auto" w:fill="D9E2F3"/>
            <w:vAlign w:val="center"/>
          </w:tcPr>
          <w:p w14:paraId="620EB36D" w14:textId="77777777" w:rsidR="001C2747" w:rsidRDefault="00000000">
            <w:r>
              <w:rPr>
                <w:b/>
                <w:sz w:val="14"/>
              </w:rPr>
              <w:t>No</w:t>
            </w:r>
          </w:p>
        </w:tc>
        <w:tc>
          <w:tcPr>
            <w:tcW w:w="1738" w:type="dxa"/>
            <w:shd w:val="clear" w:color="auto" w:fill="D9E2F3"/>
            <w:vAlign w:val="center"/>
          </w:tcPr>
          <w:p w14:paraId="69064B44" w14:textId="77777777" w:rsidR="001C2747" w:rsidRDefault="00000000">
            <w:r>
              <w:rPr>
                <w:b/>
                <w:sz w:val="14"/>
              </w:rPr>
              <w:t>Programa Özgü Ölçüt</w:t>
            </w:r>
          </w:p>
        </w:tc>
        <w:tc>
          <w:tcPr>
            <w:tcW w:w="1738" w:type="dxa"/>
            <w:shd w:val="clear" w:color="auto" w:fill="D9E2F3"/>
            <w:vAlign w:val="center"/>
          </w:tcPr>
          <w:p w14:paraId="31825468" w14:textId="77777777" w:rsidR="001C2747" w:rsidRDefault="00000000">
            <w:r>
              <w:rPr>
                <w:b/>
                <w:sz w:val="14"/>
              </w:rPr>
              <w:t>İlgili Standart/Akreditasyon Ölçütü</w:t>
            </w:r>
          </w:p>
        </w:tc>
        <w:tc>
          <w:tcPr>
            <w:tcW w:w="1738" w:type="dxa"/>
            <w:shd w:val="clear" w:color="auto" w:fill="D9E2F3"/>
            <w:vAlign w:val="center"/>
          </w:tcPr>
          <w:p w14:paraId="6FECF86A" w14:textId="77777777" w:rsidR="001C2747" w:rsidRDefault="00000000">
            <w:r>
              <w:rPr>
                <w:b/>
                <w:sz w:val="14"/>
              </w:rPr>
              <w:t>Programın Mevcut Durumu / Açıklaması</w:t>
            </w:r>
          </w:p>
        </w:tc>
        <w:tc>
          <w:tcPr>
            <w:tcW w:w="1738" w:type="dxa"/>
            <w:shd w:val="clear" w:color="auto" w:fill="D9E2F3"/>
            <w:vAlign w:val="center"/>
          </w:tcPr>
          <w:p w14:paraId="7102E427" w14:textId="77777777" w:rsidR="001C2747" w:rsidRDefault="00000000">
            <w:r>
              <w:rPr>
                <w:b/>
                <w:sz w:val="14"/>
              </w:rPr>
              <w:t>Sunulan Kanıt(lar)</w:t>
            </w:r>
          </w:p>
        </w:tc>
        <w:tc>
          <w:tcPr>
            <w:tcW w:w="1738" w:type="dxa"/>
            <w:shd w:val="clear" w:color="auto" w:fill="D9E2F3"/>
            <w:vAlign w:val="center"/>
          </w:tcPr>
          <w:p w14:paraId="16F7B0DE" w14:textId="77777777" w:rsidR="001C2747" w:rsidRDefault="00000000">
            <w:r>
              <w:rPr>
                <w:b/>
                <w:sz w:val="14"/>
              </w:rPr>
              <w:t>Öz Değerlendirme</w:t>
            </w:r>
          </w:p>
        </w:tc>
      </w:tr>
      <w:tr w:rsidR="001C2747" w14:paraId="068BD967" w14:textId="77777777">
        <w:tc>
          <w:tcPr>
            <w:tcW w:w="1738" w:type="dxa"/>
            <w:vAlign w:val="center"/>
          </w:tcPr>
          <w:p w14:paraId="06F1B7C7" w14:textId="77777777" w:rsidR="001C2747" w:rsidRDefault="00000000">
            <w:r>
              <w:rPr>
                <w:sz w:val="14"/>
              </w:rPr>
              <w:t>10.1</w:t>
            </w:r>
          </w:p>
        </w:tc>
        <w:tc>
          <w:tcPr>
            <w:tcW w:w="1738" w:type="dxa"/>
            <w:vAlign w:val="center"/>
          </w:tcPr>
          <w:p w14:paraId="02240784" w14:textId="77777777" w:rsidR="001C2747" w:rsidRDefault="001C2747"/>
        </w:tc>
        <w:tc>
          <w:tcPr>
            <w:tcW w:w="1738" w:type="dxa"/>
            <w:vAlign w:val="center"/>
          </w:tcPr>
          <w:p w14:paraId="3B410B99" w14:textId="77777777" w:rsidR="001C2747" w:rsidRDefault="001C2747"/>
        </w:tc>
        <w:tc>
          <w:tcPr>
            <w:tcW w:w="1738" w:type="dxa"/>
            <w:vAlign w:val="center"/>
          </w:tcPr>
          <w:p w14:paraId="4966D2B6" w14:textId="77777777" w:rsidR="001C2747" w:rsidRDefault="001C2747"/>
        </w:tc>
        <w:tc>
          <w:tcPr>
            <w:tcW w:w="1738" w:type="dxa"/>
            <w:vAlign w:val="center"/>
          </w:tcPr>
          <w:p w14:paraId="08AE70B4" w14:textId="77777777" w:rsidR="001C2747" w:rsidRDefault="001C2747"/>
        </w:tc>
        <w:tc>
          <w:tcPr>
            <w:tcW w:w="1738" w:type="dxa"/>
            <w:vAlign w:val="center"/>
          </w:tcPr>
          <w:p w14:paraId="2726620A" w14:textId="77777777" w:rsidR="001C2747" w:rsidRDefault="00000000">
            <w:r>
              <w:rPr>
                <w:sz w:val="14"/>
              </w:rPr>
              <w:t>☐ K</w:t>
            </w:r>
            <w:r>
              <w:rPr>
                <w:sz w:val="14"/>
              </w:rPr>
              <w:br/>
              <w:t>☐ KK</w:t>
            </w:r>
            <w:r>
              <w:rPr>
                <w:sz w:val="14"/>
              </w:rPr>
              <w:br/>
              <w:t>☐ KM</w:t>
            </w:r>
            <w:r>
              <w:rPr>
                <w:sz w:val="14"/>
              </w:rPr>
              <w:br/>
              <w:t>☐ D</w:t>
            </w:r>
          </w:p>
        </w:tc>
      </w:tr>
      <w:tr w:rsidR="001C2747" w14:paraId="27BE6C2B" w14:textId="77777777">
        <w:tc>
          <w:tcPr>
            <w:tcW w:w="1738" w:type="dxa"/>
            <w:vAlign w:val="center"/>
          </w:tcPr>
          <w:p w14:paraId="3E1FE7A2" w14:textId="77777777" w:rsidR="001C2747" w:rsidRDefault="00000000">
            <w:r>
              <w:rPr>
                <w:sz w:val="14"/>
              </w:rPr>
              <w:t>10.2</w:t>
            </w:r>
          </w:p>
        </w:tc>
        <w:tc>
          <w:tcPr>
            <w:tcW w:w="1738" w:type="dxa"/>
            <w:vAlign w:val="center"/>
          </w:tcPr>
          <w:p w14:paraId="690619ED" w14:textId="77777777" w:rsidR="001C2747" w:rsidRDefault="001C2747"/>
        </w:tc>
        <w:tc>
          <w:tcPr>
            <w:tcW w:w="1738" w:type="dxa"/>
            <w:vAlign w:val="center"/>
          </w:tcPr>
          <w:p w14:paraId="2A1D7E67" w14:textId="77777777" w:rsidR="001C2747" w:rsidRDefault="001C2747"/>
        </w:tc>
        <w:tc>
          <w:tcPr>
            <w:tcW w:w="1738" w:type="dxa"/>
            <w:vAlign w:val="center"/>
          </w:tcPr>
          <w:p w14:paraId="4886FF13" w14:textId="77777777" w:rsidR="001C2747" w:rsidRDefault="001C2747"/>
        </w:tc>
        <w:tc>
          <w:tcPr>
            <w:tcW w:w="1738" w:type="dxa"/>
            <w:vAlign w:val="center"/>
          </w:tcPr>
          <w:p w14:paraId="7DF44494" w14:textId="77777777" w:rsidR="001C2747" w:rsidRDefault="001C2747"/>
        </w:tc>
        <w:tc>
          <w:tcPr>
            <w:tcW w:w="1738" w:type="dxa"/>
            <w:vAlign w:val="center"/>
          </w:tcPr>
          <w:p w14:paraId="1EF7E950" w14:textId="77777777" w:rsidR="001C2747" w:rsidRDefault="00000000">
            <w:r>
              <w:rPr>
                <w:sz w:val="14"/>
              </w:rPr>
              <w:t>☐ K</w:t>
            </w:r>
            <w:r>
              <w:rPr>
                <w:sz w:val="14"/>
              </w:rPr>
              <w:br/>
              <w:t>☐ KK</w:t>
            </w:r>
            <w:r>
              <w:rPr>
                <w:sz w:val="14"/>
              </w:rPr>
              <w:br/>
              <w:t>☐ KM</w:t>
            </w:r>
            <w:r>
              <w:rPr>
                <w:sz w:val="14"/>
              </w:rPr>
              <w:br/>
            </w:r>
            <w:r>
              <w:rPr>
                <w:sz w:val="14"/>
              </w:rPr>
              <w:lastRenderedPageBreak/>
              <w:t>☐ D</w:t>
            </w:r>
          </w:p>
        </w:tc>
      </w:tr>
      <w:tr w:rsidR="001C2747" w14:paraId="4470C681" w14:textId="77777777">
        <w:tc>
          <w:tcPr>
            <w:tcW w:w="1738" w:type="dxa"/>
            <w:vAlign w:val="center"/>
          </w:tcPr>
          <w:p w14:paraId="4F4879BF" w14:textId="77777777" w:rsidR="001C2747" w:rsidRDefault="00000000">
            <w:r>
              <w:rPr>
                <w:sz w:val="14"/>
              </w:rPr>
              <w:lastRenderedPageBreak/>
              <w:t>10.3</w:t>
            </w:r>
          </w:p>
        </w:tc>
        <w:tc>
          <w:tcPr>
            <w:tcW w:w="1738" w:type="dxa"/>
            <w:vAlign w:val="center"/>
          </w:tcPr>
          <w:p w14:paraId="2A738335" w14:textId="77777777" w:rsidR="001C2747" w:rsidRDefault="001C2747"/>
        </w:tc>
        <w:tc>
          <w:tcPr>
            <w:tcW w:w="1738" w:type="dxa"/>
            <w:vAlign w:val="center"/>
          </w:tcPr>
          <w:p w14:paraId="2C7D5488" w14:textId="77777777" w:rsidR="001C2747" w:rsidRDefault="001C2747"/>
        </w:tc>
        <w:tc>
          <w:tcPr>
            <w:tcW w:w="1738" w:type="dxa"/>
            <w:vAlign w:val="center"/>
          </w:tcPr>
          <w:p w14:paraId="5F20BBCC" w14:textId="77777777" w:rsidR="001C2747" w:rsidRDefault="001C2747"/>
        </w:tc>
        <w:tc>
          <w:tcPr>
            <w:tcW w:w="1738" w:type="dxa"/>
            <w:vAlign w:val="center"/>
          </w:tcPr>
          <w:p w14:paraId="05D16B83" w14:textId="77777777" w:rsidR="001C2747" w:rsidRDefault="001C2747"/>
        </w:tc>
        <w:tc>
          <w:tcPr>
            <w:tcW w:w="1738" w:type="dxa"/>
            <w:vAlign w:val="center"/>
          </w:tcPr>
          <w:p w14:paraId="4E16315E" w14:textId="77777777" w:rsidR="001C2747" w:rsidRDefault="00000000">
            <w:r>
              <w:rPr>
                <w:sz w:val="14"/>
              </w:rPr>
              <w:t>☐ K</w:t>
            </w:r>
            <w:r>
              <w:rPr>
                <w:sz w:val="14"/>
              </w:rPr>
              <w:br/>
              <w:t>☐ KK</w:t>
            </w:r>
            <w:r>
              <w:rPr>
                <w:sz w:val="14"/>
              </w:rPr>
              <w:br/>
              <w:t>☐ KM</w:t>
            </w:r>
            <w:r>
              <w:rPr>
                <w:sz w:val="14"/>
              </w:rPr>
              <w:br/>
              <w:t>☐ D</w:t>
            </w:r>
          </w:p>
        </w:tc>
      </w:tr>
      <w:tr w:rsidR="001C2747" w14:paraId="051A9A58" w14:textId="77777777">
        <w:tc>
          <w:tcPr>
            <w:tcW w:w="1738" w:type="dxa"/>
            <w:vAlign w:val="center"/>
          </w:tcPr>
          <w:p w14:paraId="357C1729" w14:textId="77777777" w:rsidR="001C2747" w:rsidRDefault="00000000">
            <w:r>
              <w:rPr>
                <w:sz w:val="14"/>
              </w:rPr>
              <w:t>10.4</w:t>
            </w:r>
          </w:p>
        </w:tc>
        <w:tc>
          <w:tcPr>
            <w:tcW w:w="1738" w:type="dxa"/>
            <w:vAlign w:val="center"/>
          </w:tcPr>
          <w:p w14:paraId="749140A1" w14:textId="77777777" w:rsidR="001C2747" w:rsidRDefault="001C2747"/>
        </w:tc>
        <w:tc>
          <w:tcPr>
            <w:tcW w:w="1738" w:type="dxa"/>
            <w:vAlign w:val="center"/>
          </w:tcPr>
          <w:p w14:paraId="03695E4C" w14:textId="77777777" w:rsidR="001C2747" w:rsidRDefault="001C2747"/>
        </w:tc>
        <w:tc>
          <w:tcPr>
            <w:tcW w:w="1738" w:type="dxa"/>
            <w:vAlign w:val="center"/>
          </w:tcPr>
          <w:p w14:paraId="7C533C2F" w14:textId="77777777" w:rsidR="001C2747" w:rsidRDefault="001C2747"/>
        </w:tc>
        <w:tc>
          <w:tcPr>
            <w:tcW w:w="1738" w:type="dxa"/>
            <w:vAlign w:val="center"/>
          </w:tcPr>
          <w:p w14:paraId="2038C838" w14:textId="77777777" w:rsidR="001C2747" w:rsidRDefault="001C2747"/>
        </w:tc>
        <w:tc>
          <w:tcPr>
            <w:tcW w:w="1738" w:type="dxa"/>
            <w:vAlign w:val="center"/>
          </w:tcPr>
          <w:p w14:paraId="3D65CA9C" w14:textId="77777777" w:rsidR="001C2747" w:rsidRDefault="00000000">
            <w:r>
              <w:rPr>
                <w:sz w:val="14"/>
              </w:rPr>
              <w:t>☐ K</w:t>
            </w:r>
            <w:r>
              <w:rPr>
                <w:sz w:val="14"/>
              </w:rPr>
              <w:br/>
              <w:t>☐ KK</w:t>
            </w:r>
            <w:r>
              <w:rPr>
                <w:sz w:val="14"/>
              </w:rPr>
              <w:br/>
              <w:t>☐ KM</w:t>
            </w:r>
            <w:r>
              <w:rPr>
                <w:sz w:val="14"/>
              </w:rPr>
              <w:br/>
              <w:t>☐ D</w:t>
            </w:r>
          </w:p>
        </w:tc>
      </w:tr>
      <w:tr w:rsidR="001C2747" w14:paraId="13B1AE2B" w14:textId="77777777">
        <w:tc>
          <w:tcPr>
            <w:tcW w:w="1738" w:type="dxa"/>
            <w:vAlign w:val="center"/>
          </w:tcPr>
          <w:p w14:paraId="689FC303" w14:textId="77777777" w:rsidR="001C2747" w:rsidRDefault="00000000">
            <w:r>
              <w:rPr>
                <w:sz w:val="14"/>
              </w:rPr>
              <w:t>10.5</w:t>
            </w:r>
          </w:p>
        </w:tc>
        <w:tc>
          <w:tcPr>
            <w:tcW w:w="1738" w:type="dxa"/>
            <w:vAlign w:val="center"/>
          </w:tcPr>
          <w:p w14:paraId="540927E6" w14:textId="77777777" w:rsidR="001C2747" w:rsidRDefault="001C2747"/>
        </w:tc>
        <w:tc>
          <w:tcPr>
            <w:tcW w:w="1738" w:type="dxa"/>
            <w:vAlign w:val="center"/>
          </w:tcPr>
          <w:p w14:paraId="7E4C8C46" w14:textId="77777777" w:rsidR="001C2747" w:rsidRDefault="001C2747"/>
        </w:tc>
        <w:tc>
          <w:tcPr>
            <w:tcW w:w="1738" w:type="dxa"/>
            <w:vAlign w:val="center"/>
          </w:tcPr>
          <w:p w14:paraId="59AE64F2" w14:textId="77777777" w:rsidR="001C2747" w:rsidRDefault="001C2747"/>
        </w:tc>
        <w:tc>
          <w:tcPr>
            <w:tcW w:w="1738" w:type="dxa"/>
            <w:vAlign w:val="center"/>
          </w:tcPr>
          <w:p w14:paraId="12637A26" w14:textId="77777777" w:rsidR="001C2747" w:rsidRDefault="001C2747"/>
        </w:tc>
        <w:tc>
          <w:tcPr>
            <w:tcW w:w="1738" w:type="dxa"/>
            <w:vAlign w:val="center"/>
          </w:tcPr>
          <w:p w14:paraId="0D51BC4E" w14:textId="77777777" w:rsidR="001C2747" w:rsidRDefault="00000000">
            <w:r>
              <w:rPr>
                <w:sz w:val="14"/>
              </w:rPr>
              <w:t>☐ K</w:t>
            </w:r>
            <w:r>
              <w:rPr>
                <w:sz w:val="14"/>
              </w:rPr>
              <w:br/>
              <w:t>☐ KK</w:t>
            </w:r>
            <w:r>
              <w:rPr>
                <w:sz w:val="14"/>
              </w:rPr>
              <w:br/>
              <w:t>☐ KM</w:t>
            </w:r>
            <w:r>
              <w:rPr>
                <w:sz w:val="14"/>
              </w:rPr>
              <w:br/>
              <w:t>☐ D</w:t>
            </w:r>
          </w:p>
        </w:tc>
      </w:tr>
    </w:tbl>
    <w:p w14:paraId="22735315" w14:textId="77777777" w:rsidR="001C2747" w:rsidRDefault="00000000">
      <w:pPr>
        <w:pStyle w:val="Balk1"/>
        <w:spacing w:before="120" w:after="60"/>
      </w:pPr>
      <w:r>
        <w:t>C. PROGRAMIN GENEL ÖZ DEĞERLENDİRMESİ</w:t>
      </w:r>
    </w:p>
    <w:p w14:paraId="3D470D98" w14:textId="77777777" w:rsidR="001C2747" w:rsidRDefault="00000000">
      <w:pPr>
        <w:pStyle w:val="Balk2"/>
        <w:spacing w:before="120" w:after="60"/>
      </w:pPr>
      <w:r>
        <w:t>1. Programın Güçlü Yönleri</w:t>
      </w:r>
    </w:p>
    <w:tbl>
      <w:tblPr>
        <w:tblStyle w:val="TabloKlavuzu"/>
        <w:tblW w:w="0" w:type="auto"/>
        <w:tblLook w:val="04A0" w:firstRow="1" w:lastRow="0" w:firstColumn="1" w:lastColumn="0" w:noHBand="0" w:noVBand="1"/>
      </w:tblPr>
      <w:tblGrid>
        <w:gridCol w:w="2606"/>
        <w:gridCol w:w="2606"/>
        <w:gridCol w:w="2606"/>
        <w:gridCol w:w="2606"/>
      </w:tblGrid>
      <w:tr w:rsidR="001C2747" w14:paraId="116C042B" w14:textId="77777777">
        <w:trPr>
          <w:tblHeader/>
        </w:trPr>
        <w:tc>
          <w:tcPr>
            <w:tcW w:w="2606" w:type="dxa"/>
            <w:shd w:val="clear" w:color="auto" w:fill="D9E2F3"/>
            <w:vAlign w:val="center"/>
          </w:tcPr>
          <w:p w14:paraId="69E14633" w14:textId="77777777" w:rsidR="001C2747" w:rsidRDefault="00000000">
            <w:r>
              <w:rPr>
                <w:b/>
                <w:sz w:val="16"/>
              </w:rPr>
              <w:t>No</w:t>
            </w:r>
          </w:p>
        </w:tc>
        <w:tc>
          <w:tcPr>
            <w:tcW w:w="2606" w:type="dxa"/>
            <w:shd w:val="clear" w:color="auto" w:fill="D9E2F3"/>
            <w:vAlign w:val="center"/>
          </w:tcPr>
          <w:p w14:paraId="024F0566" w14:textId="77777777" w:rsidR="001C2747" w:rsidRDefault="00000000">
            <w:r>
              <w:rPr>
                <w:b/>
                <w:sz w:val="16"/>
              </w:rPr>
              <w:t>Güçlü Yön</w:t>
            </w:r>
          </w:p>
        </w:tc>
        <w:tc>
          <w:tcPr>
            <w:tcW w:w="2606" w:type="dxa"/>
            <w:shd w:val="clear" w:color="auto" w:fill="D9E2F3"/>
            <w:vAlign w:val="center"/>
          </w:tcPr>
          <w:p w14:paraId="2C8EB8A0" w14:textId="77777777" w:rsidR="001C2747" w:rsidRDefault="00000000">
            <w:r>
              <w:rPr>
                <w:b/>
                <w:sz w:val="16"/>
              </w:rPr>
              <w:t>İlgili Ölçüt</w:t>
            </w:r>
          </w:p>
        </w:tc>
        <w:tc>
          <w:tcPr>
            <w:tcW w:w="2606" w:type="dxa"/>
            <w:shd w:val="clear" w:color="auto" w:fill="D9E2F3"/>
            <w:vAlign w:val="center"/>
          </w:tcPr>
          <w:p w14:paraId="7A4DB029" w14:textId="77777777" w:rsidR="001C2747" w:rsidRDefault="00000000">
            <w:r>
              <w:rPr>
                <w:b/>
                <w:sz w:val="16"/>
              </w:rPr>
              <w:t>Kanıt</w:t>
            </w:r>
          </w:p>
        </w:tc>
      </w:tr>
      <w:tr w:rsidR="001C2747" w14:paraId="2A419FAA" w14:textId="77777777">
        <w:tc>
          <w:tcPr>
            <w:tcW w:w="2606" w:type="dxa"/>
            <w:vAlign w:val="center"/>
          </w:tcPr>
          <w:p w14:paraId="77E88F0E" w14:textId="77777777" w:rsidR="001C2747" w:rsidRDefault="00000000">
            <w:r>
              <w:rPr>
                <w:sz w:val="16"/>
              </w:rPr>
              <w:t>1</w:t>
            </w:r>
          </w:p>
        </w:tc>
        <w:tc>
          <w:tcPr>
            <w:tcW w:w="2606" w:type="dxa"/>
            <w:vAlign w:val="center"/>
          </w:tcPr>
          <w:p w14:paraId="2FC4F716" w14:textId="77777777" w:rsidR="001C2747" w:rsidRDefault="001C2747"/>
        </w:tc>
        <w:tc>
          <w:tcPr>
            <w:tcW w:w="2606" w:type="dxa"/>
            <w:vAlign w:val="center"/>
          </w:tcPr>
          <w:p w14:paraId="3247C928" w14:textId="77777777" w:rsidR="001C2747" w:rsidRDefault="001C2747"/>
        </w:tc>
        <w:tc>
          <w:tcPr>
            <w:tcW w:w="2606" w:type="dxa"/>
            <w:vAlign w:val="center"/>
          </w:tcPr>
          <w:p w14:paraId="06FCC5EC" w14:textId="77777777" w:rsidR="001C2747" w:rsidRDefault="001C2747"/>
        </w:tc>
      </w:tr>
      <w:tr w:rsidR="001C2747" w14:paraId="085DE62E" w14:textId="77777777">
        <w:tc>
          <w:tcPr>
            <w:tcW w:w="2606" w:type="dxa"/>
            <w:vAlign w:val="center"/>
          </w:tcPr>
          <w:p w14:paraId="329707B0" w14:textId="77777777" w:rsidR="001C2747" w:rsidRDefault="00000000">
            <w:r>
              <w:rPr>
                <w:sz w:val="16"/>
              </w:rPr>
              <w:t>2</w:t>
            </w:r>
          </w:p>
        </w:tc>
        <w:tc>
          <w:tcPr>
            <w:tcW w:w="2606" w:type="dxa"/>
            <w:vAlign w:val="center"/>
          </w:tcPr>
          <w:p w14:paraId="670EB6FD" w14:textId="77777777" w:rsidR="001C2747" w:rsidRDefault="001C2747"/>
        </w:tc>
        <w:tc>
          <w:tcPr>
            <w:tcW w:w="2606" w:type="dxa"/>
            <w:vAlign w:val="center"/>
          </w:tcPr>
          <w:p w14:paraId="3A8EEFC3" w14:textId="77777777" w:rsidR="001C2747" w:rsidRDefault="001C2747"/>
        </w:tc>
        <w:tc>
          <w:tcPr>
            <w:tcW w:w="2606" w:type="dxa"/>
            <w:vAlign w:val="center"/>
          </w:tcPr>
          <w:p w14:paraId="1890DC3E" w14:textId="77777777" w:rsidR="001C2747" w:rsidRDefault="001C2747"/>
        </w:tc>
      </w:tr>
      <w:tr w:rsidR="001C2747" w14:paraId="33C642C7" w14:textId="77777777">
        <w:tc>
          <w:tcPr>
            <w:tcW w:w="2606" w:type="dxa"/>
            <w:vAlign w:val="center"/>
          </w:tcPr>
          <w:p w14:paraId="15543A45" w14:textId="77777777" w:rsidR="001C2747" w:rsidRDefault="00000000">
            <w:r>
              <w:rPr>
                <w:sz w:val="16"/>
              </w:rPr>
              <w:t>3</w:t>
            </w:r>
          </w:p>
        </w:tc>
        <w:tc>
          <w:tcPr>
            <w:tcW w:w="2606" w:type="dxa"/>
            <w:vAlign w:val="center"/>
          </w:tcPr>
          <w:p w14:paraId="5B4C2E73" w14:textId="77777777" w:rsidR="001C2747" w:rsidRDefault="001C2747"/>
        </w:tc>
        <w:tc>
          <w:tcPr>
            <w:tcW w:w="2606" w:type="dxa"/>
            <w:vAlign w:val="center"/>
          </w:tcPr>
          <w:p w14:paraId="149ED343" w14:textId="77777777" w:rsidR="001C2747" w:rsidRDefault="001C2747"/>
        </w:tc>
        <w:tc>
          <w:tcPr>
            <w:tcW w:w="2606" w:type="dxa"/>
            <w:vAlign w:val="center"/>
          </w:tcPr>
          <w:p w14:paraId="2C1B70E1" w14:textId="77777777" w:rsidR="001C2747" w:rsidRDefault="001C2747"/>
        </w:tc>
      </w:tr>
      <w:tr w:rsidR="001C2747" w14:paraId="110B899A" w14:textId="77777777">
        <w:tc>
          <w:tcPr>
            <w:tcW w:w="2606" w:type="dxa"/>
            <w:vAlign w:val="center"/>
          </w:tcPr>
          <w:p w14:paraId="57FC9A5E" w14:textId="77777777" w:rsidR="001C2747" w:rsidRDefault="00000000">
            <w:r>
              <w:rPr>
                <w:sz w:val="16"/>
              </w:rPr>
              <w:t>4</w:t>
            </w:r>
          </w:p>
        </w:tc>
        <w:tc>
          <w:tcPr>
            <w:tcW w:w="2606" w:type="dxa"/>
            <w:vAlign w:val="center"/>
          </w:tcPr>
          <w:p w14:paraId="10BAEC55" w14:textId="77777777" w:rsidR="001C2747" w:rsidRDefault="001C2747"/>
        </w:tc>
        <w:tc>
          <w:tcPr>
            <w:tcW w:w="2606" w:type="dxa"/>
            <w:vAlign w:val="center"/>
          </w:tcPr>
          <w:p w14:paraId="6E0926BC" w14:textId="77777777" w:rsidR="001C2747" w:rsidRDefault="001C2747"/>
        </w:tc>
        <w:tc>
          <w:tcPr>
            <w:tcW w:w="2606" w:type="dxa"/>
            <w:vAlign w:val="center"/>
          </w:tcPr>
          <w:p w14:paraId="701FDA6D" w14:textId="77777777" w:rsidR="001C2747" w:rsidRDefault="001C2747"/>
        </w:tc>
      </w:tr>
      <w:tr w:rsidR="001C2747" w14:paraId="4AC2CF49" w14:textId="77777777">
        <w:tc>
          <w:tcPr>
            <w:tcW w:w="2606" w:type="dxa"/>
            <w:vAlign w:val="center"/>
          </w:tcPr>
          <w:p w14:paraId="02AA921F" w14:textId="77777777" w:rsidR="001C2747" w:rsidRDefault="00000000">
            <w:r>
              <w:rPr>
                <w:sz w:val="16"/>
              </w:rPr>
              <w:t>5</w:t>
            </w:r>
          </w:p>
        </w:tc>
        <w:tc>
          <w:tcPr>
            <w:tcW w:w="2606" w:type="dxa"/>
            <w:vAlign w:val="center"/>
          </w:tcPr>
          <w:p w14:paraId="64B45313" w14:textId="77777777" w:rsidR="001C2747" w:rsidRDefault="001C2747"/>
        </w:tc>
        <w:tc>
          <w:tcPr>
            <w:tcW w:w="2606" w:type="dxa"/>
            <w:vAlign w:val="center"/>
          </w:tcPr>
          <w:p w14:paraId="74E3F95C" w14:textId="77777777" w:rsidR="001C2747" w:rsidRDefault="001C2747"/>
        </w:tc>
        <w:tc>
          <w:tcPr>
            <w:tcW w:w="2606" w:type="dxa"/>
            <w:vAlign w:val="center"/>
          </w:tcPr>
          <w:p w14:paraId="68E2401F" w14:textId="77777777" w:rsidR="001C2747" w:rsidRDefault="001C2747"/>
        </w:tc>
      </w:tr>
    </w:tbl>
    <w:p w14:paraId="2E96FE2F" w14:textId="77777777" w:rsidR="001C2747" w:rsidRDefault="00000000">
      <w:pPr>
        <w:pStyle w:val="Balk2"/>
        <w:spacing w:before="120" w:after="60"/>
      </w:pPr>
      <w:r>
        <w:t>2. Programın Gelişmeye Açık Yönleri</w:t>
      </w:r>
    </w:p>
    <w:tbl>
      <w:tblPr>
        <w:tblStyle w:val="TabloKlavuzu"/>
        <w:tblW w:w="0" w:type="auto"/>
        <w:tblLook w:val="04A0" w:firstRow="1" w:lastRow="0" w:firstColumn="1" w:lastColumn="0" w:noHBand="0" w:noVBand="1"/>
      </w:tblPr>
      <w:tblGrid>
        <w:gridCol w:w="2606"/>
        <w:gridCol w:w="2606"/>
        <w:gridCol w:w="2606"/>
        <w:gridCol w:w="2606"/>
      </w:tblGrid>
      <w:tr w:rsidR="001C2747" w14:paraId="0E23D319" w14:textId="77777777">
        <w:trPr>
          <w:tblHeader/>
        </w:trPr>
        <w:tc>
          <w:tcPr>
            <w:tcW w:w="2606" w:type="dxa"/>
            <w:shd w:val="clear" w:color="auto" w:fill="D9E2F3"/>
            <w:vAlign w:val="center"/>
          </w:tcPr>
          <w:p w14:paraId="71A222AB" w14:textId="77777777" w:rsidR="001C2747" w:rsidRDefault="00000000">
            <w:r>
              <w:rPr>
                <w:b/>
                <w:sz w:val="16"/>
              </w:rPr>
              <w:t>No</w:t>
            </w:r>
          </w:p>
        </w:tc>
        <w:tc>
          <w:tcPr>
            <w:tcW w:w="2606" w:type="dxa"/>
            <w:shd w:val="clear" w:color="auto" w:fill="D9E2F3"/>
            <w:vAlign w:val="center"/>
          </w:tcPr>
          <w:p w14:paraId="7418F2E7" w14:textId="77777777" w:rsidR="001C2747" w:rsidRDefault="00000000">
            <w:r>
              <w:rPr>
                <w:b/>
                <w:sz w:val="16"/>
              </w:rPr>
              <w:t>Gelişmeye Açık Yön</w:t>
            </w:r>
          </w:p>
        </w:tc>
        <w:tc>
          <w:tcPr>
            <w:tcW w:w="2606" w:type="dxa"/>
            <w:shd w:val="clear" w:color="auto" w:fill="D9E2F3"/>
            <w:vAlign w:val="center"/>
          </w:tcPr>
          <w:p w14:paraId="7C2B80A0" w14:textId="77777777" w:rsidR="001C2747" w:rsidRDefault="00000000">
            <w:r>
              <w:rPr>
                <w:b/>
                <w:sz w:val="16"/>
              </w:rPr>
              <w:t>İlgili Ölçüt</w:t>
            </w:r>
          </w:p>
        </w:tc>
        <w:tc>
          <w:tcPr>
            <w:tcW w:w="2606" w:type="dxa"/>
            <w:shd w:val="clear" w:color="auto" w:fill="D9E2F3"/>
            <w:vAlign w:val="center"/>
          </w:tcPr>
          <w:p w14:paraId="2BF26BF1" w14:textId="77777777" w:rsidR="001C2747" w:rsidRDefault="00000000">
            <w:r>
              <w:rPr>
                <w:b/>
                <w:sz w:val="16"/>
              </w:rPr>
              <w:t>Planlanan Yaklaşım</w:t>
            </w:r>
          </w:p>
        </w:tc>
      </w:tr>
      <w:tr w:rsidR="001C2747" w14:paraId="705F5FC6" w14:textId="77777777">
        <w:tc>
          <w:tcPr>
            <w:tcW w:w="2606" w:type="dxa"/>
            <w:vAlign w:val="center"/>
          </w:tcPr>
          <w:p w14:paraId="0F6611B2" w14:textId="77777777" w:rsidR="001C2747" w:rsidRDefault="00000000">
            <w:r>
              <w:rPr>
                <w:sz w:val="16"/>
              </w:rPr>
              <w:t>1</w:t>
            </w:r>
          </w:p>
        </w:tc>
        <w:tc>
          <w:tcPr>
            <w:tcW w:w="2606" w:type="dxa"/>
            <w:vAlign w:val="center"/>
          </w:tcPr>
          <w:p w14:paraId="59C18233" w14:textId="77777777" w:rsidR="001C2747" w:rsidRDefault="001C2747"/>
        </w:tc>
        <w:tc>
          <w:tcPr>
            <w:tcW w:w="2606" w:type="dxa"/>
            <w:vAlign w:val="center"/>
          </w:tcPr>
          <w:p w14:paraId="6FACC2A1" w14:textId="77777777" w:rsidR="001C2747" w:rsidRDefault="001C2747"/>
        </w:tc>
        <w:tc>
          <w:tcPr>
            <w:tcW w:w="2606" w:type="dxa"/>
            <w:vAlign w:val="center"/>
          </w:tcPr>
          <w:p w14:paraId="51B38E1A" w14:textId="77777777" w:rsidR="001C2747" w:rsidRDefault="001C2747"/>
        </w:tc>
      </w:tr>
      <w:tr w:rsidR="001C2747" w14:paraId="0762BCE6" w14:textId="77777777">
        <w:tc>
          <w:tcPr>
            <w:tcW w:w="2606" w:type="dxa"/>
            <w:vAlign w:val="center"/>
          </w:tcPr>
          <w:p w14:paraId="15EA1117" w14:textId="77777777" w:rsidR="001C2747" w:rsidRDefault="00000000">
            <w:r>
              <w:rPr>
                <w:sz w:val="16"/>
              </w:rPr>
              <w:t>2</w:t>
            </w:r>
          </w:p>
        </w:tc>
        <w:tc>
          <w:tcPr>
            <w:tcW w:w="2606" w:type="dxa"/>
            <w:vAlign w:val="center"/>
          </w:tcPr>
          <w:p w14:paraId="4F9E5108" w14:textId="77777777" w:rsidR="001C2747" w:rsidRDefault="001C2747"/>
        </w:tc>
        <w:tc>
          <w:tcPr>
            <w:tcW w:w="2606" w:type="dxa"/>
            <w:vAlign w:val="center"/>
          </w:tcPr>
          <w:p w14:paraId="07978A29" w14:textId="77777777" w:rsidR="001C2747" w:rsidRDefault="001C2747"/>
        </w:tc>
        <w:tc>
          <w:tcPr>
            <w:tcW w:w="2606" w:type="dxa"/>
            <w:vAlign w:val="center"/>
          </w:tcPr>
          <w:p w14:paraId="5B9BE9BC" w14:textId="77777777" w:rsidR="001C2747" w:rsidRDefault="001C2747"/>
        </w:tc>
      </w:tr>
      <w:tr w:rsidR="001C2747" w14:paraId="4167BCE3" w14:textId="77777777">
        <w:tc>
          <w:tcPr>
            <w:tcW w:w="2606" w:type="dxa"/>
            <w:vAlign w:val="center"/>
          </w:tcPr>
          <w:p w14:paraId="71F570BC" w14:textId="77777777" w:rsidR="001C2747" w:rsidRDefault="00000000">
            <w:r>
              <w:rPr>
                <w:sz w:val="16"/>
              </w:rPr>
              <w:t>3</w:t>
            </w:r>
          </w:p>
        </w:tc>
        <w:tc>
          <w:tcPr>
            <w:tcW w:w="2606" w:type="dxa"/>
            <w:vAlign w:val="center"/>
          </w:tcPr>
          <w:p w14:paraId="6FF2CA70" w14:textId="77777777" w:rsidR="001C2747" w:rsidRDefault="001C2747"/>
        </w:tc>
        <w:tc>
          <w:tcPr>
            <w:tcW w:w="2606" w:type="dxa"/>
            <w:vAlign w:val="center"/>
          </w:tcPr>
          <w:p w14:paraId="504D2B7D" w14:textId="77777777" w:rsidR="001C2747" w:rsidRDefault="001C2747"/>
        </w:tc>
        <w:tc>
          <w:tcPr>
            <w:tcW w:w="2606" w:type="dxa"/>
            <w:vAlign w:val="center"/>
          </w:tcPr>
          <w:p w14:paraId="3B8A3D8A" w14:textId="77777777" w:rsidR="001C2747" w:rsidRDefault="001C2747"/>
        </w:tc>
      </w:tr>
      <w:tr w:rsidR="001C2747" w14:paraId="0A1335A7" w14:textId="77777777">
        <w:tc>
          <w:tcPr>
            <w:tcW w:w="2606" w:type="dxa"/>
            <w:vAlign w:val="center"/>
          </w:tcPr>
          <w:p w14:paraId="43C61D91" w14:textId="77777777" w:rsidR="001C2747" w:rsidRDefault="00000000">
            <w:r>
              <w:rPr>
                <w:sz w:val="16"/>
              </w:rPr>
              <w:t>4</w:t>
            </w:r>
          </w:p>
        </w:tc>
        <w:tc>
          <w:tcPr>
            <w:tcW w:w="2606" w:type="dxa"/>
            <w:vAlign w:val="center"/>
          </w:tcPr>
          <w:p w14:paraId="226919FF" w14:textId="77777777" w:rsidR="001C2747" w:rsidRDefault="001C2747"/>
        </w:tc>
        <w:tc>
          <w:tcPr>
            <w:tcW w:w="2606" w:type="dxa"/>
            <w:vAlign w:val="center"/>
          </w:tcPr>
          <w:p w14:paraId="351708B4" w14:textId="77777777" w:rsidR="001C2747" w:rsidRDefault="001C2747"/>
        </w:tc>
        <w:tc>
          <w:tcPr>
            <w:tcW w:w="2606" w:type="dxa"/>
            <w:vAlign w:val="center"/>
          </w:tcPr>
          <w:p w14:paraId="4FB5BCA7" w14:textId="77777777" w:rsidR="001C2747" w:rsidRDefault="001C2747"/>
        </w:tc>
      </w:tr>
      <w:tr w:rsidR="001C2747" w14:paraId="08E383F2" w14:textId="77777777">
        <w:tc>
          <w:tcPr>
            <w:tcW w:w="2606" w:type="dxa"/>
            <w:vAlign w:val="center"/>
          </w:tcPr>
          <w:p w14:paraId="1DFDF920" w14:textId="77777777" w:rsidR="001C2747" w:rsidRDefault="00000000">
            <w:r>
              <w:rPr>
                <w:sz w:val="16"/>
              </w:rPr>
              <w:t>5</w:t>
            </w:r>
          </w:p>
        </w:tc>
        <w:tc>
          <w:tcPr>
            <w:tcW w:w="2606" w:type="dxa"/>
            <w:vAlign w:val="center"/>
          </w:tcPr>
          <w:p w14:paraId="334AEF9B" w14:textId="77777777" w:rsidR="001C2747" w:rsidRDefault="001C2747"/>
        </w:tc>
        <w:tc>
          <w:tcPr>
            <w:tcW w:w="2606" w:type="dxa"/>
            <w:vAlign w:val="center"/>
          </w:tcPr>
          <w:p w14:paraId="5CD6E2E0" w14:textId="77777777" w:rsidR="001C2747" w:rsidRDefault="001C2747"/>
        </w:tc>
        <w:tc>
          <w:tcPr>
            <w:tcW w:w="2606" w:type="dxa"/>
            <w:vAlign w:val="center"/>
          </w:tcPr>
          <w:p w14:paraId="3ACA95D9" w14:textId="77777777" w:rsidR="001C2747" w:rsidRDefault="001C2747"/>
        </w:tc>
      </w:tr>
    </w:tbl>
    <w:p w14:paraId="1B4993CA" w14:textId="77777777" w:rsidR="001C2747" w:rsidRDefault="00000000">
      <w:pPr>
        <w:pStyle w:val="Balk2"/>
        <w:spacing w:before="120" w:after="60"/>
      </w:pPr>
      <w:r>
        <w:t>3. İyi Uygulama Örnekleri</w:t>
      </w:r>
    </w:p>
    <w:tbl>
      <w:tblPr>
        <w:tblStyle w:val="TabloKlavuzu"/>
        <w:tblW w:w="0" w:type="auto"/>
        <w:tblLook w:val="04A0" w:firstRow="1" w:lastRow="0" w:firstColumn="1" w:lastColumn="0" w:noHBand="0" w:noVBand="1"/>
      </w:tblPr>
      <w:tblGrid>
        <w:gridCol w:w="2606"/>
        <w:gridCol w:w="2606"/>
        <w:gridCol w:w="2606"/>
        <w:gridCol w:w="2606"/>
      </w:tblGrid>
      <w:tr w:rsidR="001C2747" w14:paraId="1C0772BD" w14:textId="77777777">
        <w:trPr>
          <w:tblHeader/>
        </w:trPr>
        <w:tc>
          <w:tcPr>
            <w:tcW w:w="2606" w:type="dxa"/>
            <w:shd w:val="clear" w:color="auto" w:fill="D9E2F3"/>
            <w:vAlign w:val="center"/>
          </w:tcPr>
          <w:p w14:paraId="70B75AB0" w14:textId="77777777" w:rsidR="001C2747" w:rsidRDefault="00000000">
            <w:r>
              <w:rPr>
                <w:b/>
                <w:sz w:val="16"/>
              </w:rPr>
              <w:t>No</w:t>
            </w:r>
          </w:p>
        </w:tc>
        <w:tc>
          <w:tcPr>
            <w:tcW w:w="2606" w:type="dxa"/>
            <w:shd w:val="clear" w:color="auto" w:fill="D9E2F3"/>
            <w:vAlign w:val="center"/>
          </w:tcPr>
          <w:p w14:paraId="451EF584" w14:textId="77777777" w:rsidR="001C2747" w:rsidRDefault="00000000">
            <w:r>
              <w:rPr>
                <w:b/>
                <w:sz w:val="16"/>
              </w:rPr>
              <w:t>İyi Uygulama</w:t>
            </w:r>
          </w:p>
        </w:tc>
        <w:tc>
          <w:tcPr>
            <w:tcW w:w="2606" w:type="dxa"/>
            <w:shd w:val="clear" w:color="auto" w:fill="D9E2F3"/>
            <w:vAlign w:val="center"/>
          </w:tcPr>
          <w:p w14:paraId="4FBDB23A" w14:textId="77777777" w:rsidR="001C2747" w:rsidRDefault="00000000">
            <w:r>
              <w:rPr>
                <w:b/>
                <w:sz w:val="16"/>
              </w:rPr>
              <w:t>İlgili Ölçüt</w:t>
            </w:r>
          </w:p>
        </w:tc>
        <w:tc>
          <w:tcPr>
            <w:tcW w:w="2606" w:type="dxa"/>
            <w:shd w:val="clear" w:color="auto" w:fill="D9E2F3"/>
            <w:vAlign w:val="center"/>
          </w:tcPr>
          <w:p w14:paraId="3B6B3CC7" w14:textId="77777777" w:rsidR="001C2747" w:rsidRDefault="00000000">
            <w:r>
              <w:rPr>
                <w:b/>
                <w:sz w:val="16"/>
              </w:rPr>
              <w:t>Kanıt/Açıklama</w:t>
            </w:r>
          </w:p>
        </w:tc>
      </w:tr>
      <w:tr w:rsidR="001C2747" w14:paraId="38D85338" w14:textId="77777777">
        <w:tc>
          <w:tcPr>
            <w:tcW w:w="2606" w:type="dxa"/>
            <w:vAlign w:val="center"/>
          </w:tcPr>
          <w:p w14:paraId="64C98B55" w14:textId="77777777" w:rsidR="001C2747" w:rsidRDefault="00000000">
            <w:r>
              <w:rPr>
                <w:sz w:val="16"/>
              </w:rPr>
              <w:t>1</w:t>
            </w:r>
          </w:p>
        </w:tc>
        <w:tc>
          <w:tcPr>
            <w:tcW w:w="2606" w:type="dxa"/>
            <w:vAlign w:val="center"/>
          </w:tcPr>
          <w:p w14:paraId="22F33172" w14:textId="77777777" w:rsidR="001C2747" w:rsidRDefault="001C2747"/>
        </w:tc>
        <w:tc>
          <w:tcPr>
            <w:tcW w:w="2606" w:type="dxa"/>
            <w:vAlign w:val="center"/>
          </w:tcPr>
          <w:p w14:paraId="66BC95AA" w14:textId="77777777" w:rsidR="001C2747" w:rsidRDefault="001C2747"/>
        </w:tc>
        <w:tc>
          <w:tcPr>
            <w:tcW w:w="2606" w:type="dxa"/>
            <w:vAlign w:val="center"/>
          </w:tcPr>
          <w:p w14:paraId="6BC67DE3" w14:textId="77777777" w:rsidR="001C2747" w:rsidRDefault="001C2747"/>
        </w:tc>
      </w:tr>
      <w:tr w:rsidR="001C2747" w14:paraId="1BBC7D15" w14:textId="77777777">
        <w:tc>
          <w:tcPr>
            <w:tcW w:w="2606" w:type="dxa"/>
            <w:vAlign w:val="center"/>
          </w:tcPr>
          <w:p w14:paraId="5DFD5898" w14:textId="77777777" w:rsidR="001C2747" w:rsidRDefault="00000000">
            <w:r>
              <w:rPr>
                <w:sz w:val="16"/>
              </w:rPr>
              <w:t>2</w:t>
            </w:r>
          </w:p>
        </w:tc>
        <w:tc>
          <w:tcPr>
            <w:tcW w:w="2606" w:type="dxa"/>
            <w:vAlign w:val="center"/>
          </w:tcPr>
          <w:p w14:paraId="5B3CA379" w14:textId="77777777" w:rsidR="001C2747" w:rsidRDefault="001C2747"/>
        </w:tc>
        <w:tc>
          <w:tcPr>
            <w:tcW w:w="2606" w:type="dxa"/>
            <w:vAlign w:val="center"/>
          </w:tcPr>
          <w:p w14:paraId="40583425" w14:textId="77777777" w:rsidR="001C2747" w:rsidRDefault="001C2747"/>
        </w:tc>
        <w:tc>
          <w:tcPr>
            <w:tcW w:w="2606" w:type="dxa"/>
            <w:vAlign w:val="center"/>
          </w:tcPr>
          <w:p w14:paraId="12D54B75" w14:textId="77777777" w:rsidR="001C2747" w:rsidRDefault="001C2747"/>
        </w:tc>
      </w:tr>
      <w:tr w:rsidR="001C2747" w14:paraId="31F374C2" w14:textId="77777777">
        <w:tc>
          <w:tcPr>
            <w:tcW w:w="2606" w:type="dxa"/>
            <w:vAlign w:val="center"/>
          </w:tcPr>
          <w:p w14:paraId="29173D3C" w14:textId="77777777" w:rsidR="001C2747" w:rsidRDefault="00000000">
            <w:r>
              <w:rPr>
                <w:sz w:val="16"/>
              </w:rPr>
              <w:t>3</w:t>
            </w:r>
          </w:p>
        </w:tc>
        <w:tc>
          <w:tcPr>
            <w:tcW w:w="2606" w:type="dxa"/>
            <w:vAlign w:val="center"/>
          </w:tcPr>
          <w:p w14:paraId="7B94FFE2" w14:textId="77777777" w:rsidR="001C2747" w:rsidRDefault="001C2747"/>
        </w:tc>
        <w:tc>
          <w:tcPr>
            <w:tcW w:w="2606" w:type="dxa"/>
            <w:vAlign w:val="center"/>
          </w:tcPr>
          <w:p w14:paraId="1E29802F" w14:textId="77777777" w:rsidR="001C2747" w:rsidRDefault="001C2747"/>
        </w:tc>
        <w:tc>
          <w:tcPr>
            <w:tcW w:w="2606" w:type="dxa"/>
            <w:vAlign w:val="center"/>
          </w:tcPr>
          <w:p w14:paraId="392740F3" w14:textId="77777777" w:rsidR="001C2747" w:rsidRDefault="001C2747"/>
        </w:tc>
      </w:tr>
    </w:tbl>
    <w:p w14:paraId="63D2FF15" w14:textId="77777777" w:rsidR="001C2747" w:rsidRDefault="00000000">
      <w:pPr>
        <w:pStyle w:val="Balk2"/>
        <w:spacing w:before="120" w:after="60"/>
      </w:pPr>
      <w:r>
        <w:t>4. Son Değerlendirme Döneminden Bu Yana Gerçekleştirilen İyileştirmeler</w:t>
      </w:r>
    </w:p>
    <w:p w14:paraId="3090A2D8" w14:textId="77777777" w:rsidR="001C2747" w:rsidRDefault="00000000">
      <w:r>
        <w:rPr>
          <w:sz w:val="17"/>
        </w:rPr>
        <w:t>İlk akran değerlendirme öncesinde mevcut iyileştirme çalışmaları; sonraki dönemlerde ise önceki akran değerlendirme ve diğer kalite güvence sonuçlarına dayalı iyileştirmeler belirtilir.</w:t>
      </w:r>
    </w:p>
    <w:tbl>
      <w:tblPr>
        <w:tblStyle w:val="TabloKlavuzu"/>
        <w:tblW w:w="0" w:type="auto"/>
        <w:tblLook w:val="04A0" w:firstRow="1" w:lastRow="0" w:firstColumn="1" w:lastColumn="0" w:noHBand="0" w:noVBand="1"/>
      </w:tblPr>
      <w:tblGrid>
        <w:gridCol w:w="2085"/>
        <w:gridCol w:w="2085"/>
        <w:gridCol w:w="2085"/>
        <w:gridCol w:w="2085"/>
        <w:gridCol w:w="2085"/>
      </w:tblGrid>
      <w:tr w:rsidR="001C2747" w14:paraId="4BFA90A0" w14:textId="77777777">
        <w:trPr>
          <w:tblHeader/>
        </w:trPr>
        <w:tc>
          <w:tcPr>
            <w:tcW w:w="2085" w:type="dxa"/>
            <w:shd w:val="clear" w:color="auto" w:fill="D9E2F3"/>
            <w:vAlign w:val="center"/>
          </w:tcPr>
          <w:p w14:paraId="37C4069F" w14:textId="77777777" w:rsidR="001C2747" w:rsidRDefault="00000000">
            <w:r>
              <w:rPr>
                <w:b/>
                <w:sz w:val="16"/>
              </w:rPr>
              <w:t>No</w:t>
            </w:r>
          </w:p>
        </w:tc>
        <w:tc>
          <w:tcPr>
            <w:tcW w:w="2085" w:type="dxa"/>
            <w:shd w:val="clear" w:color="auto" w:fill="D9E2F3"/>
            <w:vAlign w:val="center"/>
          </w:tcPr>
          <w:p w14:paraId="763EC68B" w14:textId="77777777" w:rsidR="001C2747" w:rsidRDefault="00000000">
            <w:r>
              <w:rPr>
                <w:b/>
                <w:sz w:val="16"/>
              </w:rPr>
              <w:t>İyileştirmeye Esas Bulgu/Geri Bildirim</w:t>
            </w:r>
          </w:p>
        </w:tc>
        <w:tc>
          <w:tcPr>
            <w:tcW w:w="2085" w:type="dxa"/>
            <w:shd w:val="clear" w:color="auto" w:fill="D9E2F3"/>
            <w:vAlign w:val="center"/>
          </w:tcPr>
          <w:p w14:paraId="6153B8F5" w14:textId="77777777" w:rsidR="001C2747" w:rsidRDefault="00000000">
            <w:r>
              <w:rPr>
                <w:b/>
                <w:sz w:val="16"/>
              </w:rPr>
              <w:t>Gerçekleştirilen İyileştirme</w:t>
            </w:r>
          </w:p>
        </w:tc>
        <w:tc>
          <w:tcPr>
            <w:tcW w:w="2085" w:type="dxa"/>
            <w:shd w:val="clear" w:color="auto" w:fill="D9E2F3"/>
            <w:vAlign w:val="center"/>
          </w:tcPr>
          <w:p w14:paraId="63EB6F96" w14:textId="77777777" w:rsidR="001C2747" w:rsidRDefault="00000000">
            <w:r>
              <w:rPr>
                <w:b/>
                <w:sz w:val="16"/>
              </w:rPr>
              <w:t>Sonuç/Etki</w:t>
            </w:r>
          </w:p>
        </w:tc>
        <w:tc>
          <w:tcPr>
            <w:tcW w:w="2085" w:type="dxa"/>
            <w:shd w:val="clear" w:color="auto" w:fill="D9E2F3"/>
            <w:vAlign w:val="center"/>
          </w:tcPr>
          <w:p w14:paraId="5A24AC80" w14:textId="77777777" w:rsidR="001C2747" w:rsidRDefault="00000000">
            <w:r>
              <w:rPr>
                <w:b/>
                <w:sz w:val="16"/>
              </w:rPr>
              <w:t>Kanıt</w:t>
            </w:r>
          </w:p>
        </w:tc>
      </w:tr>
      <w:tr w:rsidR="001C2747" w14:paraId="114EBE13" w14:textId="77777777">
        <w:tc>
          <w:tcPr>
            <w:tcW w:w="2085" w:type="dxa"/>
            <w:vAlign w:val="center"/>
          </w:tcPr>
          <w:p w14:paraId="668B3A11" w14:textId="77777777" w:rsidR="001C2747" w:rsidRDefault="00000000">
            <w:r>
              <w:rPr>
                <w:sz w:val="16"/>
              </w:rPr>
              <w:t>1</w:t>
            </w:r>
          </w:p>
        </w:tc>
        <w:tc>
          <w:tcPr>
            <w:tcW w:w="2085" w:type="dxa"/>
            <w:vAlign w:val="center"/>
          </w:tcPr>
          <w:p w14:paraId="063F8641" w14:textId="77777777" w:rsidR="001C2747" w:rsidRDefault="001C2747"/>
        </w:tc>
        <w:tc>
          <w:tcPr>
            <w:tcW w:w="2085" w:type="dxa"/>
            <w:vAlign w:val="center"/>
          </w:tcPr>
          <w:p w14:paraId="4E0E2A8D" w14:textId="77777777" w:rsidR="001C2747" w:rsidRDefault="001C2747"/>
        </w:tc>
        <w:tc>
          <w:tcPr>
            <w:tcW w:w="2085" w:type="dxa"/>
            <w:vAlign w:val="center"/>
          </w:tcPr>
          <w:p w14:paraId="1083533E" w14:textId="77777777" w:rsidR="001C2747" w:rsidRDefault="001C2747"/>
        </w:tc>
        <w:tc>
          <w:tcPr>
            <w:tcW w:w="2085" w:type="dxa"/>
            <w:vAlign w:val="center"/>
          </w:tcPr>
          <w:p w14:paraId="191D3A35" w14:textId="77777777" w:rsidR="001C2747" w:rsidRDefault="001C2747"/>
        </w:tc>
      </w:tr>
      <w:tr w:rsidR="001C2747" w14:paraId="62135FA4" w14:textId="77777777">
        <w:tc>
          <w:tcPr>
            <w:tcW w:w="2085" w:type="dxa"/>
            <w:vAlign w:val="center"/>
          </w:tcPr>
          <w:p w14:paraId="14DEA8EF" w14:textId="77777777" w:rsidR="001C2747" w:rsidRDefault="00000000">
            <w:r>
              <w:rPr>
                <w:sz w:val="16"/>
              </w:rPr>
              <w:t>2</w:t>
            </w:r>
          </w:p>
        </w:tc>
        <w:tc>
          <w:tcPr>
            <w:tcW w:w="2085" w:type="dxa"/>
            <w:vAlign w:val="center"/>
          </w:tcPr>
          <w:p w14:paraId="3D039DFC" w14:textId="77777777" w:rsidR="001C2747" w:rsidRDefault="001C2747"/>
        </w:tc>
        <w:tc>
          <w:tcPr>
            <w:tcW w:w="2085" w:type="dxa"/>
            <w:vAlign w:val="center"/>
          </w:tcPr>
          <w:p w14:paraId="4ED0991F" w14:textId="77777777" w:rsidR="001C2747" w:rsidRDefault="001C2747"/>
        </w:tc>
        <w:tc>
          <w:tcPr>
            <w:tcW w:w="2085" w:type="dxa"/>
            <w:vAlign w:val="center"/>
          </w:tcPr>
          <w:p w14:paraId="338F2C87" w14:textId="77777777" w:rsidR="001C2747" w:rsidRDefault="001C2747"/>
        </w:tc>
        <w:tc>
          <w:tcPr>
            <w:tcW w:w="2085" w:type="dxa"/>
            <w:vAlign w:val="center"/>
          </w:tcPr>
          <w:p w14:paraId="16AC10F6" w14:textId="77777777" w:rsidR="001C2747" w:rsidRDefault="001C2747"/>
        </w:tc>
      </w:tr>
      <w:tr w:rsidR="001C2747" w14:paraId="3D52FADE" w14:textId="77777777">
        <w:tc>
          <w:tcPr>
            <w:tcW w:w="2085" w:type="dxa"/>
            <w:vAlign w:val="center"/>
          </w:tcPr>
          <w:p w14:paraId="1C491236" w14:textId="77777777" w:rsidR="001C2747" w:rsidRDefault="00000000">
            <w:r>
              <w:rPr>
                <w:sz w:val="16"/>
              </w:rPr>
              <w:t>3</w:t>
            </w:r>
          </w:p>
        </w:tc>
        <w:tc>
          <w:tcPr>
            <w:tcW w:w="2085" w:type="dxa"/>
            <w:vAlign w:val="center"/>
          </w:tcPr>
          <w:p w14:paraId="3A4C7038" w14:textId="77777777" w:rsidR="001C2747" w:rsidRDefault="001C2747"/>
        </w:tc>
        <w:tc>
          <w:tcPr>
            <w:tcW w:w="2085" w:type="dxa"/>
            <w:vAlign w:val="center"/>
          </w:tcPr>
          <w:p w14:paraId="2179DC94" w14:textId="77777777" w:rsidR="001C2747" w:rsidRDefault="001C2747"/>
        </w:tc>
        <w:tc>
          <w:tcPr>
            <w:tcW w:w="2085" w:type="dxa"/>
            <w:vAlign w:val="center"/>
          </w:tcPr>
          <w:p w14:paraId="5B0FD123" w14:textId="77777777" w:rsidR="001C2747" w:rsidRDefault="001C2747"/>
        </w:tc>
        <w:tc>
          <w:tcPr>
            <w:tcW w:w="2085" w:type="dxa"/>
            <w:vAlign w:val="center"/>
          </w:tcPr>
          <w:p w14:paraId="08D70E79" w14:textId="77777777" w:rsidR="001C2747" w:rsidRDefault="001C2747"/>
        </w:tc>
      </w:tr>
      <w:tr w:rsidR="001C2747" w14:paraId="5793D5E7" w14:textId="77777777">
        <w:tc>
          <w:tcPr>
            <w:tcW w:w="2085" w:type="dxa"/>
            <w:vAlign w:val="center"/>
          </w:tcPr>
          <w:p w14:paraId="336EF85B" w14:textId="77777777" w:rsidR="001C2747" w:rsidRDefault="00000000">
            <w:r>
              <w:rPr>
                <w:sz w:val="16"/>
              </w:rPr>
              <w:t>4</w:t>
            </w:r>
          </w:p>
        </w:tc>
        <w:tc>
          <w:tcPr>
            <w:tcW w:w="2085" w:type="dxa"/>
            <w:vAlign w:val="center"/>
          </w:tcPr>
          <w:p w14:paraId="433A8F81" w14:textId="77777777" w:rsidR="001C2747" w:rsidRDefault="001C2747"/>
        </w:tc>
        <w:tc>
          <w:tcPr>
            <w:tcW w:w="2085" w:type="dxa"/>
            <w:vAlign w:val="center"/>
          </w:tcPr>
          <w:p w14:paraId="38A0168A" w14:textId="77777777" w:rsidR="001C2747" w:rsidRDefault="001C2747"/>
        </w:tc>
        <w:tc>
          <w:tcPr>
            <w:tcW w:w="2085" w:type="dxa"/>
            <w:vAlign w:val="center"/>
          </w:tcPr>
          <w:p w14:paraId="708D7B54" w14:textId="77777777" w:rsidR="001C2747" w:rsidRDefault="001C2747"/>
        </w:tc>
        <w:tc>
          <w:tcPr>
            <w:tcW w:w="2085" w:type="dxa"/>
            <w:vAlign w:val="center"/>
          </w:tcPr>
          <w:p w14:paraId="7EC1457D" w14:textId="77777777" w:rsidR="001C2747" w:rsidRDefault="001C2747"/>
        </w:tc>
      </w:tr>
      <w:tr w:rsidR="001C2747" w14:paraId="1F85E9A4" w14:textId="77777777">
        <w:tc>
          <w:tcPr>
            <w:tcW w:w="2085" w:type="dxa"/>
            <w:vAlign w:val="center"/>
          </w:tcPr>
          <w:p w14:paraId="5D81E4BE" w14:textId="77777777" w:rsidR="001C2747" w:rsidRDefault="00000000">
            <w:r>
              <w:rPr>
                <w:sz w:val="16"/>
              </w:rPr>
              <w:t>5</w:t>
            </w:r>
          </w:p>
        </w:tc>
        <w:tc>
          <w:tcPr>
            <w:tcW w:w="2085" w:type="dxa"/>
            <w:vAlign w:val="center"/>
          </w:tcPr>
          <w:p w14:paraId="5B314774" w14:textId="77777777" w:rsidR="001C2747" w:rsidRDefault="001C2747"/>
        </w:tc>
        <w:tc>
          <w:tcPr>
            <w:tcW w:w="2085" w:type="dxa"/>
            <w:vAlign w:val="center"/>
          </w:tcPr>
          <w:p w14:paraId="0C8F25B4" w14:textId="77777777" w:rsidR="001C2747" w:rsidRDefault="001C2747"/>
        </w:tc>
        <w:tc>
          <w:tcPr>
            <w:tcW w:w="2085" w:type="dxa"/>
            <w:vAlign w:val="center"/>
          </w:tcPr>
          <w:p w14:paraId="6AA627D4" w14:textId="77777777" w:rsidR="001C2747" w:rsidRDefault="001C2747"/>
        </w:tc>
        <w:tc>
          <w:tcPr>
            <w:tcW w:w="2085" w:type="dxa"/>
            <w:vAlign w:val="center"/>
          </w:tcPr>
          <w:p w14:paraId="0352EE20" w14:textId="77777777" w:rsidR="001C2747" w:rsidRDefault="001C2747"/>
        </w:tc>
      </w:tr>
    </w:tbl>
    <w:p w14:paraId="6F60EBE7" w14:textId="77777777" w:rsidR="001C2747" w:rsidRDefault="00000000">
      <w:pPr>
        <w:pStyle w:val="Balk2"/>
        <w:spacing w:before="120" w:after="60"/>
      </w:pPr>
      <w:r>
        <w:lastRenderedPageBreak/>
        <w:t>5. Programın Genel Değerlendirmesi</w:t>
      </w:r>
    </w:p>
    <w:p w14:paraId="7446FE04" w14:textId="77777777" w:rsidR="001C2747" w:rsidRDefault="00000000">
      <w:pPr>
        <w:spacing w:after="40"/>
      </w:pPr>
      <w:r>
        <w:t>................................................................................................................................................................................</w:t>
      </w:r>
    </w:p>
    <w:p w14:paraId="628BDE74" w14:textId="77777777" w:rsidR="001C2747" w:rsidRDefault="00000000">
      <w:pPr>
        <w:spacing w:after="40"/>
      </w:pPr>
      <w:r>
        <w:t>................................................................................................................................................................................</w:t>
      </w:r>
    </w:p>
    <w:p w14:paraId="2AE203D9" w14:textId="77777777" w:rsidR="001C2747" w:rsidRDefault="00000000">
      <w:pPr>
        <w:spacing w:after="40"/>
      </w:pPr>
      <w:r>
        <w:t>................................................................................................................................................................................</w:t>
      </w:r>
    </w:p>
    <w:p w14:paraId="3BBA7167" w14:textId="77777777" w:rsidR="001C2747" w:rsidRDefault="00000000">
      <w:pPr>
        <w:spacing w:after="40"/>
      </w:pPr>
      <w:r>
        <w:t>................................................................................................................................................................................</w:t>
      </w:r>
    </w:p>
    <w:p w14:paraId="7A9D4086" w14:textId="77777777" w:rsidR="001C2747" w:rsidRDefault="00000000">
      <w:pPr>
        <w:spacing w:after="40"/>
      </w:pPr>
      <w:r>
        <w:t>................................................................................................................................................................................</w:t>
      </w:r>
    </w:p>
    <w:p w14:paraId="7DC15926" w14:textId="77777777" w:rsidR="001C2747" w:rsidRDefault="00000000">
      <w:pPr>
        <w:spacing w:after="40"/>
      </w:pPr>
      <w:r>
        <w:t>................................................................................................................................................................................</w:t>
      </w:r>
    </w:p>
    <w:p w14:paraId="7D860C66" w14:textId="77777777" w:rsidR="001C2747" w:rsidRDefault="00000000">
      <w:pPr>
        <w:pStyle w:val="Balk1"/>
        <w:spacing w:before="120" w:after="60"/>
      </w:pPr>
      <w:r>
        <w:t>D. ONAY</w:t>
      </w:r>
    </w:p>
    <w:tbl>
      <w:tblPr>
        <w:tblStyle w:val="TabloKlavuzu"/>
        <w:tblW w:w="0" w:type="auto"/>
        <w:tblLook w:val="04A0" w:firstRow="1" w:lastRow="0" w:firstColumn="1" w:lastColumn="0" w:noHBand="0" w:noVBand="1"/>
      </w:tblPr>
      <w:tblGrid>
        <w:gridCol w:w="3475"/>
        <w:gridCol w:w="3475"/>
        <w:gridCol w:w="3475"/>
      </w:tblGrid>
      <w:tr w:rsidR="001C2747" w14:paraId="67A121FD" w14:textId="77777777">
        <w:tc>
          <w:tcPr>
            <w:tcW w:w="3475" w:type="dxa"/>
            <w:shd w:val="clear" w:color="auto" w:fill="D9E2F3"/>
            <w:vAlign w:val="center"/>
          </w:tcPr>
          <w:p w14:paraId="1A96A02A" w14:textId="77777777" w:rsidR="001C2747" w:rsidRDefault="00000000">
            <w:r>
              <w:rPr>
                <w:b/>
                <w:sz w:val="16"/>
              </w:rPr>
              <w:t>Hazırlayan / Öz Değerlendirme Ekibi</w:t>
            </w:r>
          </w:p>
        </w:tc>
        <w:tc>
          <w:tcPr>
            <w:tcW w:w="3475" w:type="dxa"/>
            <w:shd w:val="clear" w:color="auto" w:fill="D9E2F3"/>
            <w:vAlign w:val="center"/>
          </w:tcPr>
          <w:p w14:paraId="1F8B2F85" w14:textId="77777777" w:rsidR="001C2747" w:rsidRDefault="00000000">
            <w:r>
              <w:rPr>
                <w:b/>
                <w:sz w:val="16"/>
              </w:rPr>
              <w:t>Program/Bölüm Başkanı</w:t>
            </w:r>
          </w:p>
        </w:tc>
        <w:tc>
          <w:tcPr>
            <w:tcW w:w="3475" w:type="dxa"/>
            <w:shd w:val="clear" w:color="auto" w:fill="D9E2F3"/>
            <w:vAlign w:val="center"/>
          </w:tcPr>
          <w:p w14:paraId="39AAC700" w14:textId="77777777" w:rsidR="001C2747" w:rsidRDefault="00000000">
            <w:r>
              <w:rPr>
                <w:b/>
                <w:sz w:val="16"/>
              </w:rPr>
              <w:t>Tarih</w:t>
            </w:r>
          </w:p>
        </w:tc>
      </w:tr>
      <w:tr w:rsidR="001C2747" w14:paraId="4335EB5A" w14:textId="77777777">
        <w:tc>
          <w:tcPr>
            <w:tcW w:w="3475" w:type="dxa"/>
            <w:vAlign w:val="center"/>
          </w:tcPr>
          <w:p w14:paraId="2BA1E2B1" w14:textId="77777777" w:rsidR="001C2747" w:rsidRDefault="00000000">
            <w:r>
              <w:rPr>
                <w:sz w:val="16"/>
              </w:rPr>
              <w:br/>
            </w:r>
            <w:r>
              <w:rPr>
                <w:sz w:val="16"/>
              </w:rPr>
              <w:br/>
            </w:r>
            <w:r>
              <w:rPr>
                <w:sz w:val="16"/>
              </w:rPr>
              <w:br/>
            </w:r>
          </w:p>
        </w:tc>
        <w:tc>
          <w:tcPr>
            <w:tcW w:w="3475" w:type="dxa"/>
            <w:vAlign w:val="center"/>
          </w:tcPr>
          <w:p w14:paraId="7C827CD5" w14:textId="77777777" w:rsidR="001C2747" w:rsidRDefault="00000000">
            <w:r>
              <w:rPr>
                <w:sz w:val="16"/>
              </w:rPr>
              <w:br/>
            </w:r>
            <w:r>
              <w:rPr>
                <w:sz w:val="16"/>
              </w:rPr>
              <w:br/>
            </w:r>
            <w:r>
              <w:rPr>
                <w:sz w:val="16"/>
              </w:rPr>
              <w:br/>
            </w:r>
          </w:p>
        </w:tc>
        <w:tc>
          <w:tcPr>
            <w:tcW w:w="3475" w:type="dxa"/>
            <w:vAlign w:val="center"/>
          </w:tcPr>
          <w:p w14:paraId="34FC0418" w14:textId="77777777" w:rsidR="001C2747" w:rsidRDefault="00000000">
            <w:r>
              <w:rPr>
                <w:sz w:val="16"/>
              </w:rPr>
              <w:br/>
            </w:r>
            <w:r>
              <w:rPr>
                <w:sz w:val="16"/>
              </w:rPr>
              <w:br/>
            </w:r>
            <w:r>
              <w:rPr>
                <w:sz w:val="16"/>
              </w:rPr>
              <w:br/>
            </w:r>
          </w:p>
        </w:tc>
      </w:tr>
    </w:tbl>
    <w:p w14:paraId="0692C559" w14:textId="77777777" w:rsidR="00022EEE" w:rsidRDefault="00022EEE"/>
    <w:sectPr w:rsidR="00022EEE" w:rsidSect="00117226">
      <w:headerReference w:type="even" r:id="rId8"/>
      <w:headerReference w:type="default" r:id="rId9"/>
      <w:footerReference w:type="even" r:id="rId10"/>
      <w:footerReference w:type="default" r:id="rId11"/>
      <w:headerReference w:type="first" r:id="rId12"/>
      <w:footerReference w:type="first" r:id="rId13"/>
      <w:pgSz w:w="12240" w:h="15840"/>
      <w:pgMar w:top="964" w:right="907" w:bottom="964" w:left="90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F8DD" w14:textId="77777777" w:rsidR="00022EEE" w:rsidRDefault="00022EEE">
      <w:pPr>
        <w:spacing w:after="0" w:line="240" w:lineRule="auto"/>
      </w:pPr>
      <w:r>
        <w:separator/>
      </w:r>
    </w:p>
  </w:endnote>
  <w:endnote w:type="continuationSeparator" w:id="0">
    <w:p w14:paraId="2BE608B7" w14:textId="77777777" w:rsidR="00022EEE" w:rsidRDefault="00022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70B8" w14:textId="77777777" w:rsidR="00D25123" w:rsidRDefault="00D2512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47"/>
      <w:gridCol w:w="3547"/>
      <w:gridCol w:w="3548"/>
    </w:tblGrid>
    <w:tr w:rsidR="00117226" w:rsidRPr="00C63201" w14:paraId="6FBB4F4F" w14:textId="77777777" w:rsidTr="003A0086">
      <w:trPr>
        <w:jc w:val="center"/>
      </w:trPr>
      <w:tc>
        <w:tcPr>
          <w:tcW w:w="1666" w:type="pct"/>
        </w:tcPr>
        <w:p w14:paraId="3EF2B147" w14:textId="77777777" w:rsidR="00117226" w:rsidRPr="00C63201" w:rsidRDefault="00117226" w:rsidP="00117226">
          <w:pPr>
            <w:jc w:val="center"/>
            <w:rPr>
              <w:rFonts w:ascii="Times New Roman" w:hAnsi="Times New Roman"/>
              <w:sz w:val="24"/>
              <w:szCs w:val="24"/>
            </w:rPr>
          </w:pPr>
          <w:proofErr w:type="spellStart"/>
          <w:r w:rsidRPr="00C63201">
            <w:rPr>
              <w:rFonts w:ascii="Times New Roman" w:hAnsi="Times New Roman"/>
              <w:sz w:val="24"/>
              <w:szCs w:val="24"/>
            </w:rPr>
            <w:t>Hazırlayan</w:t>
          </w:r>
          <w:proofErr w:type="spellEnd"/>
        </w:p>
      </w:tc>
      <w:tc>
        <w:tcPr>
          <w:tcW w:w="1666" w:type="pct"/>
        </w:tcPr>
        <w:p w14:paraId="7F87BEDD" w14:textId="77777777" w:rsidR="00117226" w:rsidRPr="00C63201" w:rsidRDefault="00117226" w:rsidP="00117226">
          <w:pPr>
            <w:jc w:val="center"/>
            <w:rPr>
              <w:rFonts w:ascii="Times New Roman" w:hAnsi="Times New Roman"/>
              <w:sz w:val="24"/>
              <w:szCs w:val="24"/>
            </w:rPr>
          </w:pPr>
          <w:proofErr w:type="spellStart"/>
          <w:r w:rsidRPr="00C63201">
            <w:rPr>
              <w:rFonts w:ascii="Times New Roman" w:hAnsi="Times New Roman"/>
              <w:sz w:val="24"/>
              <w:szCs w:val="24"/>
            </w:rPr>
            <w:t>Sistem</w:t>
          </w:r>
          <w:proofErr w:type="spellEnd"/>
          <w:r w:rsidRPr="00C63201">
            <w:rPr>
              <w:rFonts w:ascii="Times New Roman" w:hAnsi="Times New Roman"/>
              <w:sz w:val="24"/>
              <w:szCs w:val="24"/>
            </w:rPr>
            <w:t xml:space="preserve"> </w:t>
          </w:r>
          <w:proofErr w:type="spellStart"/>
          <w:r w:rsidRPr="00C63201">
            <w:rPr>
              <w:rFonts w:ascii="Times New Roman" w:hAnsi="Times New Roman"/>
              <w:sz w:val="24"/>
              <w:szCs w:val="24"/>
            </w:rPr>
            <w:t>Onayı</w:t>
          </w:r>
          <w:proofErr w:type="spellEnd"/>
        </w:p>
      </w:tc>
      <w:tc>
        <w:tcPr>
          <w:tcW w:w="1667" w:type="pct"/>
        </w:tcPr>
        <w:p w14:paraId="15B22ED5" w14:textId="77777777" w:rsidR="00117226" w:rsidRPr="00C63201" w:rsidRDefault="00117226" w:rsidP="00117226">
          <w:pPr>
            <w:jc w:val="center"/>
            <w:rPr>
              <w:rFonts w:ascii="Times New Roman" w:hAnsi="Times New Roman"/>
              <w:sz w:val="24"/>
              <w:szCs w:val="24"/>
            </w:rPr>
          </w:pPr>
          <w:proofErr w:type="spellStart"/>
          <w:r w:rsidRPr="00C63201">
            <w:rPr>
              <w:rFonts w:ascii="Times New Roman" w:hAnsi="Times New Roman"/>
              <w:sz w:val="24"/>
              <w:szCs w:val="24"/>
            </w:rPr>
            <w:t>Yürürlük</w:t>
          </w:r>
          <w:proofErr w:type="spellEnd"/>
          <w:r w:rsidRPr="00C63201">
            <w:rPr>
              <w:rFonts w:ascii="Times New Roman" w:hAnsi="Times New Roman"/>
              <w:sz w:val="24"/>
              <w:szCs w:val="24"/>
            </w:rPr>
            <w:t xml:space="preserve"> </w:t>
          </w:r>
          <w:proofErr w:type="spellStart"/>
          <w:r w:rsidRPr="00C63201">
            <w:rPr>
              <w:rFonts w:ascii="Times New Roman" w:hAnsi="Times New Roman"/>
              <w:sz w:val="24"/>
              <w:szCs w:val="24"/>
            </w:rPr>
            <w:t>Onayı</w:t>
          </w:r>
          <w:proofErr w:type="spellEnd"/>
        </w:p>
      </w:tc>
    </w:tr>
    <w:tr w:rsidR="00117226" w:rsidRPr="00C63201" w14:paraId="28AB6A91" w14:textId="77777777" w:rsidTr="003A0086">
      <w:trPr>
        <w:trHeight w:val="1002"/>
        <w:jc w:val="center"/>
      </w:trPr>
      <w:tc>
        <w:tcPr>
          <w:tcW w:w="1666" w:type="pct"/>
        </w:tcPr>
        <w:p w14:paraId="7FDE70CC" w14:textId="77777777" w:rsidR="00117226" w:rsidRPr="00C63201" w:rsidRDefault="00117226" w:rsidP="00117226">
          <w:pPr>
            <w:jc w:val="center"/>
            <w:rPr>
              <w:rFonts w:ascii="Times New Roman" w:hAnsi="Times New Roman"/>
              <w:sz w:val="24"/>
              <w:szCs w:val="24"/>
            </w:rPr>
          </w:pPr>
          <w:r w:rsidRPr="00C63201">
            <w:rPr>
              <w:rFonts w:ascii="Times New Roman" w:hAnsi="Times New Roman"/>
              <w:sz w:val="24"/>
              <w:szCs w:val="24"/>
            </w:rPr>
            <w:t>Kalite Koordinatörlüğü</w:t>
          </w:r>
        </w:p>
      </w:tc>
      <w:tc>
        <w:tcPr>
          <w:tcW w:w="1666" w:type="pct"/>
        </w:tcPr>
        <w:p w14:paraId="139A3FEB" w14:textId="77777777" w:rsidR="00117226" w:rsidRPr="00C63201" w:rsidRDefault="00117226" w:rsidP="00117226">
          <w:pPr>
            <w:jc w:val="center"/>
            <w:rPr>
              <w:rFonts w:ascii="Times New Roman" w:hAnsi="Times New Roman"/>
              <w:sz w:val="24"/>
              <w:szCs w:val="24"/>
            </w:rPr>
          </w:pPr>
          <w:r w:rsidRPr="00C63201">
            <w:rPr>
              <w:rFonts w:ascii="Times New Roman" w:hAnsi="Times New Roman"/>
              <w:sz w:val="24"/>
              <w:szCs w:val="24"/>
            </w:rPr>
            <w:t>Selin TOZOĞLU</w:t>
          </w:r>
        </w:p>
      </w:tc>
      <w:tc>
        <w:tcPr>
          <w:tcW w:w="1667" w:type="pct"/>
        </w:tcPr>
        <w:p w14:paraId="1F92CCF3" w14:textId="77777777" w:rsidR="00117226" w:rsidRPr="00C63201" w:rsidRDefault="00117226" w:rsidP="00117226">
          <w:pPr>
            <w:jc w:val="center"/>
            <w:rPr>
              <w:rFonts w:ascii="Times New Roman" w:hAnsi="Times New Roman"/>
              <w:sz w:val="24"/>
              <w:szCs w:val="24"/>
            </w:rPr>
          </w:pPr>
          <w:proofErr w:type="spellStart"/>
          <w:r w:rsidRPr="00C63201">
            <w:rPr>
              <w:rFonts w:ascii="Times New Roman" w:hAnsi="Times New Roman"/>
              <w:sz w:val="24"/>
              <w:szCs w:val="24"/>
            </w:rPr>
            <w:t>Öğr</w:t>
          </w:r>
          <w:proofErr w:type="spellEnd"/>
          <w:r w:rsidRPr="00C63201">
            <w:rPr>
              <w:rFonts w:ascii="Times New Roman" w:hAnsi="Times New Roman"/>
              <w:sz w:val="24"/>
              <w:szCs w:val="24"/>
            </w:rPr>
            <w:t xml:space="preserve">. </w:t>
          </w:r>
          <w:proofErr w:type="spellStart"/>
          <w:r w:rsidRPr="00C63201">
            <w:rPr>
              <w:rFonts w:ascii="Times New Roman" w:hAnsi="Times New Roman"/>
              <w:sz w:val="24"/>
              <w:szCs w:val="24"/>
            </w:rPr>
            <w:t>Gör</w:t>
          </w:r>
          <w:proofErr w:type="spellEnd"/>
          <w:r w:rsidRPr="00C63201">
            <w:rPr>
              <w:rFonts w:ascii="Times New Roman" w:hAnsi="Times New Roman"/>
              <w:sz w:val="24"/>
              <w:szCs w:val="24"/>
            </w:rPr>
            <w:t>. Cankat ÖZLÜ</w:t>
          </w:r>
        </w:p>
        <w:p w14:paraId="5DCD510E" w14:textId="77777777" w:rsidR="00117226" w:rsidRPr="00C63201" w:rsidRDefault="00117226" w:rsidP="00117226">
          <w:pPr>
            <w:jc w:val="center"/>
            <w:rPr>
              <w:rFonts w:ascii="Times New Roman" w:hAnsi="Times New Roman"/>
              <w:sz w:val="24"/>
              <w:szCs w:val="24"/>
            </w:rPr>
          </w:pPr>
        </w:p>
      </w:tc>
    </w:tr>
  </w:tbl>
  <w:p w14:paraId="47119137" w14:textId="5785B161" w:rsidR="001C2747" w:rsidRDefault="001C2747">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42C3" w14:textId="77777777" w:rsidR="00D25123" w:rsidRDefault="00D251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8CB7" w14:textId="77777777" w:rsidR="00022EEE" w:rsidRDefault="00022EEE">
      <w:pPr>
        <w:spacing w:after="0" w:line="240" w:lineRule="auto"/>
      </w:pPr>
      <w:r>
        <w:separator/>
      </w:r>
    </w:p>
  </w:footnote>
  <w:footnote w:type="continuationSeparator" w:id="0">
    <w:p w14:paraId="7CDE48DB" w14:textId="77777777" w:rsidR="00022EEE" w:rsidRDefault="00022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77AE" w14:textId="77777777" w:rsidR="00D25123" w:rsidRDefault="00D2512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6074"/>
      <w:gridCol w:w="1462"/>
      <w:gridCol w:w="1581"/>
    </w:tblGrid>
    <w:tr w:rsidR="00D25123" w:rsidRPr="00C63201" w14:paraId="31DCCF15" w14:textId="77777777" w:rsidTr="003A0086">
      <w:trPr>
        <w:trHeight w:val="276"/>
      </w:trPr>
      <w:tc>
        <w:tcPr>
          <w:tcW w:w="716" w:type="pct"/>
          <w:vMerge w:val="restart"/>
          <w:vAlign w:val="center"/>
        </w:tcPr>
        <w:p w14:paraId="2489A116" w14:textId="77777777" w:rsidR="00D25123" w:rsidRPr="00C63201" w:rsidRDefault="00D25123" w:rsidP="00D25123">
          <w:pPr>
            <w:rPr>
              <w:rFonts w:cs="Arial"/>
            </w:rPr>
          </w:pPr>
          <w:r w:rsidRPr="00C63201">
            <w:rPr>
              <w:rFonts w:cs="Arial"/>
              <w:noProof/>
              <w:lang w:eastAsia="tr-TR"/>
            </w:rPr>
            <w:drawing>
              <wp:inline distT="0" distB="0" distL="0" distR="0" wp14:anchorId="0C13F55E" wp14:editId="74B8D9D5">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2854" w:type="pct"/>
          <w:vMerge w:val="restart"/>
          <w:vAlign w:val="center"/>
        </w:tcPr>
        <w:p w14:paraId="4EF591E6" w14:textId="77777777" w:rsidR="00D25123" w:rsidRPr="00C63201" w:rsidRDefault="00D25123" w:rsidP="00D25123">
          <w:pPr>
            <w:jc w:val="center"/>
            <w:rPr>
              <w:rFonts w:ascii="Times New Roman" w:hAnsi="Times New Roman" w:cs="Times New Roman"/>
              <w:sz w:val="24"/>
              <w:szCs w:val="24"/>
            </w:rPr>
          </w:pPr>
          <w:r w:rsidRPr="00C63201">
            <w:rPr>
              <w:rFonts w:ascii="Times New Roman" w:hAnsi="Times New Roman" w:cs="Times New Roman"/>
              <w:b/>
              <w:sz w:val="24"/>
              <w:szCs w:val="24"/>
            </w:rPr>
            <w:t>KONYA GIDA VE TARIM ÜNİVERSİTESİ</w:t>
          </w:r>
        </w:p>
        <w:p w14:paraId="3DEAF447" w14:textId="4107BCC9" w:rsidR="00D25123" w:rsidRPr="00C63201" w:rsidRDefault="00D25123" w:rsidP="00D25123">
          <w:pPr>
            <w:jc w:val="center"/>
            <w:rPr>
              <w:rFonts w:ascii="Times New Roman" w:hAnsi="Times New Roman" w:cs="Times New Roman"/>
              <w:sz w:val="24"/>
              <w:szCs w:val="24"/>
            </w:rPr>
          </w:pPr>
          <w:r>
            <w:rPr>
              <w:rFonts w:ascii="Times New Roman" w:hAnsi="Times New Roman" w:cs="Times New Roman"/>
              <w:b/>
              <w:sz w:val="24"/>
              <w:szCs w:val="24"/>
            </w:rPr>
            <w:t>PROGRA</w:t>
          </w:r>
          <w:r>
            <w:rPr>
              <w:rFonts w:ascii="Times New Roman" w:hAnsi="Times New Roman" w:cs="Times New Roman"/>
              <w:b/>
              <w:sz w:val="24"/>
              <w:szCs w:val="24"/>
            </w:rPr>
            <w:t>M</w:t>
          </w:r>
          <w:r w:rsidRPr="00C63201">
            <w:rPr>
              <w:rFonts w:ascii="Times New Roman" w:hAnsi="Times New Roman" w:cs="Times New Roman"/>
              <w:b/>
              <w:sz w:val="24"/>
              <w:szCs w:val="24"/>
            </w:rPr>
            <w:t xml:space="preserve"> </w:t>
          </w:r>
          <w:r>
            <w:rPr>
              <w:rFonts w:ascii="Times New Roman" w:hAnsi="Times New Roman" w:cs="Times New Roman"/>
              <w:b/>
              <w:sz w:val="24"/>
              <w:szCs w:val="24"/>
            </w:rPr>
            <w:t>ÖZ</w:t>
          </w:r>
          <w:r w:rsidRPr="00C63201">
            <w:rPr>
              <w:rFonts w:ascii="Times New Roman" w:hAnsi="Times New Roman" w:cs="Times New Roman"/>
              <w:b/>
              <w:sz w:val="24"/>
              <w:szCs w:val="24"/>
            </w:rPr>
            <w:t>DEĞERLENDİRME</w:t>
          </w:r>
          <w:r>
            <w:rPr>
              <w:rFonts w:ascii="Times New Roman" w:hAnsi="Times New Roman" w:cs="Times New Roman"/>
              <w:b/>
              <w:sz w:val="24"/>
              <w:szCs w:val="24"/>
            </w:rPr>
            <w:t xml:space="preserve"> VE KANIT</w:t>
          </w:r>
          <w:r>
            <w:rPr>
              <w:rFonts w:ascii="Times New Roman" w:hAnsi="Times New Roman" w:cs="Times New Roman"/>
              <w:b/>
              <w:sz w:val="24"/>
              <w:szCs w:val="24"/>
            </w:rPr>
            <w:t xml:space="preserve"> </w:t>
          </w:r>
          <w:r>
            <w:rPr>
              <w:rFonts w:ascii="Times New Roman" w:hAnsi="Times New Roman" w:cs="Times New Roman"/>
              <w:b/>
              <w:sz w:val="24"/>
              <w:szCs w:val="24"/>
            </w:rPr>
            <w:t>FORMU</w:t>
          </w:r>
        </w:p>
        <w:p w14:paraId="79AA2BD2" w14:textId="77777777" w:rsidR="00D25123" w:rsidRPr="00C63201" w:rsidRDefault="00D25123" w:rsidP="00D25123">
          <w:pPr>
            <w:jc w:val="center"/>
            <w:rPr>
              <w:rFonts w:ascii="Times New Roman" w:hAnsi="Times New Roman"/>
              <w:b/>
              <w:iCs/>
              <w:sz w:val="28"/>
              <w:szCs w:val="28"/>
            </w:rPr>
          </w:pPr>
        </w:p>
      </w:tc>
      <w:tc>
        <w:tcPr>
          <w:tcW w:w="687" w:type="pct"/>
          <w:vAlign w:val="center"/>
        </w:tcPr>
        <w:p w14:paraId="106003F0" w14:textId="77777777" w:rsidR="00D25123" w:rsidRPr="00C63201" w:rsidRDefault="00D25123" w:rsidP="00D25123">
          <w:pPr>
            <w:rPr>
              <w:rFonts w:cs="Arial"/>
            </w:rPr>
          </w:pPr>
          <w:proofErr w:type="spellStart"/>
          <w:r w:rsidRPr="00C63201">
            <w:rPr>
              <w:rFonts w:cs="Arial"/>
            </w:rPr>
            <w:t>Doküman</w:t>
          </w:r>
          <w:proofErr w:type="spellEnd"/>
          <w:r w:rsidRPr="00C63201">
            <w:rPr>
              <w:rFonts w:cs="Arial"/>
            </w:rPr>
            <w:t xml:space="preserve"> No</w:t>
          </w:r>
        </w:p>
      </w:tc>
      <w:tc>
        <w:tcPr>
          <w:tcW w:w="743" w:type="pct"/>
          <w:vAlign w:val="center"/>
        </w:tcPr>
        <w:p w14:paraId="4E83D059" w14:textId="648C712D" w:rsidR="00D25123" w:rsidRPr="00C63201" w:rsidRDefault="00D25123" w:rsidP="00D25123">
          <w:pPr>
            <w:rPr>
              <w:rFonts w:cs="Arial"/>
              <w:b/>
            </w:rPr>
          </w:pPr>
          <w:r w:rsidRPr="00C63201">
            <w:rPr>
              <w:rFonts w:cs="Arial"/>
              <w:b/>
            </w:rPr>
            <w:t>FR-KBK-0</w:t>
          </w:r>
          <w:r>
            <w:rPr>
              <w:rFonts w:cs="Arial"/>
              <w:b/>
            </w:rPr>
            <w:t>18</w:t>
          </w:r>
          <w:r>
            <w:rPr>
              <w:rFonts w:cs="Arial"/>
              <w:b/>
            </w:rPr>
            <w:t>1</w:t>
          </w:r>
        </w:p>
      </w:tc>
    </w:tr>
    <w:tr w:rsidR="00D25123" w:rsidRPr="00C63201" w14:paraId="35430FFE" w14:textId="77777777" w:rsidTr="003A0086">
      <w:trPr>
        <w:trHeight w:val="305"/>
      </w:trPr>
      <w:tc>
        <w:tcPr>
          <w:tcW w:w="716" w:type="pct"/>
          <w:vMerge/>
          <w:vAlign w:val="center"/>
        </w:tcPr>
        <w:p w14:paraId="7F012FEB" w14:textId="77777777" w:rsidR="00D25123" w:rsidRPr="00C63201" w:rsidRDefault="00D25123" w:rsidP="00D25123">
          <w:pPr>
            <w:jc w:val="center"/>
            <w:rPr>
              <w:rFonts w:cs="Arial"/>
            </w:rPr>
          </w:pPr>
        </w:p>
      </w:tc>
      <w:tc>
        <w:tcPr>
          <w:tcW w:w="2854" w:type="pct"/>
          <w:vMerge/>
          <w:vAlign w:val="center"/>
        </w:tcPr>
        <w:p w14:paraId="6B983BA9" w14:textId="77777777" w:rsidR="00D25123" w:rsidRPr="00C63201" w:rsidRDefault="00D25123" w:rsidP="00D25123">
          <w:pPr>
            <w:jc w:val="center"/>
            <w:rPr>
              <w:rFonts w:cs="Arial"/>
            </w:rPr>
          </w:pPr>
        </w:p>
      </w:tc>
      <w:tc>
        <w:tcPr>
          <w:tcW w:w="687" w:type="pct"/>
          <w:vAlign w:val="center"/>
        </w:tcPr>
        <w:p w14:paraId="4A35B4CF" w14:textId="77777777" w:rsidR="00D25123" w:rsidRPr="00C63201" w:rsidRDefault="00D25123" w:rsidP="00D25123">
          <w:pPr>
            <w:rPr>
              <w:rFonts w:cs="Arial"/>
            </w:rPr>
          </w:pPr>
          <w:r w:rsidRPr="00C63201">
            <w:rPr>
              <w:rFonts w:cs="Arial"/>
            </w:rPr>
            <w:t xml:space="preserve">İlk </w:t>
          </w:r>
          <w:proofErr w:type="spellStart"/>
          <w:r w:rsidRPr="00C63201">
            <w:rPr>
              <w:rFonts w:cs="Arial"/>
            </w:rPr>
            <w:t>Yayın</w:t>
          </w:r>
          <w:proofErr w:type="spellEnd"/>
          <w:r w:rsidRPr="00C63201">
            <w:rPr>
              <w:rFonts w:cs="Arial"/>
            </w:rPr>
            <w:t xml:space="preserve"> </w:t>
          </w:r>
          <w:proofErr w:type="spellStart"/>
          <w:r w:rsidRPr="00C63201">
            <w:rPr>
              <w:rFonts w:cs="Arial"/>
            </w:rPr>
            <w:t>Tarihi</w:t>
          </w:r>
          <w:proofErr w:type="spellEnd"/>
        </w:p>
      </w:tc>
      <w:tc>
        <w:tcPr>
          <w:tcW w:w="743" w:type="pct"/>
          <w:vAlign w:val="center"/>
        </w:tcPr>
        <w:p w14:paraId="09665121" w14:textId="77777777" w:rsidR="00D25123" w:rsidRPr="00C63201" w:rsidRDefault="00D25123" w:rsidP="00D25123">
          <w:pPr>
            <w:rPr>
              <w:rFonts w:cs="Arial"/>
              <w:b/>
            </w:rPr>
          </w:pPr>
          <w:r>
            <w:rPr>
              <w:rFonts w:cs="Arial"/>
              <w:b/>
            </w:rPr>
            <w:t>14.09.2026</w:t>
          </w:r>
        </w:p>
      </w:tc>
    </w:tr>
    <w:tr w:rsidR="00D25123" w:rsidRPr="00C63201" w14:paraId="5CB6D142" w14:textId="77777777" w:rsidTr="003A0086">
      <w:trPr>
        <w:trHeight w:val="276"/>
      </w:trPr>
      <w:tc>
        <w:tcPr>
          <w:tcW w:w="716" w:type="pct"/>
          <w:vMerge/>
          <w:vAlign w:val="center"/>
        </w:tcPr>
        <w:p w14:paraId="68C9552B" w14:textId="77777777" w:rsidR="00D25123" w:rsidRPr="00C63201" w:rsidRDefault="00D25123" w:rsidP="00D25123">
          <w:pPr>
            <w:jc w:val="center"/>
            <w:rPr>
              <w:rFonts w:cs="Arial"/>
            </w:rPr>
          </w:pPr>
        </w:p>
      </w:tc>
      <w:tc>
        <w:tcPr>
          <w:tcW w:w="2854" w:type="pct"/>
          <w:vMerge/>
          <w:vAlign w:val="center"/>
        </w:tcPr>
        <w:p w14:paraId="0ED540EB" w14:textId="77777777" w:rsidR="00D25123" w:rsidRPr="00C63201" w:rsidRDefault="00D25123" w:rsidP="00D25123">
          <w:pPr>
            <w:jc w:val="center"/>
            <w:rPr>
              <w:rFonts w:cs="Arial"/>
            </w:rPr>
          </w:pPr>
        </w:p>
      </w:tc>
      <w:tc>
        <w:tcPr>
          <w:tcW w:w="687" w:type="pct"/>
          <w:vAlign w:val="center"/>
        </w:tcPr>
        <w:p w14:paraId="2628393C" w14:textId="77777777" w:rsidR="00D25123" w:rsidRPr="00C63201" w:rsidRDefault="00D25123" w:rsidP="00D25123">
          <w:pPr>
            <w:rPr>
              <w:rFonts w:cs="Arial"/>
            </w:rPr>
          </w:pPr>
          <w:proofErr w:type="spellStart"/>
          <w:r w:rsidRPr="00C63201">
            <w:rPr>
              <w:rFonts w:cs="Arial"/>
            </w:rPr>
            <w:t>Revizyon</w:t>
          </w:r>
          <w:proofErr w:type="spellEnd"/>
          <w:r w:rsidRPr="00C63201">
            <w:rPr>
              <w:rFonts w:cs="Arial"/>
            </w:rPr>
            <w:t xml:space="preserve"> </w:t>
          </w:r>
          <w:proofErr w:type="spellStart"/>
          <w:r w:rsidRPr="00C63201">
            <w:rPr>
              <w:rFonts w:cs="Arial"/>
            </w:rPr>
            <w:t>Tarihi</w:t>
          </w:r>
          <w:proofErr w:type="spellEnd"/>
        </w:p>
      </w:tc>
      <w:tc>
        <w:tcPr>
          <w:tcW w:w="743" w:type="pct"/>
          <w:vAlign w:val="center"/>
        </w:tcPr>
        <w:p w14:paraId="70287FAC" w14:textId="77777777" w:rsidR="00D25123" w:rsidRPr="00C63201" w:rsidRDefault="00D25123" w:rsidP="00D25123">
          <w:pPr>
            <w:rPr>
              <w:rFonts w:cs="Arial"/>
              <w:b/>
            </w:rPr>
          </w:pPr>
        </w:p>
      </w:tc>
    </w:tr>
    <w:tr w:rsidR="00D25123" w:rsidRPr="00C63201" w14:paraId="605730CF" w14:textId="77777777" w:rsidTr="003A0086">
      <w:trPr>
        <w:trHeight w:val="276"/>
      </w:trPr>
      <w:tc>
        <w:tcPr>
          <w:tcW w:w="716" w:type="pct"/>
          <w:vMerge/>
          <w:vAlign w:val="center"/>
        </w:tcPr>
        <w:p w14:paraId="6C86C0D8" w14:textId="77777777" w:rsidR="00D25123" w:rsidRPr="00C63201" w:rsidRDefault="00D25123" w:rsidP="00D25123">
          <w:pPr>
            <w:jc w:val="center"/>
            <w:rPr>
              <w:rFonts w:cs="Arial"/>
            </w:rPr>
          </w:pPr>
        </w:p>
      </w:tc>
      <w:tc>
        <w:tcPr>
          <w:tcW w:w="2854" w:type="pct"/>
          <w:vMerge/>
          <w:vAlign w:val="center"/>
        </w:tcPr>
        <w:p w14:paraId="08A0FF94" w14:textId="77777777" w:rsidR="00D25123" w:rsidRPr="00C63201" w:rsidRDefault="00D25123" w:rsidP="00D25123">
          <w:pPr>
            <w:jc w:val="center"/>
            <w:rPr>
              <w:rFonts w:cs="Arial"/>
            </w:rPr>
          </w:pPr>
        </w:p>
      </w:tc>
      <w:tc>
        <w:tcPr>
          <w:tcW w:w="687" w:type="pct"/>
          <w:vAlign w:val="center"/>
        </w:tcPr>
        <w:p w14:paraId="237993D4" w14:textId="77777777" w:rsidR="00D25123" w:rsidRPr="00C63201" w:rsidRDefault="00D25123" w:rsidP="00D25123">
          <w:pPr>
            <w:rPr>
              <w:rFonts w:cs="Arial"/>
            </w:rPr>
          </w:pPr>
          <w:proofErr w:type="spellStart"/>
          <w:r w:rsidRPr="00C63201">
            <w:rPr>
              <w:rFonts w:cs="Arial"/>
            </w:rPr>
            <w:t>Revizyon</w:t>
          </w:r>
          <w:proofErr w:type="spellEnd"/>
          <w:r w:rsidRPr="00C63201">
            <w:rPr>
              <w:rFonts w:cs="Arial"/>
            </w:rPr>
            <w:t xml:space="preserve"> No</w:t>
          </w:r>
        </w:p>
      </w:tc>
      <w:tc>
        <w:tcPr>
          <w:tcW w:w="743" w:type="pct"/>
          <w:vAlign w:val="center"/>
        </w:tcPr>
        <w:p w14:paraId="0A28F54D" w14:textId="77777777" w:rsidR="00D25123" w:rsidRPr="00C63201" w:rsidRDefault="00D25123" w:rsidP="00D25123">
          <w:pPr>
            <w:rPr>
              <w:rFonts w:cs="Arial"/>
              <w:b/>
            </w:rPr>
          </w:pPr>
        </w:p>
      </w:tc>
    </w:tr>
    <w:tr w:rsidR="00D25123" w:rsidRPr="00C63201" w14:paraId="4C73A87F" w14:textId="77777777" w:rsidTr="003A0086">
      <w:trPr>
        <w:trHeight w:val="276"/>
      </w:trPr>
      <w:tc>
        <w:tcPr>
          <w:tcW w:w="716" w:type="pct"/>
          <w:vMerge/>
          <w:vAlign w:val="center"/>
        </w:tcPr>
        <w:p w14:paraId="0BF86AFD" w14:textId="77777777" w:rsidR="00D25123" w:rsidRPr="00C63201" w:rsidRDefault="00D25123" w:rsidP="00D25123">
          <w:pPr>
            <w:jc w:val="center"/>
            <w:rPr>
              <w:rFonts w:cs="Arial"/>
            </w:rPr>
          </w:pPr>
        </w:p>
      </w:tc>
      <w:tc>
        <w:tcPr>
          <w:tcW w:w="2854" w:type="pct"/>
          <w:vMerge/>
          <w:vAlign w:val="center"/>
        </w:tcPr>
        <w:p w14:paraId="542D3411" w14:textId="77777777" w:rsidR="00D25123" w:rsidRPr="00C63201" w:rsidRDefault="00D25123" w:rsidP="00D25123">
          <w:pPr>
            <w:jc w:val="center"/>
            <w:rPr>
              <w:rFonts w:cs="Arial"/>
            </w:rPr>
          </w:pPr>
        </w:p>
      </w:tc>
      <w:tc>
        <w:tcPr>
          <w:tcW w:w="687" w:type="pct"/>
          <w:vAlign w:val="center"/>
        </w:tcPr>
        <w:p w14:paraId="653346F1" w14:textId="77777777" w:rsidR="00D25123" w:rsidRPr="00C63201" w:rsidRDefault="00D25123" w:rsidP="00D25123">
          <w:pPr>
            <w:rPr>
              <w:rFonts w:cs="Arial"/>
            </w:rPr>
          </w:pPr>
          <w:proofErr w:type="spellStart"/>
          <w:r w:rsidRPr="00C63201">
            <w:rPr>
              <w:rFonts w:cs="Arial"/>
            </w:rPr>
            <w:t>Sayfa</w:t>
          </w:r>
          <w:proofErr w:type="spellEnd"/>
        </w:p>
      </w:tc>
      <w:tc>
        <w:tcPr>
          <w:tcW w:w="743" w:type="pct"/>
          <w:vAlign w:val="center"/>
        </w:tcPr>
        <w:p w14:paraId="7B35726D" w14:textId="77777777" w:rsidR="00D25123" w:rsidRPr="00C63201" w:rsidRDefault="00D25123" w:rsidP="00D25123">
          <w:pPr>
            <w:rPr>
              <w:rFonts w:cs="Arial"/>
              <w:b/>
            </w:rPr>
          </w:pPr>
          <w:r w:rsidRPr="00C63201">
            <w:rPr>
              <w:rFonts w:cs="Arial"/>
              <w:b/>
            </w:rPr>
            <w:fldChar w:fldCharType="begin"/>
          </w:r>
          <w:r w:rsidRPr="00C63201">
            <w:rPr>
              <w:rFonts w:cs="Arial"/>
              <w:b/>
            </w:rPr>
            <w:instrText xml:space="preserve"> PAGE   \* MERGEFORMAT </w:instrText>
          </w:r>
          <w:r w:rsidRPr="00C63201">
            <w:rPr>
              <w:rFonts w:cs="Arial"/>
              <w:b/>
            </w:rPr>
            <w:fldChar w:fldCharType="separate"/>
          </w:r>
          <w:r w:rsidRPr="00C63201">
            <w:rPr>
              <w:rFonts w:cs="Arial"/>
              <w:b/>
              <w:noProof/>
            </w:rPr>
            <w:t>1</w:t>
          </w:r>
          <w:r w:rsidRPr="00C63201">
            <w:rPr>
              <w:rFonts w:cs="Arial"/>
              <w:b/>
            </w:rPr>
            <w:fldChar w:fldCharType="end"/>
          </w:r>
          <w:r w:rsidRPr="00C63201">
            <w:rPr>
              <w:rFonts w:cs="Arial"/>
              <w:b/>
            </w:rPr>
            <w:t>/</w:t>
          </w:r>
          <w:r w:rsidRPr="00C63201">
            <w:rPr>
              <w:rFonts w:cs="Arial"/>
              <w:b/>
            </w:rPr>
            <w:fldChar w:fldCharType="begin"/>
          </w:r>
          <w:r w:rsidRPr="00C63201">
            <w:rPr>
              <w:rFonts w:cs="Arial"/>
              <w:b/>
            </w:rPr>
            <w:instrText xml:space="preserve"> NUMPAGES   \* MERGEFORMAT </w:instrText>
          </w:r>
          <w:r w:rsidRPr="00C63201">
            <w:rPr>
              <w:rFonts w:cs="Arial"/>
              <w:b/>
            </w:rPr>
            <w:fldChar w:fldCharType="separate"/>
          </w:r>
          <w:r w:rsidRPr="00C63201">
            <w:rPr>
              <w:rFonts w:cs="Arial"/>
              <w:b/>
              <w:noProof/>
            </w:rPr>
            <w:t>1</w:t>
          </w:r>
          <w:r w:rsidRPr="00C63201">
            <w:rPr>
              <w:rFonts w:cs="Arial"/>
              <w:b/>
            </w:rPr>
            <w:fldChar w:fldCharType="end"/>
          </w:r>
        </w:p>
      </w:tc>
    </w:tr>
  </w:tbl>
  <w:p w14:paraId="6B49F089" w14:textId="77777777" w:rsidR="00D25123" w:rsidRDefault="00D2512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3740" w14:textId="77777777" w:rsidR="00D25123" w:rsidRDefault="00D251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27023463">
    <w:abstractNumId w:val="8"/>
  </w:num>
  <w:num w:numId="2" w16cid:durableId="2014797318">
    <w:abstractNumId w:val="6"/>
  </w:num>
  <w:num w:numId="3" w16cid:durableId="2055614788">
    <w:abstractNumId w:val="5"/>
  </w:num>
  <w:num w:numId="4" w16cid:durableId="1278485894">
    <w:abstractNumId w:val="4"/>
  </w:num>
  <w:num w:numId="5" w16cid:durableId="1229995165">
    <w:abstractNumId w:val="7"/>
  </w:num>
  <w:num w:numId="6" w16cid:durableId="1230657687">
    <w:abstractNumId w:val="3"/>
  </w:num>
  <w:num w:numId="7" w16cid:durableId="1451633676">
    <w:abstractNumId w:val="2"/>
  </w:num>
  <w:num w:numId="8" w16cid:durableId="1662079124">
    <w:abstractNumId w:val="1"/>
  </w:num>
  <w:num w:numId="9" w16cid:durableId="94912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EEE"/>
    <w:rsid w:val="00034616"/>
    <w:rsid w:val="0006063C"/>
    <w:rsid w:val="00117226"/>
    <w:rsid w:val="0015074B"/>
    <w:rsid w:val="001C2747"/>
    <w:rsid w:val="0029639D"/>
    <w:rsid w:val="00326F90"/>
    <w:rsid w:val="00AA1D8D"/>
    <w:rsid w:val="00B47730"/>
    <w:rsid w:val="00CB0664"/>
    <w:rsid w:val="00D25123"/>
    <w:rsid w:val="00EB0F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C0611A"/>
  <w14:defaultImageDpi w14:val="300"/>
  <w15:docId w15:val="{999B3C24-8CE8-489D-AFA4-E490762E6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3</cp:revision>
  <dcterms:created xsi:type="dcterms:W3CDTF">2013-12-23T23:15:00Z</dcterms:created>
  <dcterms:modified xsi:type="dcterms:W3CDTF">2026-09-14T13:48:00Z</dcterms:modified>
  <cp:category/>
</cp:coreProperties>
</file>