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DA19B" w14:textId="77777777" w:rsidR="004F7165" w:rsidRPr="00F41FF2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F41FF2">
        <w:rPr>
          <w:rFonts w:ascii="Times New Roman" w:hAnsi="Times New Roman" w:cs="Times New Roman"/>
          <w:b/>
          <w:sz w:val="24"/>
          <w:szCs w:val="24"/>
        </w:rPr>
        <w:t>KONYA GIDA VE TARIM ÜNİVERSİTESİ</w:t>
      </w:r>
    </w:p>
    <w:p w14:paraId="265D8EFA" w14:textId="77777777" w:rsidR="004F7165" w:rsidRPr="00F41FF2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F41FF2">
        <w:rPr>
          <w:rFonts w:ascii="Times New Roman" w:hAnsi="Times New Roman" w:cs="Times New Roman"/>
          <w:b/>
          <w:sz w:val="24"/>
          <w:szCs w:val="24"/>
        </w:rPr>
        <w:t>KOOPERATİFÇİLİK VE TARIMSAL İŞ BİRLİĞİ UYGULAMA VE ARAŞTIRMA MERKEZİ (KOTİB)</w:t>
      </w:r>
    </w:p>
    <w:p w14:paraId="14D492E2" w14:textId="77777777" w:rsidR="004F7165" w:rsidRPr="00F41FF2" w:rsidRDefault="00000000">
      <w:pPr>
        <w:rPr>
          <w:rFonts w:ascii="Times New Roman" w:hAnsi="Times New Roman" w:cs="Times New Roman"/>
          <w:sz w:val="24"/>
          <w:szCs w:val="24"/>
        </w:rPr>
      </w:pPr>
      <w:r w:rsidRPr="00F41FF2">
        <w:rPr>
          <w:rFonts w:ascii="Times New Roman" w:hAnsi="Times New Roman" w:cs="Times New Roman"/>
          <w:b/>
          <w:sz w:val="24"/>
          <w:szCs w:val="24"/>
        </w:rPr>
        <w:t>Amaç</w:t>
      </w:r>
    </w:p>
    <w:p w14:paraId="3A13AB76" w14:textId="77777777" w:rsidR="004F7165" w:rsidRPr="00F41FF2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F41FF2">
        <w:rPr>
          <w:rFonts w:ascii="Times New Roman" w:hAnsi="Times New Roman" w:cs="Times New Roman"/>
          <w:sz w:val="24"/>
          <w:szCs w:val="24"/>
        </w:rPr>
        <w:t>KOTİB’in kuruluş amacı doğrultusunda yurt içi ve yurt dışında gerçekleştirilecek araştırma ve inceleme gezilerinin planlanması, yürütülmesi ve sonuçlarının kayıt altına alınmasına ilişkin sürecin tanımlanmasıdır.</w:t>
      </w:r>
    </w:p>
    <w:p w14:paraId="1FA5B306" w14:textId="77777777" w:rsidR="004F7165" w:rsidRPr="00F41FF2" w:rsidRDefault="00000000">
      <w:pPr>
        <w:rPr>
          <w:rFonts w:ascii="Times New Roman" w:hAnsi="Times New Roman" w:cs="Times New Roman"/>
          <w:sz w:val="24"/>
          <w:szCs w:val="24"/>
        </w:rPr>
      </w:pPr>
      <w:r w:rsidRPr="00F41FF2">
        <w:rPr>
          <w:rFonts w:ascii="Times New Roman" w:hAnsi="Times New Roman" w:cs="Times New Roman"/>
          <w:b/>
          <w:sz w:val="24"/>
          <w:szCs w:val="24"/>
        </w:rPr>
        <w:t>Kapsam</w:t>
      </w:r>
    </w:p>
    <w:p w14:paraId="32D1A8E6" w14:textId="77777777" w:rsidR="004F7165" w:rsidRPr="00F41FF2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F41FF2">
        <w:rPr>
          <w:rFonts w:ascii="Times New Roman" w:hAnsi="Times New Roman" w:cs="Times New Roman"/>
          <w:sz w:val="24"/>
          <w:szCs w:val="24"/>
        </w:rPr>
        <w:t>Bu iş akışı, KOTİB bünyesinde ilgili sürecin planlanması, yürütülmesi, kayıt altına alınması, değerlendirilmesi ve sonuçlandırılmasına ilişkin işlemleri kapsar.</w:t>
      </w:r>
    </w:p>
    <w:p w14:paraId="3049507B" w14:textId="77777777" w:rsidR="004F7165" w:rsidRPr="00F41FF2" w:rsidRDefault="00000000">
      <w:pPr>
        <w:rPr>
          <w:rFonts w:ascii="Times New Roman" w:hAnsi="Times New Roman" w:cs="Times New Roman"/>
          <w:sz w:val="24"/>
          <w:szCs w:val="24"/>
        </w:rPr>
      </w:pPr>
      <w:r w:rsidRPr="00F41FF2">
        <w:rPr>
          <w:rFonts w:ascii="Times New Roman" w:hAnsi="Times New Roman" w:cs="Times New Roman"/>
          <w:b/>
          <w:sz w:val="24"/>
          <w:szCs w:val="24"/>
        </w:rPr>
        <w:t>Sorumlular</w:t>
      </w:r>
    </w:p>
    <w:p w14:paraId="07A138C2" w14:textId="77777777" w:rsidR="004F7165" w:rsidRPr="00F41FF2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F41FF2">
        <w:rPr>
          <w:rFonts w:ascii="Times New Roman" w:hAnsi="Times New Roman" w:cs="Times New Roman"/>
          <w:sz w:val="24"/>
          <w:szCs w:val="24"/>
        </w:rPr>
        <w:t>KOTİB Müdürü, KOTİB Yönetim Kurulu ve sürecin niteliğine göre Danışma Kurulu, ilgili akademik/idari birimler, çalışma grupları, faaliyet sorumluları ve ilgili paydaşlar.</w:t>
      </w:r>
    </w:p>
    <w:p w14:paraId="4F0B152F" w14:textId="77777777" w:rsidR="004F7165" w:rsidRPr="00F41FF2" w:rsidRDefault="00000000">
      <w:pPr>
        <w:rPr>
          <w:rFonts w:ascii="Times New Roman" w:hAnsi="Times New Roman" w:cs="Times New Roman"/>
          <w:sz w:val="24"/>
          <w:szCs w:val="24"/>
        </w:rPr>
      </w:pPr>
      <w:r w:rsidRPr="00F41FF2">
        <w:rPr>
          <w:rFonts w:ascii="Times New Roman" w:hAnsi="Times New Roman" w:cs="Times New Roman"/>
          <w:b/>
          <w:sz w:val="24"/>
          <w:szCs w:val="24"/>
        </w:rPr>
        <w:t>İş Akışı</w:t>
      </w:r>
    </w:p>
    <w:p w14:paraId="77389A71" w14:textId="248823DE" w:rsidR="004F7165" w:rsidRPr="00F41FF2" w:rsidRDefault="00000000" w:rsidP="00F41FF2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41FF2">
        <w:rPr>
          <w:rFonts w:ascii="Times New Roman" w:hAnsi="Times New Roman" w:cs="Times New Roman"/>
          <w:sz w:val="24"/>
          <w:szCs w:val="24"/>
        </w:rPr>
        <w:t>Araştırma</w:t>
      </w:r>
      <w:proofErr w:type="spellEnd"/>
      <w:r w:rsidRPr="00F41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FF2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F41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FF2">
        <w:rPr>
          <w:rFonts w:ascii="Times New Roman" w:hAnsi="Times New Roman" w:cs="Times New Roman"/>
          <w:sz w:val="24"/>
          <w:szCs w:val="24"/>
        </w:rPr>
        <w:t>inceleme</w:t>
      </w:r>
      <w:proofErr w:type="spellEnd"/>
      <w:r w:rsidRPr="00F41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FF2">
        <w:rPr>
          <w:rFonts w:ascii="Times New Roman" w:hAnsi="Times New Roman" w:cs="Times New Roman"/>
          <w:sz w:val="24"/>
          <w:szCs w:val="24"/>
        </w:rPr>
        <w:t>gezisi</w:t>
      </w:r>
      <w:proofErr w:type="spellEnd"/>
      <w:r w:rsidRPr="00F41FF2">
        <w:rPr>
          <w:rFonts w:ascii="Times New Roman" w:hAnsi="Times New Roman" w:cs="Times New Roman"/>
          <w:sz w:val="24"/>
          <w:szCs w:val="24"/>
        </w:rPr>
        <w:t xml:space="preserve"> önerisi Merkez Müdürlüğüne iletilir veya Merkez Müdürlüğü tarafından oluşturulur.</w:t>
      </w:r>
    </w:p>
    <w:p w14:paraId="5189D03E" w14:textId="7DD21A16" w:rsidR="004F7165" w:rsidRPr="00F41FF2" w:rsidRDefault="00000000" w:rsidP="00F41FF2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41FF2">
        <w:rPr>
          <w:rFonts w:ascii="Times New Roman" w:hAnsi="Times New Roman" w:cs="Times New Roman"/>
          <w:sz w:val="24"/>
          <w:szCs w:val="24"/>
        </w:rPr>
        <w:t>Gezinin</w:t>
      </w:r>
      <w:proofErr w:type="spellEnd"/>
      <w:r w:rsidRPr="00F41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FF2">
        <w:rPr>
          <w:rFonts w:ascii="Times New Roman" w:hAnsi="Times New Roman" w:cs="Times New Roman"/>
          <w:sz w:val="24"/>
          <w:szCs w:val="24"/>
        </w:rPr>
        <w:t>amacı</w:t>
      </w:r>
      <w:proofErr w:type="spellEnd"/>
      <w:r w:rsidRPr="00F41F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41FF2">
        <w:rPr>
          <w:rFonts w:ascii="Times New Roman" w:hAnsi="Times New Roman" w:cs="Times New Roman"/>
          <w:sz w:val="24"/>
          <w:szCs w:val="24"/>
        </w:rPr>
        <w:t>ziyaret</w:t>
      </w:r>
      <w:proofErr w:type="spellEnd"/>
      <w:r w:rsidRPr="00F41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FF2">
        <w:rPr>
          <w:rFonts w:ascii="Times New Roman" w:hAnsi="Times New Roman" w:cs="Times New Roman"/>
          <w:sz w:val="24"/>
          <w:szCs w:val="24"/>
        </w:rPr>
        <w:t>edilecek</w:t>
      </w:r>
      <w:proofErr w:type="spellEnd"/>
      <w:r w:rsidRPr="00F41FF2">
        <w:rPr>
          <w:rFonts w:ascii="Times New Roman" w:hAnsi="Times New Roman" w:cs="Times New Roman"/>
          <w:sz w:val="24"/>
          <w:szCs w:val="24"/>
        </w:rPr>
        <w:t xml:space="preserve"> kurum/kuruluş veya merkez, katılımcılar, tarih, süre ve beklenen çıktılar belirlenir.</w:t>
      </w:r>
    </w:p>
    <w:p w14:paraId="2F06C9A5" w14:textId="1A23A221" w:rsidR="004F7165" w:rsidRPr="00F41FF2" w:rsidRDefault="00000000" w:rsidP="00F41FF2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41FF2">
        <w:rPr>
          <w:rFonts w:ascii="Times New Roman" w:hAnsi="Times New Roman" w:cs="Times New Roman"/>
          <w:sz w:val="24"/>
          <w:szCs w:val="24"/>
        </w:rPr>
        <w:t>Önerinin</w:t>
      </w:r>
      <w:proofErr w:type="spellEnd"/>
      <w:r w:rsidRPr="00F41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FF2">
        <w:rPr>
          <w:rFonts w:ascii="Times New Roman" w:hAnsi="Times New Roman" w:cs="Times New Roman"/>
          <w:sz w:val="24"/>
          <w:szCs w:val="24"/>
        </w:rPr>
        <w:t>KOTİB’in</w:t>
      </w:r>
      <w:proofErr w:type="spellEnd"/>
      <w:r w:rsidRPr="00F41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FF2">
        <w:rPr>
          <w:rFonts w:ascii="Times New Roman" w:hAnsi="Times New Roman" w:cs="Times New Roman"/>
          <w:sz w:val="24"/>
          <w:szCs w:val="24"/>
        </w:rPr>
        <w:t>amaç</w:t>
      </w:r>
      <w:proofErr w:type="spellEnd"/>
      <w:r w:rsidRPr="00F41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FF2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F41FF2">
        <w:rPr>
          <w:rFonts w:ascii="Times New Roman" w:hAnsi="Times New Roman" w:cs="Times New Roman"/>
          <w:sz w:val="24"/>
          <w:szCs w:val="24"/>
        </w:rPr>
        <w:t xml:space="preserve"> faaliyet alanlarıyla uyumu değerlendirilir.</w:t>
      </w:r>
    </w:p>
    <w:p w14:paraId="327280BB" w14:textId="7F140AFE" w:rsidR="004F7165" w:rsidRPr="00F41FF2" w:rsidRDefault="00000000" w:rsidP="00F41FF2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41FF2">
        <w:rPr>
          <w:rFonts w:ascii="Times New Roman" w:hAnsi="Times New Roman" w:cs="Times New Roman"/>
          <w:sz w:val="24"/>
          <w:szCs w:val="24"/>
        </w:rPr>
        <w:t>Gerekli</w:t>
      </w:r>
      <w:proofErr w:type="spellEnd"/>
      <w:r w:rsidRPr="00F41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FF2">
        <w:rPr>
          <w:rFonts w:ascii="Times New Roman" w:hAnsi="Times New Roman" w:cs="Times New Roman"/>
          <w:sz w:val="24"/>
          <w:szCs w:val="24"/>
        </w:rPr>
        <w:t>kurumsal</w:t>
      </w:r>
      <w:proofErr w:type="spellEnd"/>
      <w:r w:rsidRPr="00F41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FF2">
        <w:rPr>
          <w:rFonts w:ascii="Times New Roman" w:hAnsi="Times New Roman" w:cs="Times New Roman"/>
          <w:sz w:val="24"/>
          <w:szCs w:val="24"/>
        </w:rPr>
        <w:t>onaylar</w:t>
      </w:r>
      <w:proofErr w:type="spellEnd"/>
      <w:r w:rsidRPr="00F41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FF2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F41FF2">
        <w:rPr>
          <w:rFonts w:ascii="Times New Roman" w:hAnsi="Times New Roman" w:cs="Times New Roman"/>
          <w:sz w:val="24"/>
          <w:szCs w:val="24"/>
        </w:rPr>
        <w:t xml:space="preserve"> yazışmalar tamamlanır; ziyaret edilecek kuruluşlarla koordinasyon sağlanır.</w:t>
      </w:r>
    </w:p>
    <w:p w14:paraId="6DC14BD7" w14:textId="420BE15E" w:rsidR="004F7165" w:rsidRPr="00F41FF2" w:rsidRDefault="00000000" w:rsidP="00F41FF2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41FF2">
        <w:rPr>
          <w:rFonts w:ascii="Times New Roman" w:hAnsi="Times New Roman" w:cs="Times New Roman"/>
          <w:sz w:val="24"/>
          <w:szCs w:val="24"/>
        </w:rPr>
        <w:t>Katılımcılar</w:t>
      </w:r>
      <w:proofErr w:type="spellEnd"/>
      <w:r w:rsidRPr="00F41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FF2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F41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FF2">
        <w:rPr>
          <w:rFonts w:ascii="Times New Roman" w:hAnsi="Times New Roman" w:cs="Times New Roman"/>
          <w:sz w:val="24"/>
          <w:szCs w:val="24"/>
        </w:rPr>
        <w:t>gezi</w:t>
      </w:r>
      <w:proofErr w:type="spellEnd"/>
      <w:r w:rsidRPr="00F41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FF2">
        <w:rPr>
          <w:rFonts w:ascii="Times New Roman" w:hAnsi="Times New Roman" w:cs="Times New Roman"/>
          <w:sz w:val="24"/>
          <w:szCs w:val="24"/>
        </w:rPr>
        <w:t>programı</w:t>
      </w:r>
      <w:proofErr w:type="spellEnd"/>
      <w:r w:rsidRPr="00F41FF2">
        <w:rPr>
          <w:rFonts w:ascii="Times New Roman" w:hAnsi="Times New Roman" w:cs="Times New Roman"/>
          <w:sz w:val="24"/>
          <w:szCs w:val="24"/>
        </w:rPr>
        <w:t xml:space="preserve"> kesinleştirilir.</w:t>
      </w:r>
    </w:p>
    <w:p w14:paraId="2B876301" w14:textId="048EC434" w:rsidR="004F7165" w:rsidRPr="00F41FF2" w:rsidRDefault="00000000" w:rsidP="00F41FF2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41FF2">
        <w:rPr>
          <w:rFonts w:ascii="Times New Roman" w:hAnsi="Times New Roman" w:cs="Times New Roman"/>
          <w:sz w:val="24"/>
          <w:szCs w:val="24"/>
        </w:rPr>
        <w:t>Araştırma</w:t>
      </w:r>
      <w:proofErr w:type="spellEnd"/>
      <w:r w:rsidRPr="00F41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FF2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F41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FF2">
        <w:rPr>
          <w:rFonts w:ascii="Times New Roman" w:hAnsi="Times New Roman" w:cs="Times New Roman"/>
          <w:sz w:val="24"/>
          <w:szCs w:val="24"/>
        </w:rPr>
        <w:t>inceleme</w:t>
      </w:r>
      <w:proofErr w:type="spellEnd"/>
      <w:r w:rsidRPr="00F41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FF2">
        <w:rPr>
          <w:rFonts w:ascii="Times New Roman" w:hAnsi="Times New Roman" w:cs="Times New Roman"/>
          <w:sz w:val="24"/>
          <w:szCs w:val="24"/>
        </w:rPr>
        <w:t>gezisi</w:t>
      </w:r>
      <w:proofErr w:type="spellEnd"/>
      <w:r w:rsidRPr="00F41FF2">
        <w:rPr>
          <w:rFonts w:ascii="Times New Roman" w:hAnsi="Times New Roman" w:cs="Times New Roman"/>
          <w:sz w:val="24"/>
          <w:szCs w:val="24"/>
        </w:rPr>
        <w:t xml:space="preserve"> gerçekleştirilir.</w:t>
      </w:r>
    </w:p>
    <w:p w14:paraId="03EDE66C" w14:textId="02509C3E" w:rsidR="004F7165" w:rsidRPr="00F41FF2" w:rsidRDefault="00000000" w:rsidP="00F41FF2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41FF2">
        <w:rPr>
          <w:rFonts w:ascii="Times New Roman" w:hAnsi="Times New Roman" w:cs="Times New Roman"/>
          <w:sz w:val="24"/>
          <w:szCs w:val="24"/>
        </w:rPr>
        <w:t>Ziyarete</w:t>
      </w:r>
      <w:proofErr w:type="spellEnd"/>
      <w:r w:rsidRPr="00F41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FF2">
        <w:rPr>
          <w:rFonts w:ascii="Times New Roman" w:hAnsi="Times New Roman" w:cs="Times New Roman"/>
          <w:sz w:val="24"/>
          <w:szCs w:val="24"/>
        </w:rPr>
        <w:t>ilişkin</w:t>
      </w:r>
      <w:proofErr w:type="spellEnd"/>
      <w:r w:rsidRPr="00F41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FF2">
        <w:rPr>
          <w:rFonts w:ascii="Times New Roman" w:hAnsi="Times New Roman" w:cs="Times New Roman"/>
          <w:sz w:val="24"/>
          <w:szCs w:val="24"/>
        </w:rPr>
        <w:t>katılımcı</w:t>
      </w:r>
      <w:proofErr w:type="spellEnd"/>
      <w:r w:rsidRPr="00F41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FF2">
        <w:rPr>
          <w:rFonts w:ascii="Times New Roman" w:hAnsi="Times New Roman" w:cs="Times New Roman"/>
          <w:sz w:val="24"/>
          <w:szCs w:val="24"/>
        </w:rPr>
        <w:t>listesi</w:t>
      </w:r>
      <w:proofErr w:type="spellEnd"/>
      <w:r w:rsidRPr="00F41FF2">
        <w:rPr>
          <w:rFonts w:ascii="Times New Roman" w:hAnsi="Times New Roman" w:cs="Times New Roman"/>
          <w:sz w:val="24"/>
          <w:szCs w:val="24"/>
        </w:rPr>
        <w:t>, program, görüşme notları, görseller ve benzeri kayıtlar muhafaza edilir.</w:t>
      </w:r>
    </w:p>
    <w:p w14:paraId="58AD7488" w14:textId="28FAA2FD" w:rsidR="004F7165" w:rsidRPr="00F41FF2" w:rsidRDefault="00000000" w:rsidP="00F41FF2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F41FF2">
        <w:rPr>
          <w:rFonts w:ascii="Times New Roman" w:hAnsi="Times New Roman" w:cs="Times New Roman"/>
          <w:sz w:val="24"/>
          <w:szCs w:val="24"/>
        </w:rPr>
        <w:t xml:space="preserve">Gezi </w:t>
      </w:r>
      <w:proofErr w:type="spellStart"/>
      <w:r w:rsidRPr="00F41FF2">
        <w:rPr>
          <w:rFonts w:ascii="Times New Roman" w:hAnsi="Times New Roman" w:cs="Times New Roman"/>
          <w:sz w:val="24"/>
          <w:szCs w:val="24"/>
        </w:rPr>
        <w:t>sonucunda</w:t>
      </w:r>
      <w:proofErr w:type="spellEnd"/>
      <w:r w:rsidRPr="00F41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FF2">
        <w:rPr>
          <w:rFonts w:ascii="Times New Roman" w:hAnsi="Times New Roman" w:cs="Times New Roman"/>
          <w:sz w:val="24"/>
          <w:szCs w:val="24"/>
        </w:rPr>
        <w:t>elde</w:t>
      </w:r>
      <w:proofErr w:type="spellEnd"/>
      <w:r w:rsidRPr="00F41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FF2">
        <w:rPr>
          <w:rFonts w:ascii="Times New Roman" w:hAnsi="Times New Roman" w:cs="Times New Roman"/>
          <w:sz w:val="24"/>
          <w:szCs w:val="24"/>
        </w:rPr>
        <w:t>edilen</w:t>
      </w:r>
      <w:proofErr w:type="spellEnd"/>
      <w:r w:rsidRPr="00F41FF2">
        <w:rPr>
          <w:rFonts w:ascii="Times New Roman" w:hAnsi="Times New Roman" w:cs="Times New Roman"/>
          <w:sz w:val="24"/>
          <w:szCs w:val="24"/>
        </w:rPr>
        <w:t xml:space="preserve"> bilgi, gözlem ve iş birliği imkânları değerlendirilir.</w:t>
      </w:r>
    </w:p>
    <w:p w14:paraId="115C6132" w14:textId="481E8902" w:rsidR="004F7165" w:rsidRPr="00F41FF2" w:rsidRDefault="00000000" w:rsidP="00F41FF2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F41FF2">
        <w:rPr>
          <w:rFonts w:ascii="Times New Roman" w:hAnsi="Times New Roman" w:cs="Times New Roman"/>
          <w:sz w:val="24"/>
          <w:szCs w:val="24"/>
        </w:rPr>
        <w:t xml:space="preserve">Uygun </w:t>
      </w:r>
      <w:proofErr w:type="spellStart"/>
      <w:r w:rsidRPr="00F41FF2">
        <w:rPr>
          <w:rFonts w:ascii="Times New Roman" w:hAnsi="Times New Roman" w:cs="Times New Roman"/>
          <w:sz w:val="24"/>
          <w:szCs w:val="24"/>
        </w:rPr>
        <w:t>bulunan</w:t>
      </w:r>
      <w:proofErr w:type="spellEnd"/>
      <w:r w:rsidRPr="00F41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FF2">
        <w:rPr>
          <w:rFonts w:ascii="Times New Roman" w:hAnsi="Times New Roman" w:cs="Times New Roman"/>
          <w:sz w:val="24"/>
          <w:szCs w:val="24"/>
        </w:rPr>
        <w:t>sonuç</w:t>
      </w:r>
      <w:proofErr w:type="spellEnd"/>
      <w:r w:rsidRPr="00F41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FF2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F41FF2">
        <w:rPr>
          <w:rFonts w:ascii="Times New Roman" w:hAnsi="Times New Roman" w:cs="Times New Roman"/>
          <w:sz w:val="24"/>
          <w:szCs w:val="24"/>
        </w:rPr>
        <w:t xml:space="preserve"> öneriler sonraki çalışma ve faaliyetlerin planlanmasında dikkate alınır.</w:t>
      </w:r>
    </w:p>
    <w:p w14:paraId="20098233" w14:textId="5EFCCF83" w:rsidR="004F7165" w:rsidRPr="00F41FF2" w:rsidRDefault="00000000" w:rsidP="00F41FF2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F41FF2">
        <w:rPr>
          <w:rFonts w:ascii="Times New Roman" w:hAnsi="Times New Roman" w:cs="Times New Roman"/>
          <w:sz w:val="24"/>
          <w:szCs w:val="24"/>
        </w:rPr>
        <w:t>Faaliyet</w:t>
      </w:r>
      <w:proofErr w:type="spellEnd"/>
      <w:r w:rsidRPr="00F41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FF2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F41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FF2">
        <w:rPr>
          <w:rFonts w:ascii="Times New Roman" w:hAnsi="Times New Roman" w:cs="Times New Roman"/>
          <w:sz w:val="24"/>
          <w:szCs w:val="24"/>
        </w:rPr>
        <w:t>dönem</w:t>
      </w:r>
      <w:proofErr w:type="spellEnd"/>
      <w:r w:rsidRPr="00F41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1FF2">
        <w:rPr>
          <w:rFonts w:ascii="Times New Roman" w:hAnsi="Times New Roman" w:cs="Times New Roman"/>
          <w:sz w:val="24"/>
          <w:szCs w:val="24"/>
        </w:rPr>
        <w:t>faaliyet</w:t>
      </w:r>
      <w:proofErr w:type="spellEnd"/>
      <w:r w:rsidRPr="00F41FF2">
        <w:rPr>
          <w:rFonts w:ascii="Times New Roman" w:hAnsi="Times New Roman" w:cs="Times New Roman"/>
          <w:sz w:val="24"/>
          <w:szCs w:val="24"/>
        </w:rPr>
        <w:t xml:space="preserve"> raporuna aktarılır ve süreç tamamlanır.</w:t>
      </w:r>
    </w:p>
    <w:p w14:paraId="27D4997F" w14:textId="77777777" w:rsidR="004F7165" w:rsidRPr="00F41FF2" w:rsidRDefault="00000000">
      <w:pPr>
        <w:rPr>
          <w:rFonts w:ascii="Times New Roman" w:hAnsi="Times New Roman" w:cs="Times New Roman"/>
          <w:sz w:val="24"/>
          <w:szCs w:val="24"/>
        </w:rPr>
      </w:pPr>
      <w:r w:rsidRPr="00F41FF2">
        <w:rPr>
          <w:rFonts w:ascii="Times New Roman" w:hAnsi="Times New Roman" w:cs="Times New Roman"/>
          <w:b/>
          <w:sz w:val="24"/>
          <w:szCs w:val="24"/>
        </w:rPr>
        <w:t>İlgili Doküman / Dayanak</w:t>
      </w:r>
    </w:p>
    <w:p w14:paraId="2211751B" w14:textId="77777777" w:rsidR="004F7165" w:rsidRPr="00F41FF2" w:rsidRDefault="00000000">
      <w:pPr>
        <w:rPr>
          <w:rFonts w:ascii="Times New Roman" w:hAnsi="Times New Roman" w:cs="Times New Roman"/>
          <w:sz w:val="24"/>
          <w:szCs w:val="24"/>
        </w:rPr>
      </w:pPr>
      <w:r w:rsidRPr="00F41FF2">
        <w:rPr>
          <w:rFonts w:ascii="Times New Roman" w:hAnsi="Times New Roman" w:cs="Times New Roman"/>
          <w:sz w:val="24"/>
          <w:szCs w:val="24"/>
        </w:rPr>
        <w:t>KOTİB Yönetmeliği Madde 5 ve Madde 9.</w:t>
      </w:r>
    </w:p>
    <w:p w14:paraId="12C649BA" w14:textId="77777777" w:rsidR="004F7165" w:rsidRPr="00F41FF2" w:rsidRDefault="00000000">
      <w:pPr>
        <w:rPr>
          <w:rFonts w:ascii="Times New Roman" w:hAnsi="Times New Roman" w:cs="Times New Roman"/>
          <w:sz w:val="24"/>
          <w:szCs w:val="24"/>
        </w:rPr>
      </w:pPr>
      <w:r w:rsidRPr="00F41FF2">
        <w:rPr>
          <w:rFonts w:ascii="Times New Roman" w:hAnsi="Times New Roman" w:cs="Times New Roman"/>
          <w:sz w:val="24"/>
          <w:szCs w:val="24"/>
        </w:rPr>
        <w:t>Konya Gıda ve Tarım Üniversitesi Kooperatifçilik ve Tarımsal İş Birliği Uygulama ve Araştırma Merkezi (KOTİB) Yönetmeliği (Resmî Gazete: 09.04.2020, Sayı: 31094).</w:t>
      </w:r>
    </w:p>
    <w:sectPr w:rsidR="004F7165" w:rsidRPr="00F41FF2" w:rsidSect="00F41F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64" w:right="1191" w:bottom="964" w:left="119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AFAEA" w14:textId="77777777" w:rsidR="006D5646" w:rsidRDefault="006D5646">
      <w:pPr>
        <w:spacing w:after="0" w:line="240" w:lineRule="auto"/>
      </w:pPr>
      <w:r>
        <w:separator/>
      </w:r>
    </w:p>
  </w:endnote>
  <w:endnote w:type="continuationSeparator" w:id="0">
    <w:p w14:paraId="1665F343" w14:textId="77777777" w:rsidR="006D5646" w:rsidRDefault="006D5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419C9" w14:textId="77777777" w:rsidR="00F41FF2" w:rsidRDefault="00F41FF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6" w:type="dxa"/>
      <w:tblLayout w:type="fixed"/>
      <w:tblLook w:val="0000" w:firstRow="0" w:lastRow="0" w:firstColumn="0" w:lastColumn="0" w:noHBand="0" w:noVBand="0"/>
    </w:tblPr>
    <w:tblGrid>
      <w:gridCol w:w="3215"/>
      <w:gridCol w:w="3215"/>
      <w:gridCol w:w="3216"/>
    </w:tblGrid>
    <w:tr w:rsidR="00F41FF2" w14:paraId="731E720C" w14:textId="77777777" w:rsidTr="00FB4EF8">
      <w:trPr>
        <w:trHeight w:val="240"/>
      </w:trPr>
      <w:tc>
        <w:tcPr>
          <w:tcW w:w="3215" w:type="dxa"/>
          <w:tcBorders>
            <w:top w:val="single" w:sz="4" w:space="0" w:color="000000"/>
            <w:left w:val="single" w:sz="4" w:space="0" w:color="000000"/>
          </w:tcBorders>
        </w:tcPr>
        <w:p w14:paraId="5A10048E" w14:textId="77777777" w:rsidR="00F41FF2" w:rsidRPr="00E84233" w:rsidRDefault="00F41FF2" w:rsidP="00F41FF2">
          <w:pPr>
            <w:pStyle w:val="AltBilgi"/>
            <w:jc w:val="center"/>
            <w:rPr>
              <w:rFonts w:ascii="Times New Roman" w:hAnsi="Times New Roman"/>
            </w:rPr>
          </w:pPr>
          <w:proofErr w:type="spellStart"/>
          <w:r w:rsidRPr="00E84233">
            <w:rPr>
              <w:rFonts w:ascii="Times New Roman" w:hAnsi="Times New Roman"/>
            </w:rPr>
            <w:t>Hazırlayan</w:t>
          </w:r>
          <w:proofErr w:type="spellEnd"/>
        </w:p>
      </w:tc>
      <w:tc>
        <w:tcPr>
          <w:tcW w:w="3215" w:type="dxa"/>
          <w:tcBorders>
            <w:top w:val="single" w:sz="4" w:space="0" w:color="000000"/>
          </w:tcBorders>
        </w:tcPr>
        <w:p w14:paraId="338B9713" w14:textId="77777777" w:rsidR="00F41FF2" w:rsidRPr="00E84233" w:rsidRDefault="00F41FF2" w:rsidP="00F41FF2">
          <w:pPr>
            <w:pStyle w:val="AltBilgi"/>
            <w:jc w:val="center"/>
            <w:rPr>
              <w:rFonts w:ascii="Times New Roman" w:hAnsi="Times New Roman"/>
            </w:rPr>
          </w:pPr>
          <w:proofErr w:type="spellStart"/>
          <w:r w:rsidRPr="00E84233">
            <w:rPr>
              <w:rFonts w:ascii="Times New Roman" w:hAnsi="Times New Roman"/>
            </w:rPr>
            <w:t>Sistem</w:t>
          </w:r>
          <w:proofErr w:type="spellEnd"/>
          <w:r w:rsidRPr="00E84233">
            <w:rPr>
              <w:rFonts w:ascii="Times New Roman" w:hAnsi="Times New Roman"/>
            </w:rPr>
            <w:t xml:space="preserve"> </w:t>
          </w:r>
          <w:proofErr w:type="spellStart"/>
          <w:r w:rsidRPr="00E84233">
            <w:rPr>
              <w:rFonts w:ascii="Times New Roman" w:hAnsi="Times New Roman"/>
            </w:rPr>
            <w:t>Onayı</w:t>
          </w:r>
          <w:proofErr w:type="spellEnd"/>
        </w:p>
      </w:tc>
      <w:tc>
        <w:tcPr>
          <w:tcW w:w="3216" w:type="dxa"/>
          <w:tcBorders>
            <w:top w:val="single" w:sz="4" w:space="0" w:color="000000"/>
            <w:right w:val="single" w:sz="4" w:space="0" w:color="000000"/>
          </w:tcBorders>
        </w:tcPr>
        <w:p w14:paraId="0D2F856E" w14:textId="77777777" w:rsidR="00F41FF2" w:rsidRPr="00E84233" w:rsidRDefault="00F41FF2" w:rsidP="00F41FF2">
          <w:pPr>
            <w:pStyle w:val="AltBilgi"/>
            <w:jc w:val="center"/>
            <w:rPr>
              <w:rFonts w:ascii="Times New Roman" w:hAnsi="Times New Roman"/>
            </w:rPr>
          </w:pPr>
          <w:proofErr w:type="spellStart"/>
          <w:r w:rsidRPr="00E84233">
            <w:rPr>
              <w:rFonts w:ascii="Times New Roman" w:hAnsi="Times New Roman"/>
            </w:rPr>
            <w:t>Yürürlük</w:t>
          </w:r>
          <w:proofErr w:type="spellEnd"/>
          <w:r w:rsidRPr="00E84233">
            <w:rPr>
              <w:rFonts w:ascii="Times New Roman" w:hAnsi="Times New Roman"/>
            </w:rPr>
            <w:t xml:space="preserve"> </w:t>
          </w:r>
          <w:proofErr w:type="spellStart"/>
          <w:r w:rsidRPr="00E84233">
            <w:rPr>
              <w:rFonts w:ascii="Times New Roman" w:hAnsi="Times New Roman"/>
            </w:rPr>
            <w:t>Onayı</w:t>
          </w:r>
          <w:proofErr w:type="spellEnd"/>
        </w:p>
      </w:tc>
    </w:tr>
    <w:tr w:rsidR="00F41FF2" w14:paraId="0BD666F2" w14:textId="77777777" w:rsidTr="00FB4EF8">
      <w:trPr>
        <w:trHeight w:val="954"/>
      </w:trPr>
      <w:tc>
        <w:tcPr>
          <w:tcW w:w="3215" w:type="dxa"/>
          <w:tcBorders>
            <w:left w:val="single" w:sz="4" w:space="0" w:color="000000"/>
            <w:bottom w:val="single" w:sz="4" w:space="0" w:color="000000"/>
          </w:tcBorders>
        </w:tcPr>
        <w:p w14:paraId="720A3330" w14:textId="77777777" w:rsidR="00F41FF2" w:rsidRPr="00E84233" w:rsidRDefault="00F41FF2" w:rsidP="00F41FF2">
          <w:pPr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eastAsia="Arial" w:hAnsi="Times New Roman" w:cs="Times New Roman"/>
            </w:rPr>
            <w:t>Kalite Koordinatörlüğü</w:t>
          </w:r>
        </w:p>
      </w:tc>
      <w:tc>
        <w:tcPr>
          <w:tcW w:w="3215" w:type="dxa"/>
          <w:tcBorders>
            <w:bottom w:val="single" w:sz="4" w:space="0" w:color="000000"/>
          </w:tcBorders>
        </w:tcPr>
        <w:p w14:paraId="0C5AA9F5" w14:textId="77777777" w:rsidR="00F41FF2" w:rsidRPr="00E84233" w:rsidRDefault="00F41FF2" w:rsidP="00F41FF2">
          <w:pPr>
            <w:jc w:val="center"/>
            <w:rPr>
              <w:rFonts w:ascii="Times New Roman" w:hAnsi="Times New Roman" w:cs="Times New Roman"/>
            </w:rPr>
          </w:pPr>
          <w:r w:rsidRPr="00E84233">
            <w:rPr>
              <w:rFonts w:ascii="Times New Roman" w:eastAsia="Arial" w:hAnsi="Times New Roman" w:cs="Times New Roman"/>
            </w:rPr>
            <w:t>Selin TOZOĞLU</w:t>
          </w:r>
        </w:p>
      </w:tc>
      <w:tc>
        <w:tcPr>
          <w:tcW w:w="3216" w:type="dxa"/>
          <w:tcBorders>
            <w:bottom w:val="single" w:sz="4" w:space="0" w:color="000000"/>
            <w:right w:val="single" w:sz="4" w:space="0" w:color="000000"/>
          </w:tcBorders>
        </w:tcPr>
        <w:p w14:paraId="0D36D6AD" w14:textId="77777777" w:rsidR="00F41FF2" w:rsidRPr="00E84233" w:rsidRDefault="00F41FF2" w:rsidP="00F41FF2">
          <w:pPr>
            <w:jc w:val="center"/>
            <w:rPr>
              <w:rFonts w:ascii="Times New Roman" w:hAnsi="Times New Roman" w:cs="Times New Roman"/>
            </w:rPr>
          </w:pPr>
          <w:proofErr w:type="spellStart"/>
          <w:r w:rsidRPr="00E84233">
            <w:rPr>
              <w:rFonts w:ascii="Times New Roman" w:eastAsia="Arial" w:hAnsi="Times New Roman" w:cs="Times New Roman"/>
            </w:rPr>
            <w:t>Öğr</w:t>
          </w:r>
          <w:proofErr w:type="spellEnd"/>
          <w:r w:rsidRPr="00E84233">
            <w:rPr>
              <w:rFonts w:ascii="Times New Roman" w:eastAsia="Arial" w:hAnsi="Times New Roman" w:cs="Times New Roman"/>
            </w:rPr>
            <w:t xml:space="preserve">. </w:t>
          </w:r>
          <w:proofErr w:type="spellStart"/>
          <w:r w:rsidRPr="00E84233">
            <w:rPr>
              <w:rFonts w:ascii="Times New Roman" w:eastAsia="Arial" w:hAnsi="Times New Roman" w:cs="Times New Roman"/>
            </w:rPr>
            <w:t>Gör</w:t>
          </w:r>
          <w:proofErr w:type="spellEnd"/>
          <w:r w:rsidRPr="00E84233">
            <w:rPr>
              <w:rFonts w:ascii="Times New Roman" w:eastAsia="Arial" w:hAnsi="Times New Roman" w:cs="Times New Roman"/>
            </w:rPr>
            <w:t>. Cankat ÖZLÜ</w:t>
          </w:r>
        </w:p>
      </w:tc>
    </w:tr>
  </w:tbl>
  <w:p w14:paraId="67B5A4BB" w14:textId="1EE54038" w:rsidR="004F7165" w:rsidRDefault="004F7165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A906" w14:textId="77777777" w:rsidR="00F41FF2" w:rsidRDefault="00F41FF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75969" w14:textId="77777777" w:rsidR="006D5646" w:rsidRDefault="006D5646">
      <w:pPr>
        <w:spacing w:after="0" w:line="240" w:lineRule="auto"/>
      </w:pPr>
      <w:r>
        <w:separator/>
      </w:r>
    </w:p>
  </w:footnote>
  <w:footnote w:type="continuationSeparator" w:id="0">
    <w:p w14:paraId="79D09D42" w14:textId="77777777" w:rsidR="006D5646" w:rsidRDefault="006D56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7CEAD" w14:textId="77777777" w:rsidR="00F41FF2" w:rsidRDefault="00F41FF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2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16"/>
      <w:gridCol w:w="5211"/>
      <w:gridCol w:w="1532"/>
      <w:gridCol w:w="1369"/>
    </w:tblGrid>
    <w:tr w:rsidR="00F41FF2" w14:paraId="5666CD9B" w14:textId="77777777" w:rsidTr="00FB4EF8">
      <w:trPr>
        <w:trHeight w:val="276"/>
      </w:trPr>
      <w:tc>
        <w:tcPr>
          <w:tcW w:w="151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97CAD96" w14:textId="77777777" w:rsidR="00F41FF2" w:rsidRDefault="00F41FF2" w:rsidP="00F41FF2">
          <w:pPr>
            <w:pStyle w:val="NormalWeb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Calibri" w:hAnsi="Calibri" w:cs="Calibri"/>
              <w:noProof/>
              <w:sz w:val="20"/>
              <w:szCs w:val="20"/>
              <w:lang w:val="en-US" w:eastAsia="en-US"/>
            </w:rPr>
            <w:drawing>
              <wp:inline distT="0" distB="0" distL="0" distR="0" wp14:anchorId="385C6D59" wp14:editId="4CDBB5EA">
                <wp:extent cx="723900" cy="853440"/>
                <wp:effectExtent l="0" t="0" r="0" b="3810"/>
                <wp:docPr id="1364945328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27" t="-18" r="-27" b="-1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85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1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360C2CE" w14:textId="77777777" w:rsidR="00F41FF2" w:rsidRPr="00F41FF2" w:rsidRDefault="00F41FF2" w:rsidP="00F41FF2">
          <w:pPr>
            <w:jc w:val="center"/>
            <w:rPr>
              <w:rFonts w:ascii="Times New Roman" w:hAnsi="Times New Roman" w:cs="Times New Roman"/>
            </w:rPr>
          </w:pPr>
          <w:r w:rsidRPr="00F41FF2">
            <w:rPr>
              <w:rFonts w:ascii="Times New Roman" w:hAnsi="Times New Roman" w:cs="Times New Roman"/>
              <w:b/>
              <w:sz w:val="24"/>
            </w:rPr>
            <w:t>KOTİB ARAŞTIRMA VE İNCELEME GEZISI DÜZENLEME İŞ AKIŞI</w:t>
          </w:r>
        </w:p>
        <w:p w14:paraId="764ECFB2" w14:textId="77777777" w:rsidR="00F41FF2" w:rsidRPr="00F41FF2" w:rsidRDefault="00F41FF2" w:rsidP="00F41FF2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882D693" w14:textId="77777777" w:rsidR="00F41FF2" w:rsidRPr="00863923" w:rsidRDefault="00F41FF2" w:rsidP="00F41FF2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Doküman No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E6EA96E" w14:textId="554AF431" w:rsidR="00F41FF2" w:rsidRDefault="00F41FF2" w:rsidP="00F41FF2">
          <w:pPr>
            <w:jc w:val="center"/>
            <w:rPr>
              <w:rFonts w:cs="Arial"/>
              <w:b/>
              <w:bCs/>
              <w:sz w:val="18"/>
              <w:szCs w:val="18"/>
            </w:rPr>
          </w:pPr>
          <w:r>
            <w:rPr>
              <w:rFonts w:cs="Arial"/>
              <w:b/>
              <w:bCs/>
              <w:sz w:val="18"/>
              <w:szCs w:val="18"/>
            </w:rPr>
            <w:t>İA-KTB-016</w:t>
          </w:r>
          <w:r>
            <w:rPr>
              <w:rFonts w:cs="Arial"/>
              <w:b/>
              <w:bCs/>
              <w:sz w:val="18"/>
              <w:szCs w:val="18"/>
            </w:rPr>
            <w:t>8</w:t>
          </w:r>
        </w:p>
      </w:tc>
    </w:tr>
    <w:tr w:rsidR="00F41FF2" w14:paraId="4C3F0A4E" w14:textId="77777777" w:rsidTr="00FB4EF8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0EA9BAF" w14:textId="77777777" w:rsidR="00F41FF2" w:rsidRDefault="00F41FF2" w:rsidP="00F41FF2">
          <w:pPr>
            <w:snapToGrid w:val="0"/>
            <w:rPr>
              <w:rFonts w:eastAsia="Calibri" w:cs="Arial"/>
              <w:b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3636364" w14:textId="77777777" w:rsidR="00F41FF2" w:rsidRDefault="00F41FF2" w:rsidP="00F41FF2">
          <w:pPr>
            <w:snapToGrid w:val="0"/>
            <w:rPr>
              <w:rFonts w:cs="Arial"/>
              <w:b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16E8AC80" w14:textId="77777777" w:rsidR="00F41FF2" w:rsidRPr="00863923" w:rsidRDefault="00F41FF2" w:rsidP="00F41FF2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İlk Yayın Tarihi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772E74AD" w14:textId="77777777" w:rsidR="00F41FF2" w:rsidRDefault="00F41FF2" w:rsidP="00F41FF2">
          <w:pPr>
            <w:jc w:val="center"/>
            <w:rPr>
              <w:rFonts w:cs="Arial"/>
              <w:b/>
              <w:bCs/>
              <w:sz w:val="18"/>
              <w:szCs w:val="18"/>
            </w:rPr>
          </w:pPr>
          <w:r>
            <w:rPr>
              <w:rFonts w:cs="Arial"/>
              <w:b/>
              <w:bCs/>
              <w:sz w:val="18"/>
              <w:szCs w:val="18"/>
            </w:rPr>
            <w:t>14.09.2026</w:t>
          </w:r>
        </w:p>
      </w:tc>
    </w:tr>
    <w:tr w:rsidR="00F41FF2" w14:paraId="3ACA7BB3" w14:textId="77777777" w:rsidTr="00FB4EF8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97B3D1C" w14:textId="77777777" w:rsidR="00F41FF2" w:rsidRDefault="00F41FF2" w:rsidP="00F41FF2">
          <w:pPr>
            <w:snapToGrid w:val="0"/>
            <w:rPr>
              <w:rFonts w:eastAsia="Calibri" w:cs="Arial"/>
              <w:b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7E42ECA" w14:textId="77777777" w:rsidR="00F41FF2" w:rsidRDefault="00F41FF2" w:rsidP="00F41FF2">
          <w:pPr>
            <w:snapToGrid w:val="0"/>
            <w:rPr>
              <w:rFonts w:cs="Arial"/>
              <w:b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07E3F080" w14:textId="77777777" w:rsidR="00F41FF2" w:rsidRPr="00863923" w:rsidRDefault="00F41FF2" w:rsidP="00F41FF2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Revizyon Tarihi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4E8E0E61" w14:textId="77777777" w:rsidR="00F41FF2" w:rsidRDefault="00F41FF2" w:rsidP="00F41FF2">
          <w:pPr>
            <w:jc w:val="center"/>
            <w:rPr>
              <w:rFonts w:cs="Arial"/>
              <w:b/>
              <w:bCs/>
              <w:sz w:val="18"/>
              <w:szCs w:val="18"/>
            </w:rPr>
          </w:pPr>
        </w:p>
      </w:tc>
    </w:tr>
    <w:tr w:rsidR="00F41FF2" w14:paraId="414BE23F" w14:textId="77777777" w:rsidTr="00FB4EF8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4F8616A" w14:textId="77777777" w:rsidR="00F41FF2" w:rsidRDefault="00F41FF2" w:rsidP="00F41FF2">
          <w:pPr>
            <w:snapToGrid w:val="0"/>
            <w:rPr>
              <w:rFonts w:eastAsia="Calibri" w:cs="Arial"/>
              <w:b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7BDDBC0" w14:textId="77777777" w:rsidR="00F41FF2" w:rsidRDefault="00F41FF2" w:rsidP="00F41FF2">
          <w:pPr>
            <w:snapToGrid w:val="0"/>
            <w:rPr>
              <w:rFonts w:cs="Arial"/>
              <w:b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59A43016" w14:textId="77777777" w:rsidR="00F41FF2" w:rsidRPr="00863923" w:rsidRDefault="00F41FF2" w:rsidP="00F41FF2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Revizyon No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0AD5A5F2" w14:textId="77777777" w:rsidR="00F41FF2" w:rsidRDefault="00F41FF2" w:rsidP="00F41FF2">
          <w:pPr>
            <w:jc w:val="center"/>
            <w:rPr>
              <w:rFonts w:cs="Arial"/>
              <w:b/>
              <w:bCs/>
              <w:sz w:val="18"/>
              <w:szCs w:val="18"/>
            </w:rPr>
          </w:pPr>
        </w:p>
      </w:tc>
    </w:tr>
    <w:tr w:rsidR="00F41FF2" w14:paraId="36821B41" w14:textId="77777777" w:rsidTr="00FB4EF8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733609C" w14:textId="77777777" w:rsidR="00F41FF2" w:rsidRDefault="00F41FF2" w:rsidP="00F41FF2">
          <w:pPr>
            <w:snapToGrid w:val="0"/>
            <w:rPr>
              <w:rFonts w:eastAsia="Calibri" w:cs="Arial"/>
              <w:b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90DEC5B" w14:textId="77777777" w:rsidR="00F41FF2" w:rsidRDefault="00F41FF2" w:rsidP="00F41FF2">
          <w:pPr>
            <w:snapToGrid w:val="0"/>
            <w:rPr>
              <w:rFonts w:cs="Arial"/>
              <w:b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163134EE" w14:textId="77777777" w:rsidR="00F41FF2" w:rsidRPr="00863923" w:rsidRDefault="00F41FF2" w:rsidP="00F41FF2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Sayfa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78C84814" w14:textId="77777777" w:rsidR="00F41FF2" w:rsidRDefault="00F41FF2" w:rsidP="00F41FF2">
          <w:pPr>
            <w:jc w:val="center"/>
            <w:rPr>
              <w:rFonts w:cs="Arial"/>
              <w:b/>
              <w:bCs/>
              <w:sz w:val="18"/>
              <w:szCs w:val="18"/>
            </w:rPr>
          </w:pPr>
          <w:proofErr w:type="spellStart"/>
          <w:r>
            <w:rPr>
              <w:rFonts w:cs="Arial"/>
              <w:b/>
              <w:bCs/>
              <w:sz w:val="18"/>
              <w:szCs w:val="18"/>
            </w:rPr>
            <w:t>Sayfa</w:t>
          </w:r>
          <w:proofErr w:type="spellEnd"/>
          <w:r>
            <w:rPr>
              <w:rFonts w:cs="Arial"/>
              <w:b/>
              <w:bCs/>
              <w:sz w:val="18"/>
              <w:szCs w:val="18"/>
            </w:rPr>
            <w:t xml:space="preserve"> </w:t>
          </w:r>
          <w:r>
            <w:rPr>
              <w:rFonts w:cs="Arial"/>
              <w:b/>
              <w:bCs/>
              <w:sz w:val="18"/>
              <w:szCs w:val="18"/>
            </w:rPr>
            <w:fldChar w:fldCharType="begin"/>
          </w:r>
          <w:r>
            <w:rPr>
              <w:rFonts w:cs="Arial"/>
              <w:b/>
              <w:bCs/>
              <w:sz w:val="18"/>
              <w:szCs w:val="18"/>
            </w:rPr>
            <w:instrText>PAGE</w:instrText>
          </w:r>
          <w:r>
            <w:rPr>
              <w:rFonts w:cs="Arial"/>
              <w:b/>
              <w:bCs/>
              <w:sz w:val="18"/>
              <w:szCs w:val="18"/>
            </w:rPr>
            <w:fldChar w:fldCharType="separate"/>
          </w:r>
          <w:r>
            <w:rPr>
              <w:rFonts w:cs="Arial"/>
              <w:b/>
              <w:bCs/>
              <w:sz w:val="18"/>
              <w:szCs w:val="18"/>
            </w:rPr>
            <w:t>1</w:t>
          </w:r>
          <w:r>
            <w:rPr>
              <w:rFonts w:cs="Arial"/>
              <w:b/>
              <w:bCs/>
              <w:sz w:val="18"/>
              <w:szCs w:val="18"/>
            </w:rPr>
            <w:fldChar w:fldCharType="end"/>
          </w:r>
          <w:r>
            <w:rPr>
              <w:rFonts w:cs="Arial"/>
              <w:b/>
              <w:bCs/>
              <w:sz w:val="18"/>
              <w:szCs w:val="18"/>
            </w:rPr>
            <w:t xml:space="preserve"> / </w:t>
          </w:r>
          <w:r>
            <w:rPr>
              <w:rFonts w:cs="Arial"/>
              <w:b/>
              <w:bCs/>
              <w:sz w:val="18"/>
              <w:szCs w:val="18"/>
            </w:rPr>
            <w:fldChar w:fldCharType="begin"/>
          </w:r>
          <w:r>
            <w:rPr>
              <w:rFonts w:cs="Arial"/>
              <w:b/>
              <w:bCs/>
              <w:sz w:val="18"/>
              <w:szCs w:val="18"/>
            </w:rPr>
            <w:instrText>NUMPAGES</w:instrText>
          </w:r>
          <w:r>
            <w:rPr>
              <w:rFonts w:cs="Arial"/>
              <w:b/>
              <w:bCs/>
              <w:sz w:val="18"/>
              <w:szCs w:val="18"/>
            </w:rPr>
            <w:fldChar w:fldCharType="separate"/>
          </w:r>
          <w:r>
            <w:rPr>
              <w:rFonts w:cs="Arial"/>
              <w:b/>
              <w:bCs/>
              <w:sz w:val="18"/>
              <w:szCs w:val="18"/>
            </w:rPr>
            <w:t>1</w:t>
          </w:r>
          <w:r>
            <w:rPr>
              <w:rFonts w:cs="Arial"/>
              <w:b/>
              <w:bCs/>
              <w:sz w:val="18"/>
              <w:szCs w:val="18"/>
            </w:rPr>
            <w:fldChar w:fldCharType="end"/>
          </w:r>
        </w:p>
      </w:tc>
    </w:tr>
  </w:tbl>
  <w:p w14:paraId="648C1058" w14:textId="77777777" w:rsidR="00F41FF2" w:rsidRDefault="00F41FF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C9334" w14:textId="77777777" w:rsidR="00F41FF2" w:rsidRDefault="00F41FF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7518BE"/>
    <w:multiLevelType w:val="hybridMultilevel"/>
    <w:tmpl w:val="C1463D66"/>
    <w:lvl w:ilvl="0" w:tplc="9A9CFC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5B4C33"/>
    <w:multiLevelType w:val="hybridMultilevel"/>
    <w:tmpl w:val="197890D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4101380">
    <w:abstractNumId w:val="8"/>
  </w:num>
  <w:num w:numId="2" w16cid:durableId="346059226">
    <w:abstractNumId w:val="6"/>
  </w:num>
  <w:num w:numId="3" w16cid:durableId="1675959993">
    <w:abstractNumId w:val="5"/>
  </w:num>
  <w:num w:numId="4" w16cid:durableId="1559318050">
    <w:abstractNumId w:val="4"/>
  </w:num>
  <w:num w:numId="5" w16cid:durableId="975723330">
    <w:abstractNumId w:val="7"/>
  </w:num>
  <w:num w:numId="6" w16cid:durableId="2133934794">
    <w:abstractNumId w:val="3"/>
  </w:num>
  <w:num w:numId="7" w16cid:durableId="346835895">
    <w:abstractNumId w:val="2"/>
  </w:num>
  <w:num w:numId="8" w16cid:durableId="1964576306">
    <w:abstractNumId w:val="1"/>
  </w:num>
  <w:num w:numId="9" w16cid:durableId="468476303">
    <w:abstractNumId w:val="0"/>
  </w:num>
  <w:num w:numId="10" w16cid:durableId="1329987821">
    <w:abstractNumId w:val="10"/>
  </w:num>
  <w:num w:numId="11" w16cid:durableId="12307731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F7165"/>
    <w:rsid w:val="006D5646"/>
    <w:rsid w:val="00915A42"/>
    <w:rsid w:val="00AA1D8D"/>
    <w:rsid w:val="00B47730"/>
    <w:rsid w:val="00CB0664"/>
    <w:rsid w:val="00F41FF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216387"/>
  <w14:defaultImageDpi w14:val="300"/>
  <w15:docId w15:val="{3175AF3A-C40F-487E-AEA3-D1D0D9F36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qFormat/>
    <w:rsid w:val="00F41FF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Selin Tozoglu</cp:lastModifiedBy>
  <cp:revision>2</cp:revision>
  <dcterms:created xsi:type="dcterms:W3CDTF">2013-12-23T23:15:00Z</dcterms:created>
  <dcterms:modified xsi:type="dcterms:W3CDTF">2026-09-16T12:13:00Z</dcterms:modified>
  <cp:category/>
</cp:coreProperties>
</file>