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CB6F" w14:textId="77777777" w:rsidR="00C601FA" w:rsidRPr="0007799E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KONYA GIDA VE TARIM ÜNİVERSİTESİ</w:t>
      </w:r>
    </w:p>
    <w:p w14:paraId="5F88194B" w14:textId="77777777" w:rsidR="00C601FA" w:rsidRPr="0007799E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KOOPERATİFÇİLİK VE TARIMSAL İŞ BİRLİĞİ UYGULAMA VE ARAŞTIRMA MERKEZİ (KOTİB)</w:t>
      </w:r>
    </w:p>
    <w:p w14:paraId="2D7C19E9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Amaç</w:t>
      </w:r>
    </w:p>
    <w:p w14:paraId="0CFAC03D" w14:textId="77777777" w:rsidR="00C601FA" w:rsidRPr="0007799E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sz w:val="24"/>
          <w:szCs w:val="24"/>
        </w:rPr>
        <w:t>KOTİB faaliyetlerinin yıllık olarak planlanması, uygulanması, izlenmesi, değerlendirilmesi ve sonuçlarının sonraki dönem çalışma programına aktarılmasına ilişkin sürecin tanımlanmasıdır.</w:t>
      </w:r>
    </w:p>
    <w:p w14:paraId="0AAD9E4F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419EEE60" w14:textId="77777777" w:rsidR="00C601FA" w:rsidRPr="0007799E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sz w:val="24"/>
          <w:szCs w:val="24"/>
        </w:rPr>
        <w:t>Bu iş akışı, KOTİB bünyesinde ilgili sürecin planlanması, yürütülmesi, kayıt altına alınması, değerlendirilmesi ve sonuçlandırılmasına ilişkin işlemleri kapsar.</w:t>
      </w:r>
    </w:p>
    <w:p w14:paraId="092BC321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Sorumlular</w:t>
      </w:r>
    </w:p>
    <w:p w14:paraId="6EE96BD4" w14:textId="77777777" w:rsidR="00C601FA" w:rsidRPr="0007799E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sz w:val="24"/>
          <w:szCs w:val="24"/>
        </w:rPr>
        <w:t>KOTİB Müdürü, KOTİB Yönetim Kurulu ve sürecin niteliğine göre Danışma Kurulu, ilgili akademik/idari birimler, çalışma grupları, faaliyet sorumluları ve ilgili paydaşlar.</w:t>
      </w:r>
    </w:p>
    <w:p w14:paraId="0BDA8F9E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İş Akışı</w:t>
      </w:r>
    </w:p>
    <w:p w14:paraId="5AC44D94" w14:textId="1E1188F2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Merkezin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amaçları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faaliyet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alanları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ve Üniversitenin kurumsal öncelikleri dikkate alınarak bir sonraki döneme ilişkin faaliyet önerileri belirlenir.</w:t>
      </w:r>
    </w:p>
    <w:p w14:paraId="37E114E9" w14:textId="392E2E21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Araştırma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proje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eğitim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danışmanlık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>, yayım ve paydaş iş birliği faaliyetlerine ilişkin öneriler Merkez Müdürlüğü tarafından derlenir.</w:t>
      </w:r>
    </w:p>
    <w:p w14:paraId="50EC08EF" w14:textId="14EF2EF2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Öneriler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amaç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hedef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sorumlu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kişi/birim, öngörülen dönem ve beklenen çıktı bakımından çalışma programına dönüştürülür.</w:t>
      </w:r>
    </w:p>
    <w:p w14:paraId="0A1F8DF2" w14:textId="06022693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Çalışma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programı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Yönetim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Kurulunun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görüşüne sunulur.</w:t>
      </w:r>
    </w:p>
    <w:p w14:paraId="77953D93" w14:textId="3DFE9320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Onaylanan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çalışma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programında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alan faaliyetlerin yürütülmesi Merkez Müdürlüğü tarafından koordine edilir.</w:t>
      </w:r>
    </w:p>
    <w:p w14:paraId="3368273D" w14:textId="7C2CE59D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Yıl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içerisinde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gerçekleştirilen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faaliyetlere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ilişkin bilgi, belge ve çıktılar kayıt altına alınarak gerçekleşme durumu izlenir.</w:t>
      </w:r>
    </w:p>
    <w:p w14:paraId="3DB62C4C" w14:textId="7D392718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Yıl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sonunda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planlanan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gerçekleştirilen faaliyetler karşılaştırılarak sonuçlar değerlendirilir.</w:t>
      </w:r>
    </w:p>
    <w:p w14:paraId="10CE30FC" w14:textId="0B443087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Gerçekleştirilen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faaliyetler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ulaşılan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çıktılar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>, iş birlikleri ve varsa karşılaşılan sorunlar yıllık faaliyet/çalışma raporunda bir araya getirilir.</w:t>
      </w:r>
    </w:p>
    <w:p w14:paraId="5139F110" w14:textId="31AA90D1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Yıllık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rapor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Yönetim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Kurulunda değerlendirilir; ilgili yönetmelik hükümleri doğrultusunda gerekli onay ve sunum süreçleri yürütülür.</w:t>
      </w:r>
    </w:p>
    <w:p w14:paraId="36E1D186" w14:textId="717CD220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Değerlendirme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sonucunda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belirlenen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ihtiyaçlar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ve geliştirmeye açık alanlar bir sonraki yılın çalışma programının hazırlanmasında dikkate alınır.</w:t>
      </w:r>
    </w:p>
    <w:p w14:paraId="102FCBF0" w14:textId="00E124A8" w:rsidR="00C601FA" w:rsidRPr="0007799E" w:rsidRDefault="00000000" w:rsidP="0007799E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7799E">
        <w:rPr>
          <w:rFonts w:ascii="Times New Roman" w:hAnsi="Times New Roman" w:cs="Times New Roman"/>
          <w:sz w:val="24"/>
          <w:szCs w:val="24"/>
        </w:rPr>
        <w:t>Süreç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yeni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planlama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799E">
        <w:rPr>
          <w:rFonts w:ascii="Times New Roman" w:hAnsi="Times New Roman" w:cs="Times New Roman"/>
          <w:sz w:val="24"/>
          <w:szCs w:val="24"/>
        </w:rPr>
        <w:t>dönemiyle</w:t>
      </w:r>
      <w:proofErr w:type="spellEnd"/>
      <w:r w:rsidRPr="0007799E">
        <w:rPr>
          <w:rFonts w:ascii="Times New Roman" w:hAnsi="Times New Roman" w:cs="Times New Roman"/>
          <w:sz w:val="24"/>
          <w:szCs w:val="24"/>
        </w:rPr>
        <w:t xml:space="preserve"> devam eder.</w:t>
      </w:r>
    </w:p>
    <w:p w14:paraId="14AF69E4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b/>
          <w:sz w:val="24"/>
          <w:szCs w:val="24"/>
        </w:rPr>
        <w:t>İlgili Doküman / Dayanak</w:t>
      </w:r>
    </w:p>
    <w:p w14:paraId="287E100B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sz w:val="24"/>
          <w:szCs w:val="24"/>
        </w:rPr>
        <w:lastRenderedPageBreak/>
        <w:t>KOTİB Yönetmeliği Madde 9 ve Madde 11.</w:t>
      </w:r>
    </w:p>
    <w:p w14:paraId="073A4307" w14:textId="77777777" w:rsidR="00C601FA" w:rsidRPr="0007799E" w:rsidRDefault="00000000">
      <w:pPr>
        <w:rPr>
          <w:rFonts w:ascii="Times New Roman" w:hAnsi="Times New Roman" w:cs="Times New Roman"/>
          <w:sz w:val="24"/>
          <w:szCs w:val="24"/>
        </w:rPr>
      </w:pPr>
      <w:r w:rsidRPr="0007799E">
        <w:rPr>
          <w:rFonts w:ascii="Times New Roman" w:hAnsi="Times New Roman" w:cs="Times New Roman"/>
          <w:sz w:val="24"/>
          <w:szCs w:val="24"/>
        </w:rPr>
        <w:t>Konya Gıda ve Tarım Üniversitesi Kooperatifçilik ve Tarımsal İş Birliği Uygulama ve Araştırma Merkezi (KOTİB) Yönetmeliği (Resmî Gazete: 09.04.2020, Sayı: 31094).</w:t>
      </w:r>
    </w:p>
    <w:sectPr w:rsidR="00C601FA" w:rsidRPr="0007799E" w:rsidSect="0007799E">
      <w:headerReference w:type="default" r:id="rId8"/>
      <w:footerReference w:type="default" r:id="rId9"/>
      <w:pgSz w:w="12240" w:h="15840"/>
      <w:pgMar w:top="964" w:right="1191" w:bottom="964" w:left="119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F461E" w14:textId="77777777" w:rsidR="00C41152" w:rsidRDefault="00C41152">
      <w:pPr>
        <w:spacing w:after="0" w:line="240" w:lineRule="auto"/>
      </w:pPr>
      <w:r>
        <w:separator/>
      </w:r>
    </w:p>
  </w:endnote>
  <w:endnote w:type="continuationSeparator" w:id="0">
    <w:p w14:paraId="380605EB" w14:textId="77777777" w:rsidR="00C41152" w:rsidRDefault="00C41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6" w:type="dxa"/>
      <w:tblLayout w:type="fixed"/>
      <w:tblLook w:val="0000" w:firstRow="0" w:lastRow="0" w:firstColumn="0" w:lastColumn="0" w:noHBand="0" w:noVBand="0"/>
    </w:tblPr>
    <w:tblGrid>
      <w:gridCol w:w="3215"/>
      <w:gridCol w:w="3215"/>
      <w:gridCol w:w="3216"/>
    </w:tblGrid>
    <w:tr w:rsidR="0007799E" w14:paraId="48537632" w14:textId="77777777" w:rsidTr="00FB4EF8">
      <w:trPr>
        <w:trHeight w:val="240"/>
      </w:trPr>
      <w:tc>
        <w:tcPr>
          <w:tcW w:w="3215" w:type="dxa"/>
          <w:tcBorders>
            <w:top w:val="single" w:sz="4" w:space="0" w:color="000000"/>
            <w:left w:val="single" w:sz="4" w:space="0" w:color="000000"/>
          </w:tcBorders>
        </w:tcPr>
        <w:p w14:paraId="5C082988" w14:textId="77777777" w:rsidR="0007799E" w:rsidRPr="00E84233" w:rsidRDefault="0007799E" w:rsidP="0007799E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Hazırlayan</w:t>
          </w:r>
          <w:proofErr w:type="spellEnd"/>
        </w:p>
      </w:tc>
      <w:tc>
        <w:tcPr>
          <w:tcW w:w="3215" w:type="dxa"/>
          <w:tcBorders>
            <w:top w:val="single" w:sz="4" w:space="0" w:color="000000"/>
          </w:tcBorders>
        </w:tcPr>
        <w:p w14:paraId="402E3B12" w14:textId="77777777" w:rsidR="0007799E" w:rsidRPr="00E84233" w:rsidRDefault="0007799E" w:rsidP="0007799E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Sistem</w:t>
          </w:r>
          <w:proofErr w:type="spellEnd"/>
          <w:r w:rsidRPr="00E84233">
            <w:rPr>
              <w:rFonts w:ascii="Times New Roman" w:hAnsi="Times New Roman"/>
            </w:rPr>
            <w:t xml:space="preserve"> </w:t>
          </w:r>
          <w:proofErr w:type="spellStart"/>
          <w:r w:rsidRPr="00E84233">
            <w:rPr>
              <w:rFonts w:ascii="Times New Roman" w:hAnsi="Times New Roman"/>
            </w:rPr>
            <w:t>Onayı</w:t>
          </w:r>
          <w:proofErr w:type="spellEnd"/>
        </w:p>
      </w:tc>
      <w:tc>
        <w:tcPr>
          <w:tcW w:w="3216" w:type="dxa"/>
          <w:tcBorders>
            <w:top w:val="single" w:sz="4" w:space="0" w:color="000000"/>
            <w:right w:val="single" w:sz="4" w:space="0" w:color="000000"/>
          </w:tcBorders>
        </w:tcPr>
        <w:p w14:paraId="489CF442" w14:textId="77777777" w:rsidR="0007799E" w:rsidRPr="00E84233" w:rsidRDefault="0007799E" w:rsidP="0007799E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Yürürlük</w:t>
          </w:r>
          <w:proofErr w:type="spellEnd"/>
          <w:r w:rsidRPr="00E84233">
            <w:rPr>
              <w:rFonts w:ascii="Times New Roman" w:hAnsi="Times New Roman"/>
            </w:rPr>
            <w:t xml:space="preserve"> </w:t>
          </w:r>
          <w:proofErr w:type="spellStart"/>
          <w:r w:rsidRPr="00E84233">
            <w:rPr>
              <w:rFonts w:ascii="Times New Roman" w:hAnsi="Times New Roman"/>
            </w:rPr>
            <w:t>Onayı</w:t>
          </w:r>
          <w:proofErr w:type="spellEnd"/>
        </w:p>
      </w:tc>
    </w:tr>
    <w:tr w:rsidR="0007799E" w14:paraId="7E4715B1" w14:textId="77777777" w:rsidTr="00FB4EF8">
      <w:trPr>
        <w:trHeight w:val="954"/>
      </w:trPr>
      <w:tc>
        <w:tcPr>
          <w:tcW w:w="3215" w:type="dxa"/>
          <w:tcBorders>
            <w:left w:val="single" w:sz="4" w:space="0" w:color="000000"/>
            <w:bottom w:val="single" w:sz="4" w:space="0" w:color="000000"/>
          </w:tcBorders>
        </w:tcPr>
        <w:p w14:paraId="44EA3D6C" w14:textId="77777777" w:rsidR="0007799E" w:rsidRPr="00E84233" w:rsidRDefault="0007799E" w:rsidP="0007799E">
          <w:pPr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eastAsia="Arial" w:hAnsi="Times New Roman" w:cs="Times New Roman"/>
            </w:rPr>
            <w:t>Kalite Koordinatörlüğü</w:t>
          </w:r>
        </w:p>
      </w:tc>
      <w:tc>
        <w:tcPr>
          <w:tcW w:w="3215" w:type="dxa"/>
          <w:tcBorders>
            <w:bottom w:val="single" w:sz="4" w:space="0" w:color="000000"/>
          </w:tcBorders>
        </w:tcPr>
        <w:p w14:paraId="6943293B" w14:textId="77777777" w:rsidR="0007799E" w:rsidRPr="00E84233" w:rsidRDefault="0007799E" w:rsidP="0007799E">
          <w:pPr>
            <w:jc w:val="center"/>
            <w:rPr>
              <w:rFonts w:ascii="Times New Roman" w:hAnsi="Times New Roman" w:cs="Times New Roman"/>
            </w:rPr>
          </w:pPr>
          <w:r w:rsidRPr="00E84233">
            <w:rPr>
              <w:rFonts w:ascii="Times New Roman" w:eastAsia="Arial" w:hAnsi="Times New Roman" w:cs="Times New Roman"/>
            </w:rPr>
            <w:t>Selin TOZOĞLU</w:t>
          </w:r>
        </w:p>
      </w:tc>
      <w:tc>
        <w:tcPr>
          <w:tcW w:w="3216" w:type="dxa"/>
          <w:tcBorders>
            <w:bottom w:val="single" w:sz="4" w:space="0" w:color="000000"/>
            <w:right w:val="single" w:sz="4" w:space="0" w:color="000000"/>
          </w:tcBorders>
        </w:tcPr>
        <w:p w14:paraId="5091A3D5" w14:textId="77777777" w:rsidR="0007799E" w:rsidRPr="00E84233" w:rsidRDefault="0007799E" w:rsidP="0007799E">
          <w:pPr>
            <w:jc w:val="center"/>
            <w:rPr>
              <w:rFonts w:ascii="Times New Roman" w:hAnsi="Times New Roman" w:cs="Times New Roman"/>
            </w:rPr>
          </w:pPr>
          <w:proofErr w:type="spellStart"/>
          <w:r w:rsidRPr="00E84233">
            <w:rPr>
              <w:rFonts w:ascii="Times New Roman" w:eastAsia="Arial" w:hAnsi="Times New Roman" w:cs="Times New Roman"/>
            </w:rPr>
            <w:t>Öğr</w:t>
          </w:r>
          <w:proofErr w:type="spellEnd"/>
          <w:r w:rsidRPr="00E84233">
            <w:rPr>
              <w:rFonts w:ascii="Times New Roman" w:eastAsia="Arial" w:hAnsi="Times New Roman" w:cs="Times New Roman"/>
            </w:rPr>
            <w:t xml:space="preserve">. </w:t>
          </w:r>
          <w:proofErr w:type="spellStart"/>
          <w:r w:rsidRPr="00E84233">
            <w:rPr>
              <w:rFonts w:ascii="Times New Roman" w:eastAsia="Arial" w:hAnsi="Times New Roman" w:cs="Times New Roman"/>
            </w:rPr>
            <w:t>Gör</w:t>
          </w:r>
          <w:proofErr w:type="spellEnd"/>
          <w:r w:rsidRPr="00E84233">
            <w:rPr>
              <w:rFonts w:ascii="Times New Roman" w:eastAsia="Arial" w:hAnsi="Times New Roman" w:cs="Times New Roman"/>
            </w:rPr>
            <w:t>. Cankat ÖZLÜ</w:t>
          </w:r>
        </w:p>
      </w:tc>
    </w:tr>
  </w:tbl>
  <w:p w14:paraId="5F19B78F" w14:textId="0F0673FB" w:rsidR="00C601FA" w:rsidRDefault="00C601FA">
    <w:pPr>
      <w:pStyle w:val="AltBilgi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106E2" w14:textId="77777777" w:rsidR="00C41152" w:rsidRDefault="00C41152">
      <w:pPr>
        <w:spacing w:after="0" w:line="240" w:lineRule="auto"/>
      </w:pPr>
      <w:r>
        <w:separator/>
      </w:r>
    </w:p>
  </w:footnote>
  <w:footnote w:type="continuationSeparator" w:id="0">
    <w:p w14:paraId="16CADBC6" w14:textId="77777777" w:rsidR="00C41152" w:rsidRDefault="00C41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2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6"/>
      <w:gridCol w:w="5211"/>
      <w:gridCol w:w="1532"/>
      <w:gridCol w:w="1369"/>
    </w:tblGrid>
    <w:tr w:rsidR="0007799E" w14:paraId="4F8DC09C" w14:textId="77777777" w:rsidTr="00FB4EF8">
      <w:trPr>
        <w:trHeight w:val="276"/>
      </w:trPr>
      <w:tc>
        <w:tcPr>
          <w:tcW w:w="151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62D1DBD" w14:textId="77777777" w:rsidR="0007799E" w:rsidRDefault="0007799E" w:rsidP="0007799E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735042B3" wp14:editId="691BCE80">
                <wp:extent cx="723900" cy="853440"/>
                <wp:effectExtent l="0" t="0" r="0" b="3810"/>
                <wp:docPr id="136494532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18" r="-27" b="-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2E73A6B" w14:textId="0E12A90C" w:rsidR="0007799E" w:rsidRPr="0007799E" w:rsidRDefault="0007799E" w:rsidP="0007799E">
          <w:pPr>
            <w:jc w:val="center"/>
            <w:rPr>
              <w:rFonts w:ascii="Times New Roman" w:hAnsi="Times New Roman" w:cs="Times New Roman"/>
            </w:rPr>
          </w:pPr>
          <w:r w:rsidRPr="0007799E">
            <w:rPr>
              <w:rFonts w:ascii="Times New Roman" w:hAnsi="Times New Roman" w:cs="Times New Roman"/>
              <w:b/>
              <w:sz w:val="24"/>
            </w:rPr>
            <w:t>KOTİB YILLIK FAAL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07799E">
            <w:rPr>
              <w:rFonts w:ascii="Times New Roman" w:hAnsi="Times New Roman" w:cs="Times New Roman"/>
              <w:b/>
              <w:sz w:val="24"/>
            </w:rPr>
            <w:t>YET PLANLAMA, İZLEME VE RAPORLAMA İŞ AKIŞI</w:t>
          </w:r>
        </w:p>
        <w:p w14:paraId="345A142B" w14:textId="77777777" w:rsidR="0007799E" w:rsidRPr="00FE6414" w:rsidRDefault="0007799E" w:rsidP="0007799E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EC48052" w14:textId="77777777" w:rsidR="0007799E" w:rsidRPr="00863923" w:rsidRDefault="0007799E" w:rsidP="0007799E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Doküman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37BCDA9" w14:textId="443F9C32" w:rsidR="0007799E" w:rsidRDefault="0007799E" w:rsidP="0007799E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İA-KTB-016</w:t>
          </w:r>
          <w:r>
            <w:rPr>
              <w:rFonts w:cs="Arial"/>
              <w:b/>
              <w:bCs/>
              <w:sz w:val="18"/>
              <w:szCs w:val="18"/>
            </w:rPr>
            <w:t>9</w:t>
          </w:r>
        </w:p>
      </w:tc>
    </w:tr>
    <w:tr w:rsidR="0007799E" w14:paraId="4EF6E99E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C22EFF3" w14:textId="77777777" w:rsidR="0007799E" w:rsidRDefault="0007799E" w:rsidP="0007799E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35BF77F" w14:textId="77777777" w:rsidR="0007799E" w:rsidRDefault="0007799E" w:rsidP="0007799E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6A32A225" w14:textId="77777777" w:rsidR="0007799E" w:rsidRPr="00863923" w:rsidRDefault="0007799E" w:rsidP="0007799E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İlk Yayın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33834B92" w14:textId="77777777" w:rsidR="0007799E" w:rsidRDefault="0007799E" w:rsidP="0007799E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14.09.2026</w:t>
          </w:r>
        </w:p>
      </w:tc>
    </w:tr>
    <w:tr w:rsidR="0007799E" w14:paraId="70C1CF9B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16D3A79" w14:textId="77777777" w:rsidR="0007799E" w:rsidRDefault="0007799E" w:rsidP="0007799E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691944" w14:textId="77777777" w:rsidR="0007799E" w:rsidRDefault="0007799E" w:rsidP="0007799E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08FAE8FF" w14:textId="77777777" w:rsidR="0007799E" w:rsidRPr="00863923" w:rsidRDefault="0007799E" w:rsidP="0007799E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1CC94752" w14:textId="77777777" w:rsidR="0007799E" w:rsidRDefault="0007799E" w:rsidP="0007799E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07799E" w14:paraId="2931E8DE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6465DB3" w14:textId="77777777" w:rsidR="0007799E" w:rsidRDefault="0007799E" w:rsidP="0007799E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485878C" w14:textId="77777777" w:rsidR="0007799E" w:rsidRDefault="0007799E" w:rsidP="0007799E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71ADF8CC" w14:textId="77777777" w:rsidR="0007799E" w:rsidRPr="00863923" w:rsidRDefault="0007799E" w:rsidP="0007799E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3A2E9C60" w14:textId="77777777" w:rsidR="0007799E" w:rsidRDefault="0007799E" w:rsidP="0007799E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07799E" w14:paraId="49EBBA20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ABF45E4" w14:textId="77777777" w:rsidR="0007799E" w:rsidRDefault="0007799E" w:rsidP="0007799E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6E93357" w14:textId="77777777" w:rsidR="0007799E" w:rsidRDefault="0007799E" w:rsidP="0007799E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0B635FA9" w14:textId="77777777" w:rsidR="0007799E" w:rsidRPr="00863923" w:rsidRDefault="0007799E" w:rsidP="0007799E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Sayfa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7E597BB5" w14:textId="77777777" w:rsidR="0007799E" w:rsidRDefault="0007799E" w:rsidP="0007799E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proofErr w:type="spellStart"/>
          <w:r>
            <w:rPr>
              <w:rFonts w:cs="Arial"/>
              <w:b/>
              <w:bCs/>
              <w:sz w:val="18"/>
              <w:szCs w:val="18"/>
            </w:rPr>
            <w:t>Sayfa</w:t>
          </w:r>
          <w:proofErr w:type="spellEnd"/>
          <w:r>
            <w:rPr>
              <w:rFonts w:cs="Arial"/>
              <w:b/>
              <w:bCs/>
              <w:sz w:val="18"/>
              <w:szCs w:val="18"/>
            </w:rPr>
            <w:t xml:space="preserve">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PAGE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  <w:r>
            <w:rPr>
              <w:rFonts w:cs="Arial"/>
              <w:b/>
              <w:bCs/>
              <w:sz w:val="18"/>
              <w:szCs w:val="18"/>
            </w:rPr>
            <w:t xml:space="preserve"> /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NUMPAGES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6E442FF3" w14:textId="77777777" w:rsidR="0007799E" w:rsidRDefault="0007799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FF2DA2"/>
    <w:multiLevelType w:val="hybridMultilevel"/>
    <w:tmpl w:val="303499D4"/>
    <w:lvl w:ilvl="0" w:tplc="5ACCAB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61999"/>
    <w:multiLevelType w:val="hybridMultilevel"/>
    <w:tmpl w:val="6B24AF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665482">
    <w:abstractNumId w:val="8"/>
  </w:num>
  <w:num w:numId="2" w16cid:durableId="1523324866">
    <w:abstractNumId w:val="6"/>
  </w:num>
  <w:num w:numId="3" w16cid:durableId="1567182454">
    <w:abstractNumId w:val="5"/>
  </w:num>
  <w:num w:numId="4" w16cid:durableId="969361276">
    <w:abstractNumId w:val="4"/>
  </w:num>
  <w:num w:numId="5" w16cid:durableId="1748532911">
    <w:abstractNumId w:val="7"/>
  </w:num>
  <w:num w:numId="6" w16cid:durableId="1085109526">
    <w:abstractNumId w:val="3"/>
  </w:num>
  <w:num w:numId="7" w16cid:durableId="1352730848">
    <w:abstractNumId w:val="2"/>
  </w:num>
  <w:num w:numId="8" w16cid:durableId="518742818">
    <w:abstractNumId w:val="1"/>
  </w:num>
  <w:num w:numId="9" w16cid:durableId="117602443">
    <w:abstractNumId w:val="0"/>
  </w:num>
  <w:num w:numId="10" w16cid:durableId="1926114134">
    <w:abstractNumId w:val="10"/>
  </w:num>
  <w:num w:numId="11" w16cid:durableId="17118004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799E"/>
    <w:rsid w:val="0015074B"/>
    <w:rsid w:val="0029639D"/>
    <w:rsid w:val="00326F90"/>
    <w:rsid w:val="00915A42"/>
    <w:rsid w:val="00AA1D8D"/>
    <w:rsid w:val="00B47730"/>
    <w:rsid w:val="00C41152"/>
    <w:rsid w:val="00C601F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3AD5FA"/>
  <w14:defaultImageDpi w14:val="300"/>
  <w15:docId w15:val="{3175AF3A-C40F-487E-AEA3-D1D0D9F3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qFormat/>
    <w:rsid w:val="000779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Selin Tozoglu</cp:lastModifiedBy>
  <cp:revision>2</cp:revision>
  <dcterms:created xsi:type="dcterms:W3CDTF">2013-12-23T23:15:00Z</dcterms:created>
  <dcterms:modified xsi:type="dcterms:W3CDTF">2026-09-16T12:24:00Z</dcterms:modified>
  <cp:category/>
</cp:coreProperties>
</file>