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522F5" w14:textId="383B2ED0" w:rsidR="002B44BA" w:rsidRPr="00012723" w:rsidRDefault="002B44BA" w:rsidP="00012723">
      <w:pPr>
        <w:spacing w:after="40"/>
        <w:jc w:val="center"/>
        <w:rPr>
          <w:rFonts w:ascii="Times New Roman" w:hAnsi="Times New Roman" w:cs="Times New Roman"/>
          <w:color w:val="000000" w:themeColor="text1"/>
          <w:sz w:val="22"/>
        </w:rPr>
      </w:pPr>
    </w:p>
    <w:tbl>
      <w:tblPr>
        <w:tblW w:w="0" w:type="auto"/>
        <w:jc w:val="center"/>
        <w:tblBorders>
          <w:top w:val="single" w:sz="6" w:space="0" w:color="B0C4DE"/>
          <w:bottom w:val="single" w:sz="6" w:space="0" w:color="B0C4DE"/>
          <w:insideH w:val="single" w:sz="6" w:space="0" w:color="B0C4DE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2B44BA" w:rsidRPr="00012723" w14:paraId="028770B9" w14:textId="77777777">
        <w:trPr>
          <w:jc w:val="center"/>
        </w:trPr>
        <w:tc>
          <w:tcPr>
            <w:tcW w:w="3600" w:type="dxa"/>
            <w:shd w:val="clear" w:color="auto" w:fill="F2F4F7"/>
          </w:tcPr>
          <w:p w14:paraId="347ACB26" w14:textId="77777777" w:rsidR="002B44BA" w:rsidRPr="00012723" w:rsidRDefault="00841F0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012723">
              <w:rPr>
                <w:rFonts w:ascii="Times New Roman" w:hAnsi="Times New Roman" w:cs="Times New Roman"/>
                <w:b/>
                <w:sz w:val="22"/>
              </w:rPr>
              <w:t>Sorumlu Kullanıcı Adı - Soyadı</w:t>
            </w:r>
          </w:p>
        </w:tc>
        <w:tc>
          <w:tcPr>
            <w:tcW w:w="6192" w:type="dxa"/>
          </w:tcPr>
          <w:p w14:paraId="65D048D8" w14:textId="77777777" w:rsidR="002B44BA" w:rsidRPr="00012723" w:rsidRDefault="00841F0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012723">
              <w:rPr>
                <w:rFonts w:ascii="Times New Roman" w:hAnsi="Times New Roman" w:cs="Times New Roman"/>
                <w:sz w:val="22"/>
              </w:rPr>
              <w:t>: ……………………..………………………………………...</w:t>
            </w:r>
          </w:p>
        </w:tc>
      </w:tr>
      <w:tr w:rsidR="002B44BA" w:rsidRPr="00012723" w14:paraId="0D75888E" w14:textId="77777777">
        <w:trPr>
          <w:jc w:val="center"/>
        </w:trPr>
        <w:tc>
          <w:tcPr>
            <w:tcW w:w="3600" w:type="dxa"/>
            <w:shd w:val="clear" w:color="auto" w:fill="F2F4F7"/>
          </w:tcPr>
          <w:p w14:paraId="20FC0C0D" w14:textId="77777777" w:rsidR="002B44BA" w:rsidRPr="00012723" w:rsidRDefault="00012723" w:rsidP="00012723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12723">
              <w:rPr>
                <w:rFonts w:ascii="Times New Roman" w:hAnsi="Times New Roman" w:cs="Times New Roman"/>
                <w:b/>
                <w:sz w:val="22"/>
              </w:rPr>
              <w:t>Yüksekokul</w:t>
            </w:r>
            <w:proofErr w:type="spellEnd"/>
            <w:r w:rsidRPr="00012723">
              <w:rPr>
                <w:rFonts w:ascii="Times New Roman" w:hAnsi="Times New Roman" w:cs="Times New Roman"/>
                <w:b/>
                <w:sz w:val="22"/>
              </w:rPr>
              <w:t xml:space="preserve"> / </w:t>
            </w:r>
            <w:proofErr w:type="spellStart"/>
            <w:r w:rsidRPr="00012723">
              <w:rPr>
                <w:rFonts w:ascii="Times New Roman" w:hAnsi="Times New Roman" w:cs="Times New Roman"/>
                <w:b/>
                <w:sz w:val="22"/>
              </w:rPr>
              <w:t>Fakülte</w:t>
            </w:r>
            <w:proofErr w:type="spellEnd"/>
            <w:r w:rsidRPr="00012723">
              <w:rPr>
                <w:rFonts w:ascii="Times New Roman" w:hAnsi="Times New Roman" w:cs="Times New Roman"/>
                <w:b/>
                <w:sz w:val="22"/>
              </w:rPr>
              <w:t xml:space="preserve"> / </w:t>
            </w:r>
            <w:proofErr w:type="spellStart"/>
            <w:r w:rsidRPr="00012723">
              <w:rPr>
                <w:rFonts w:ascii="Times New Roman" w:hAnsi="Times New Roman" w:cs="Times New Roman"/>
                <w:b/>
                <w:sz w:val="22"/>
              </w:rPr>
              <w:t>Enstitü</w:t>
            </w:r>
            <w:proofErr w:type="spellEnd"/>
            <w:r w:rsidRPr="00012723">
              <w:rPr>
                <w:rFonts w:ascii="Times New Roman" w:hAnsi="Times New Roman" w:cs="Times New Roman"/>
                <w:b/>
                <w:sz w:val="22"/>
              </w:rPr>
              <w:t xml:space="preserve"> / </w:t>
            </w:r>
            <w:proofErr w:type="spellStart"/>
            <w:r w:rsidRPr="00012723">
              <w:rPr>
                <w:rFonts w:ascii="Times New Roman" w:hAnsi="Times New Roman" w:cs="Times New Roman"/>
                <w:b/>
                <w:sz w:val="22"/>
              </w:rPr>
              <w:t>Bölüm</w:t>
            </w:r>
            <w:proofErr w:type="spellEnd"/>
            <w:r w:rsidRPr="00012723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6192" w:type="dxa"/>
          </w:tcPr>
          <w:p w14:paraId="006713F7" w14:textId="77777777" w:rsidR="002B44BA" w:rsidRPr="00012723" w:rsidRDefault="00841F0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012723">
              <w:rPr>
                <w:rFonts w:ascii="Times New Roman" w:hAnsi="Times New Roman" w:cs="Times New Roman"/>
                <w:sz w:val="22"/>
              </w:rPr>
              <w:t>: ……………………..………………………………………...</w:t>
            </w:r>
          </w:p>
        </w:tc>
      </w:tr>
      <w:tr w:rsidR="00012723" w:rsidRPr="00012723" w14:paraId="27C25F55" w14:textId="77777777">
        <w:trPr>
          <w:jc w:val="center"/>
        </w:trPr>
        <w:tc>
          <w:tcPr>
            <w:tcW w:w="3600" w:type="dxa"/>
            <w:shd w:val="clear" w:color="auto" w:fill="F2F4F7"/>
          </w:tcPr>
          <w:p w14:paraId="71046E4D" w14:textId="77777777" w:rsidR="002B44BA" w:rsidRPr="00012723" w:rsidRDefault="00841F0E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Telefon Numarası</w:t>
            </w:r>
          </w:p>
        </w:tc>
        <w:tc>
          <w:tcPr>
            <w:tcW w:w="6192" w:type="dxa"/>
          </w:tcPr>
          <w:p w14:paraId="52086974" w14:textId="77777777" w:rsidR="002B44BA" w:rsidRPr="00012723" w:rsidRDefault="00841F0E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: ……………………..………………………………………...</w:t>
            </w:r>
          </w:p>
        </w:tc>
      </w:tr>
      <w:tr w:rsidR="00012723" w:rsidRPr="00012723" w14:paraId="630F540A" w14:textId="77777777">
        <w:trPr>
          <w:jc w:val="center"/>
        </w:trPr>
        <w:tc>
          <w:tcPr>
            <w:tcW w:w="3600" w:type="dxa"/>
            <w:shd w:val="clear" w:color="auto" w:fill="F2F4F7"/>
          </w:tcPr>
          <w:p w14:paraId="66D011B3" w14:textId="77777777" w:rsidR="002B44BA" w:rsidRPr="00012723" w:rsidRDefault="00841F0E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0127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Kullanım</w:t>
            </w:r>
            <w:proofErr w:type="spellEnd"/>
            <w:r w:rsidRPr="000127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0127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Tarihi</w:t>
            </w:r>
            <w:proofErr w:type="spellEnd"/>
            <w:r w:rsidRPr="000127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0127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ve</w:t>
            </w:r>
            <w:proofErr w:type="spellEnd"/>
            <w:r w:rsidRPr="0001272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Saat Aralığı</w:t>
            </w:r>
          </w:p>
        </w:tc>
        <w:tc>
          <w:tcPr>
            <w:tcW w:w="6192" w:type="dxa"/>
          </w:tcPr>
          <w:p w14:paraId="5743E75A" w14:textId="77777777" w:rsidR="002B44BA" w:rsidRPr="00012723" w:rsidRDefault="00841F0E" w:rsidP="00012723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: </w:t>
            </w:r>
            <w:proofErr w:type="gramStart"/>
            <w:r w:rsidR="00012723" w:rsidRPr="00012723">
              <w:rPr>
                <w:rFonts w:ascii="Times New Roman" w:hAnsi="Times New Roman" w:cs="Times New Roman"/>
                <w:sz w:val="22"/>
              </w:rPr>
              <w:t>…./</w:t>
            </w:r>
            <w:proofErr w:type="gramEnd"/>
            <w:r w:rsidR="00012723" w:rsidRPr="0001272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 w:rsidR="00012723" w:rsidRPr="00012723">
              <w:rPr>
                <w:rFonts w:ascii="Times New Roman" w:hAnsi="Times New Roman" w:cs="Times New Roman"/>
                <w:sz w:val="22"/>
              </w:rPr>
              <w:t>…./</w:t>
            </w:r>
            <w:proofErr w:type="gramEnd"/>
            <w:r w:rsidR="00012723" w:rsidRPr="00012723">
              <w:rPr>
                <w:rFonts w:ascii="Times New Roman" w:hAnsi="Times New Roman" w:cs="Times New Roman"/>
                <w:sz w:val="22"/>
              </w:rPr>
              <w:t xml:space="preserve"> 2</w:t>
            </w:r>
            <w:proofErr w:type="gramStart"/>
            <w:r w:rsidR="00012723" w:rsidRPr="00012723">
              <w:rPr>
                <w:rFonts w:ascii="Times New Roman" w:hAnsi="Times New Roman" w:cs="Times New Roman"/>
                <w:sz w:val="22"/>
              </w:rPr>
              <w:t>….</w:t>
            </w: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|</w:t>
            </w:r>
            <w:proofErr w:type="gramEnd"/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 </w:t>
            </w:r>
            <w:r w:rsidR="00012723"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…</w:t>
            </w:r>
            <w:proofErr w:type="gramStart"/>
            <w:r w:rsidR="00012723"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. .</w:t>
            </w:r>
            <w:proofErr w:type="gramEnd"/>
            <w:r w:rsidR="00012723"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…. </w:t>
            </w: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- </w:t>
            </w:r>
            <w:r w:rsidR="00012723"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…. .</w:t>
            </w: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="00012723"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…..</w:t>
            </w:r>
          </w:p>
        </w:tc>
      </w:tr>
    </w:tbl>
    <w:p w14:paraId="5E17F67F" w14:textId="77777777" w:rsidR="002B44BA" w:rsidRPr="00012723" w:rsidRDefault="002B44BA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5858516F" w14:textId="77777777" w:rsidR="002B44BA" w:rsidRPr="00012723" w:rsidRDefault="00841F0E">
      <w:pPr>
        <w:spacing w:after="80"/>
        <w:rPr>
          <w:rFonts w:ascii="Times New Roman" w:hAnsi="Times New Roman" w:cs="Times New Roman"/>
          <w:color w:val="000000" w:themeColor="text1"/>
          <w:sz w:val="22"/>
        </w:rPr>
      </w:pPr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>TALEP EDİLEN TESİS / ALAN (Lütfen Kullanmak İstediğiniz Alanı İşaretleyiniz)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012723" w:rsidRPr="00012723" w14:paraId="36C224C7" w14:textId="77777777">
        <w:trPr>
          <w:jc w:val="center"/>
        </w:trPr>
        <w:tc>
          <w:tcPr>
            <w:tcW w:w="3168" w:type="dxa"/>
            <w:shd w:val="clear" w:color="auto" w:fill="FAFAFA"/>
          </w:tcPr>
          <w:p w14:paraId="4F38ED5C" w14:textId="77777777" w:rsidR="002B44BA" w:rsidRPr="00012723" w:rsidRDefault="00841F0E">
            <w:pPr>
              <w:spacing w:before="80" w:after="8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[   ]  Halı Saha</w:t>
            </w:r>
          </w:p>
        </w:tc>
        <w:tc>
          <w:tcPr>
            <w:tcW w:w="3168" w:type="dxa"/>
            <w:shd w:val="clear" w:color="auto" w:fill="FAFAFA"/>
          </w:tcPr>
          <w:p w14:paraId="55F6BAB0" w14:textId="77777777" w:rsidR="002B44BA" w:rsidRPr="00012723" w:rsidRDefault="00841F0E">
            <w:pPr>
              <w:spacing w:before="80" w:after="8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[   ]  Basketbol Sahası</w:t>
            </w:r>
          </w:p>
        </w:tc>
        <w:tc>
          <w:tcPr>
            <w:tcW w:w="3168" w:type="dxa"/>
            <w:shd w:val="clear" w:color="auto" w:fill="FAFAFA"/>
          </w:tcPr>
          <w:p w14:paraId="7564CAB9" w14:textId="77777777" w:rsidR="002B44BA" w:rsidRPr="00012723" w:rsidRDefault="00841F0E">
            <w:pPr>
              <w:spacing w:before="80" w:after="8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[   ]  Voleybol Sahası</w:t>
            </w:r>
          </w:p>
        </w:tc>
      </w:tr>
      <w:tr w:rsidR="00012723" w:rsidRPr="00012723" w14:paraId="23FD179F" w14:textId="77777777">
        <w:trPr>
          <w:jc w:val="center"/>
        </w:trPr>
        <w:tc>
          <w:tcPr>
            <w:tcW w:w="3168" w:type="dxa"/>
            <w:shd w:val="clear" w:color="auto" w:fill="FAFAFA"/>
          </w:tcPr>
          <w:p w14:paraId="5109ACA6" w14:textId="77777777" w:rsidR="002B44BA" w:rsidRPr="00012723" w:rsidRDefault="00841F0E">
            <w:pPr>
              <w:spacing w:before="80" w:after="8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[   ]  Fitness </w:t>
            </w:r>
            <w:proofErr w:type="spellStart"/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Salonu</w:t>
            </w:r>
            <w:proofErr w:type="spellEnd"/>
          </w:p>
        </w:tc>
        <w:tc>
          <w:tcPr>
            <w:tcW w:w="3168" w:type="dxa"/>
            <w:shd w:val="clear" w:color="auto" w:fill="FAFAFA"/>
          </w:tcPr>
          <w:p w14:paraId="7B314BA5" w14:textId="77777777" w:rsidR="002B44BA" w:rsidRPr="00012723" w:rsidRDefault="00841F0E">
            <w:pPr>
              <w:spacing w:before="80" w:after="8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[   ]  Tenis Kortu</w:t>
            </w:r>
          </w:p>
        </w:tc>
        <w:tc>
          <w:tcPr>
            <w:tcW w:w="3168" w:type="dxa"/>
            <w:shd w:val="clear" w:color="auto" w:fill="FAFAFA"/>
          </w:tcPr>
          <w:p w14:paraId="2D2FF600" w14:textId="77777777" w:rsidR="002B44BA" w:rsidRPr="00012723" w:rsidRDefault="00841F0E" w:rsidP="00B53F3C">
            <w:pPr>
              <w:spacing w:before="80" w:after="8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[ </w:t>
            </w:r>
            <w:proofErr w:type="gramStart"/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]</w:t>
            </w:r>
            <w:proofErr w:type="gramEnd"/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proofErr w:type="spellStart"/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Diğer</w:t>
            </w:r>
            <w:proofErr w:type="spellEnd"/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: </w:t>
            </w:r>
            <w:r w:rsidR="00B53F3C">
              <w:rPr>
                <w:rFonts w:ascii="Times New Roman" w:hAnsi="Times New Roman" w:cs="Times New Roman"/>
                <w:color w:val="000000" w:themeColor="text1"/>
                <w:sz w:val="22"/>
              </w:rPr>
              <w:t>……………….</w:t>
            </w:r>
          </w:p>
        </w:tc>
      </w:tr>
    </w:tbl>
    <w:p w14:paraId="3F7FFC63" w14:textId="77777777" w:rsidR="002B44BA" w:rsidRPr="00012723" w:rsidRDefault="002B44BA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2C0242B3" w14:textId="77777777" w:rsidR="002B44BA" w:rsidRPr="00012723" w:rsidRDefault="00841F0E">
      <w:pPr>
        <w:spacing w:after="80"/>
        <w:rPr>
          <w:rFonts w:ascii="Times New Roman" w:hAnsi="Times New Roman" w:cs="Times New Roman"/>
          <w:color w:val="000000" w:themeColor="text1"/>
          <w:sz w:val="22"/>
        </w:rPr>
      </w:pPr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>TAAHHÜTNAME VE BEYAN</w:t>
      </w:r>
    </w:p>
    <w:p w14:paraId="6DC5939B" w14:textId="77777777" w:rsidR="002B44BA" w:rsidRPr="00012723" w:rsidRDefault="00012723" w:rsidP="00012723">
      <w:pPr>
        <w:spacing w:after="80"/>
        <w:jc w:val="both"/>
        <w:rPr>
          <w:rFonts w:ascii="Times New Roman" w:hAnsi="Times New Roman" w:cs="Times New Roman"/>
          <w:sz w:val="22"/>
        </w:rPr>
      </w:pPr>
      <w:proofErr w:type="spellStart"/>
      <w:r w:rsidRPr="00012723">
        <w:rPr>
          <w:rFonts w:ascii="Times New Roman" w:hAnsi="Times New Roman" w:cs="Times New Roman"/>
          <w:sz w:val="22"/>
        </w:rPr>
        <w:t>Yukarıda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belirtilen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alanların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kullanımı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esnasında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tesis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için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belirlenmiş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tüm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kurallara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uyacağımızı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012723">
        <w:rPr>
          <w:rFonts w:ascii="Times New Roman" w:hAnsi="Times New Roman" w:cs="Times New Roman"/>
          <w:sz w:val="22"/>
        </w:rPr>
        <w:t>saha</w:t>
      </w:r>
      <w:proofErr w:type="spellEnd"/>
      <w:r w:rsidRPr="00012723">
        <w:rPr>
          <w:rFonts w:ascii="Times New Roman" w:hAnsi="Times New Roman" w:cs="Times New Roman"/>
          <w:sz w:val="22"/>
        </w:rPr>
        <w:t>/salon/</w:t>
      </w:r>
      <w:proofErr w:type="spellStart"/>
      <w:r w:rsidRPr="00012723">
        <w:rPr>
          <w:rFonts w:ascii="Times New Roman" w:hAnsi="Times New Roman" w:cs="Times New Roman"/>
          <w:sz w:val="22"/>
        </w:rPr>
        <w:t>tesis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kullanıcısı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olarak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bu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taahhütnameyi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imzalayarak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012723">
        <w:rPr>
          <w:rFonts w:ascii="Times New Roman" w:hAnsi="Times New Roman" w:cs="Times New Roman"/>
          <w:sz w:val="22"/>
        </w:rPr>
        <w:t>tesisleri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kullanırken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çalışma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programını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uygularken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oluşabilecek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yaralanmalardan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incinmelerden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doğan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hasar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zarara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ilişkin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iddia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012723">
        <w:rPr>
          <w:rFonts w:ascii="Times New Roman" w:hAnsi="Times New Roman" w:cs="Times New Roman"/>
          <w:sz w:val="22"/>
        </w:rPr>
        <w:t>talep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012723">
        <w:rPr>
          <w:rFonts w:ascii="Times New Roman" w:hAnsi="Times New Roman" w:cs="Times New Roman"/>
          <w:sz w:val="22"/>
        </w:rPr>
        <w:t>hukuk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ceza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davalarından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Konya </w:t>
      </w:r>
      <w:proofErr w:type="spellStart"/>
      <w:r w:rsidRPr="00012723">
        <w:rPr>
          <w:rFonts w:ascii="Times New Roman" w:hAnsi="Times New Roman" w:cs="Times New Roman"/>
          <w:sz w:val="22"/>
        </w:rPr>
        <w:t>Gıda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ve </w:t>
      </w:r>
      <w:proofErr w:type="spellStart"/>
      <w:r w:rsidRPr="00012723">
        <w:rPr>
          <w:rFonts w:ascii="Times New Roman" w:hAnsi="Times New Roman" w:cs="Times New Roman"/>
          <w:sz w:val="22"/>
        </w:rPr>
        <w:t>Tarım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Üniversitesi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çalışanlarını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tamamen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süresiz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olarak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muaf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kıldığımızı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012723">
        <w:rPr>
          <w:rFonts w:ascii="Times New Roman" w:hAnsi="Times New Roman" w:cs="Times New Roman"/>
          <w:sz w:val="22"/>
        </w:rPr>
        <w:t>spor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yapmamızda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sağlık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açısından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herhangi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bir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engelimizin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bulunmadığını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doğabilecek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her </w:t>
      </w:r>
      <w:proofErr w:type="spellStart"/>
      <w:r w:rsidRPr="00012723">
        <w:rPr>
          <w:rFonts w:ascii="Times New Roman" w:hAnsi="Times New Roman" w:cs="Times New Roman"/>
          <w:sz w:val="22"/>
        </w:rPr>
        <w:t>türlü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hukuki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cezai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sorumluluğun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aşağıda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imzası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bulunan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kişi</w:t>
      </w:r>
      <w:proofErr w:type="spellEnd"/>
      <w:r w:rsidRPr="00012723">
        <w:rPr>
          <w:rFonts w:ascii="Times New Roman" w:hAnsi="Times New Roman" w:cs="Times New Roman"/>
          <w:sz w:val="22"/>
        </w:rPr>
        <w:t>/</w:t>
      </w:r>
      <w:proofErr w:type="spellStart"/>
      <w:r w:rsidRPr="00012723">
        <w:rPr>
          <w:rFonts w:ascii="Times New Roman" w:hAnsi="Times New Roman" w:cs="Times New Roman"/>
          <w:sz w:val="22"/>
        </w:rPr>
        <w:t>kişilerde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olduğunu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kabul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012723">
        <w:rPr>
          <w:rFonts w:ascii="Times New Roman" w:hAnsi="Times New Roman" w:cs="Times New Roman"/>
          <w:sz w:val="22"/>
        </w:rPr>
        <w:t>beyan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taahhüt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ederiz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012723">
        <w:rPr>
          <w:rFonts w:ascii="Times New Roman" w:hAnsi="Times New Roman" w:cs="Times New Roman"/>
          <w:sz w:val="22"/>
        </w:rPr>
        <w:t>Söz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konusu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sosyal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tesis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alanının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belirtilen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tarih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saatlerde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tarafımıza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tahsis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edilmesi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hususunda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gereğini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bilgilerinize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arz</w:t>
      </w:r>
      <w:proofErr w:type="spellEnd"/>
      <w:r w:rsidRPr="0001272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sz w:val="22"/>
        </w:rPr>
        <w:t>ederim</w:t>
      </w:r>
      <w:proofErr w:type="spellEnd"/>
      <w:r w:rsidRPr="00012723">
        <w:rPr>
          <w:rFonts w:ascii="Times New Roman" w:hAnsi="Times New Roman" w:cs="Times New Roman"/>
          <w:sz w:val="22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</w:tblGrid>
      <w:tr w:rsidR="00012723" w:rsidRPr="00012723" w14:paraId="1328295B" w14:textId="77777777">
        <w:trPr>
          <w:jc w:val="center"/>
        </w:trPr>
        <w:tc>
          <w:tcPr>
            <w:tcW w:w="4896" w:type="dxa"/>
          </w:tcPr>
          <w:p w14:paraId="4FBCA58E" w14:textId="77777777" w:rsidR="00012723" w:rsidRPr="00012723" w:rsidRDefault="00012723" w:rsidP="0001272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12723">
              <w:rPr>
                <w:rFonts w:ascii="Times New Roman" w:hAnsi="Times New Roman" w:cs="Times New Roman"/>
                <w:sz w:val="22"/>
              </w:rPr>
              <w:t xml:space="preserve">Tarih: </w:t>
            </w:r>
            <w:proofErr w:type="gramStart"/>
            <w:r w:rsidRPr="00012723">
              <w:rPr>
                <w:rFonts w:ascii="Times New Roman" w:hAnsi="Times New Roman" w:cs="Times New Roman"/>
                <w:sz w:val="22"/>
              </w:rPr>
              <w:t>…./</w:t>
            </w:r>
            <w:proofErr w:type="gramEnd"/>
            <w:r w:rsidRPr="0001272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 w:rsidRPr="00012723">
              <w:rPr>
                <w:rFonts w:ascii="Times New Roman" w:hAnsi="Times New Roman" w:cs="Times New Roman"/>
                <w:sz w:val="22"/>
              </w:rPr>
              <w:t>…./</w:t>
            </w:r>
            <w:proofErr w:type="gramEnd"/>
            <w:r w:rsidRPr="00012723">
              <w:rPr>
                <w:rFonts w:ascii="Times New Roman" w:hAnsi="Times New Roman" w:cs="Times New Roman"/>
                <w:sz w:val="22"/>
              </w:rPr>
              <w:t xml:space="preserve"> 2….</w:t>
            </w:r>
            <w:r w:rsidRPr="00012723">
              <w:rPr>
                <w:rFonts w:ascii="Times New Roman" w:hAnsi="Times New Roman" w:cs="Times New Roman"/>
                <w:sz w:val="22"/>
              </w:rPr>
              <w:br/>
            </w:r>
            <w:r w:rsidRPr="00012723">
              <w:rPr>
                <w:rFonts w:ascii="Times New Roman" w:hAnsi="Times New Roman" w:cs="Times New Roman"/>
                <w:sz w:val="22"/>
              </w:rPr>
              <w:br/>
            </w:r>
            <w:proofErr w:type="spellStart"/>
            <w:r w:rsidRPr="00012723">
              <w:rPr>
                <w:rFonts w:ascii="Times New Roman" w:hAnsi="Times New Roman" w:cs="Times New Roman"/>
                <w:b/>
                <w:sz w:val="22"/>
              </w:rPr>
              <w:t>Sorumlu</w:t>
            </w:r>
            <w:proofErr w:type="spellEnd"/>
            <w:r w:rsidRPr="00012723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012723">
              <w:rPr>
                <w:rFonts w:ascii="Times New Roman" w:hAnsi="Times New Roman" w:cs="Times New Roman"/>
                <w:b/>
                <w:sz w:val="22"/>
              </w:rPr>
              <w:t>Kullanıcı</w:t>
            </w:r>
            <w:proofErr w:type="spellEnd"/>
            <w:r w:rsidRPr="00012723">
              <w:rPr>
                <w:rFonts w:ascii="Times New Roman" w:hAnsi="Times New Roman" w:cs="Times New Roman"/>
                <w:b/>
                <w:sz w:val="22"/>
              </w:rPr>
              <w:br/>
            </w:r>
            <w:proofErr w:type="spellStart"/>
            <w:r w:rsidRPr="00012723">
              <w:rPr>
                <w:rFonts w:ascii="Times New Roman" w:hAnsi="Times New Roman" w:cs="Times New Roman"/>
                <w:sz w:val="22"/>
              </w:rPr>
              <w:t>Adı</w:t>
            </w:r>
            <w:proofErr w:type="spellEnd"/>
            <w:r w:rsidRPr="00012723">
              <w:rPr>
                <w:rFonts w:ascii="Times New Roman" w:hAnsi="Times New Roman" w:cs="Times New Roman"/>
                <w:sz w:val="22"/>
              </w:rPr>
              <w:t xml:space="preserve"> - Soyadı: …………………………………</w:t>
            </w:r>
            <w:r w:rsidRPr="00012723">
              <w:rPr>
                <w:rFonts w:ascii="Times New Roman" w:hAnsi="Times New Roman" w:cs="Times New Roman"/>
                <w:sz w:val="22"/>
              </w:rPr>
              <w:br/>
              <w:t xml:space="preserve">İmza: </w:t>
            </w:r>
          </w:p>
        </w:tc>
      </w:tr>
    </w:tbl>
    <w:p w14:paraId="06C749B3" w14:textId="77777777" w:rsidR="002B44BA" w:rsidRPr="00012723" w:rsidRDefault="00841F0E">
      <w:pPr>
        <w:spacing w:after="60"/>
        <w:rPr>
          <w:rFonts w:ascii="Times New Roman" w:hAnsi="Times New Roman" w:cs="Times New Roman"/>
          <w:color w:val="000000" w:themeColor="text1"/>
          <w:sz w:val="22"/>
        </w:rPr>
      </w:pPr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>SAHA / SALON KULLANIM KURALLARI</w:t>
      </w:r>
    </w:p>
    <w:p w14:paraId="26631000" w14:textId="77777777" w:rsidR="002B44BA" w:rsidRPr="00012723" w:rsidRDefault="00841F0E" w:rsidP="00B53F3C">
      <w:pPr>
        <w:pStyle w:val="ListeParagraf"/>
        <w:numPr>
          <w:ilvl w:val="0"/>
          <w:numId w:val="11"/>
        </w:numPr>
        <w:spacing w:after="40"/>
        <w:ind w:left="142" w:hanging="142"/>
        <w:jc w:val="both"/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Talep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edilen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tarih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saatlerin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dışında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tesis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kesinlikle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kullanılamaz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41699DC7" w14:textId="77777777" w:rsidR="002B44BA" w:rsidRPr="00012723" w:rsidRDefault="00841F0E" w:rsidP="00B53F3C">
      <w:pPr>
        <w:pStyle w:val="ListeParagraf"/>
        <w:numPr>
          <w:ilvl w:val="0"/>
          <w:numId w:val="11"/>
        </w:numPr>
        <w:spacing w:after="40"/>
        <w:ind w:left="142" w:hanging="142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Salon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kullanım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kurallarına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görevli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personelin tüm ikaz ve uyarılarına eksiksiz riayet edilecektir.</w:t>
      </w:r>
    </w:p>
    <w:p w14:paraId="0BD6A39A" w14:textId="77777777" w:rsidR="002B44BA" w:rsidRPr="00012723" w:rsidRDefault="00841F0E" w:rsidP="00B53F3C">
      <w:pPr>
        <w:pStyle w:val="ListeParagraf"/>
        <w:numPr>
          <w:ilvl w:val="0"/>
          <w:numId w:val="11"/>
        </w:numPr>
        <w:spacing w:after="40"/>
        <w:ind w:left="142" w:hanging="142"/>
        <w:jc w:val="both"/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Kullanım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sırasında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ortaya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çıkabilecek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sorunlar derhal sorumlu/yetkili personele bildirilecektir.</w:t>
      </w:r>
    </w:p>
    <w:p w14:paraId="444F0949" w14:textId="77777777" w:rsidR="002B44BA" w:rsidRPr="00012723" w:rsidRDefault="00841F0E" w:rsidP="00B53F3C">
      <w:pPr>
        <w:pStyle w:val="ListeParagraf"/>
        <w:numPr>
          <w:ilvl w:val="0"/>
          <w:numId w:val="11"/>
        </w:numPr>
        <w:spacing w:after="40"/>
        <w:ind w:left="142" w:hanging="142"/>
        <w:jc w:val="both"/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Soyunma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odaları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ve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kullanım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alanları temiz ve özenli bir şekilde kullanılacaktır.</w:t>
      </w:r>
    </w:p>
    <w:p w14:paraId="27241428" w14:textId="77777777" w:rsidR="002B44BA" w:rsidRPr="00012723" w:rsidRDefault="00841F0E" w:rsidP="00B53F3C">
      <w:pPr>
        <w:pStyle w:val="ListeParagraf"/>
        <w:numPr>
          <w:ilvl w:val="0"/>
          <w:numId w:val="11"/>
        </w:numPr>
        <w:spacing w:after="40"/>
        <w:ind w:left="142" w:hanging="142"/>
        <w:jc w:val="both"/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Dışarıda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giyilen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ayakkabılar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ile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salona girilmeyecek, sadece spor için kullanılan temiz spor ayakkabısı giyilecektir.</w:t>
      </w:r>
    </w:p>
    <w:p w14:paraId="2E2605D1" w14:textId="77777777" w:rsidR="002B44BA" w:rsidRPr="00012723" w:rsidRDefault="00841F0E" w:rsidP="00B53F3C">
      <w:pPr>
        <w:pStyle w:val="ListeParagraf"/>
        <w:numPr>
          <w:ilvl w:val="0"/>
          <w:numId w:val="11"/>
        </w:numPr>
        <w:spacing w:after="40"/>
        <w:ind w:left="142" w:hanging="142"/>
        <w:jc w:val="both"/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lastRenderedPageBreak/>
        <w:t>Çalışma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mahallinde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aletlerin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yerleri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değiştirilmeyecek, kullanılan malzemeler düzenli şekilde yerine konulacaktır.</w:t>
      </w:r>
    </w:p>
    <w:p w14:paraId="03BA011D" w14:textId="77777777" w:rsidR="002B44BA" w:rsidRPr="00012723" w:rsidRDefault="00841F0E" w:rsidP="00B53F3C">
      <w:pPr>
        <w:pStyle w:val="ListeParagraf"/>
        <w:numPr>
          <w:ilvl w:val="0"/>
          <w:numId w:val="11"/>
        </w:numPr>
        <w:spacing w:after="40"/>
        <w:ind w:left="142" w:hanging="142"/>
        <w:jc w:val="both"/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Elektrik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panoları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ısıtma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>/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havalandırma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sistemleri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vb. teknik donanımlara yetkisiz müdahale edilmeyecektir.</w:t>
      </w:r>
    </w:p>
    <w:p w14:paraId="11C97561" w14:textId="77777777" w:rsidR="002B44BA" w:rsidRPr="00012723" w:rsidRDefault="00841F0E" w:rsidP="00B53F3C">
      <w:pPr>
        <w:pStyle w:val="ListeParagraf"/>
        <w:numPr>
          <w:ilvl w:val="0"/>
          <w:numId w:val="11"/>
        </w:numPr>
        <w:spacing w:after="40"/>
        <w:ind w:left="142" w:hanging="142"/>
        <w:jc w:val="both"/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Hatalı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veya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kusurlu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color w:val="000000" w:themeColor="text1"/>
          <w:sz w:val="22"/>
        </w:rPr>
        <w:t>kullanımdan</w:t>
      </w:r>
      <w:proofErr w:type="spellEnd"/>
      <w:r w:rsidRPr="00012723">
        <w:rPr>
          <w:rFonts w:ascii="Times New Roman" w:hAnsi="Times New Roman" w:cs="Times New Roman"/>
          <w:color w:val="000000" w:themeColor="text1"/>
          <w:sz w:val="22"/>
        </w:rPr>
        <w:t xml:space="preserve"> dolayı tesiste meydana gelecek zarar ve ziyan ilgili kullanıcılar tarafından karşılanacaktır.</w:t>
      </w:r>
    </w:p>
    <w:p w14:paraId="78A8B46B" w14:textId="77777777" w:rsidR="00B53F3C" w:rsidRDefault="00B53F3C">
      <w:pPr>
        <w:spacing w:after="80"/>
        <w:rPr>
          <w:rFonts w:ascii="Times New Roman" w:hAnsi="Times New Roman" w:cs="Times New Roman"/>
          <w:sz w:val="22"/>
        </w:rPr>
      </w:pPr>
    </w:p>
    <w:p w14:paraId="7B1E772F" w14:textId="77777777" w:rsidR="002B44BA" w:rsidRPr="00012723" w:rsidRDefault="00841F0E">
      <w:pPr>
        <w:spacing w:after="80"/>
        <w:rPr>
          <w:rFonts w:ascii="Times New Roman" w:hAnsi="Times New Roman" w:cs="Times New Roman"/>
          <w:color w:val="000000" w:themeColor="text1"/>
          <w:sz w:val="22"/>
        </w:rPr>
      </w:pPr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>KULLANICI LİSTESİ (</w:t>
      </w:r>
      <w:proofErr w:type="spellStart"/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>Toplu</w:t>
      </w:r>
      <w:proofErr w:type="spellEnd"/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>Kullanımlar</w:t>
      </w:r>
      <w:proofErr w:type="spellEnd"/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proofErr w:type="spellStart"/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>İçin</w:t>
      </w:r>
      <w:proofErr w:type="spellEnd"/>
      <w:r w:rsidRPr="00012723">
        <w:rPr>
          <w:rFonts w:ascii="Times New Roman" w:hAnsi="Times New Roman" w:cs="Times New Roman"/>
          <w:b/>
          <w:color w:val="000000" w:themeColor="text1"/>
          <w:sz w:val="22"/>
        </w:rPr>
        <w:t>)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558"/>
        <w:gridCol w:w="2252"/>
        <w:gridCol w:w="1221"/>
        <w:gridCol w:w="937"/>
        <w:gridCol w:w="558"/>
        <w:gridCol w:w="2252"/>
        <w:gridCol w:w="1221"/>
        <w:gridCol w:w="937"/>
      </w:tblGrid>
      <w:tr w:rsidR="00B53F3C" w:rsidRPr="00012723" w14:paraId="7A802BA6" w14:textId="77777777">
        <w:trPr>
          <w:jc w:val="center"/>
        </w:trPr>
        <w:tc>
          <w:tcPr>
            <w:tcW w:w="576" w:type="dxa"/>
            <w:shd w:val="clear" w:color="auto" w:fill="1B365D"/>
          </w:tcPr>
          <w:p w14:paraId="5ACF5244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</w:rPr>
            </w:pPr>
            <w:r w:rsidRPr="00012723">
              <w:rPr>
                <w:rFonts w:ascii="Times New Roman" w:hAnsi="Times New Roman" w:cs="Times New Roman"/>
                <w:b/>
                <w:color w:val="FFFFFF" w:themeColor="background1"/>
                <w:sz w:val="22"/>
              </w:rPr>
              <w:t>SN</w:t>
            </w:r>
          </w:p>
        </w:tc>
        <w:tc>
          <w:tcPr>
            <w:tcW w:w="2592" w:type="dxa"/>
            <w:shd w:val="clear" w:color="auto" w:fill="1B365D"/>
          </w:tcPr>
          <w:p w14:paraId="5E93CED9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</w:rPr>
            </w:pPr>
            <w:r w:rsidRPr="00012723">
              <w:rPr>
                <w:rFonts w:ascii="Times New Roman" w:hAnsi="Times New Roman" w:cs="Times New Roman"/>
                <w:b/>
                <w:color w:val="FFFFFF" w:themeColor="background1"/>
                <w:sz w:val="22"/>
              </w:rPr>
              <w:t>Kullanıcı Adı Soyadı</w:t>
            </w:r>
          </w:p>
        </w:tc>
        <w:tc>
          <w:tcPr>
            <w:tcW w:w="1296" w:type="dxa"/>
            <w:shd w:val="clear" w:color="auto" w:fill="1B365D"/>
          </w:tcPr>
          <w:p w14:paraId="677333FF" w14:textId="77777777" w:rsidR="002B44BA" w:rsidRPr="00012723" w:rsidRDefault="00B53F3C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</w:rPr>
              <w:t>Bölümü</w:t>
            </w:r>
            <w:proofErr w:type="spellEnd"/>
          </w:p>
        </w:tc>
        <w:tc>
          <w:tcPr>
            <w:tcW w:w="1008" w:type="dxa"/>
            <w:shd w:val="clear" w:color="auto" w:fill="1B365D"/>
          </w:tcPr>
          <w:p w14:paraId="499E9D52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</w:rPr>
            </w:pPr>
            <w:r w:rsidRPr="00012723">
              <w:rPr>
                <w:rFonts w:ascii="Times New Roman" w:hAnsi="Times New Roman" w:cs="Times New Roman"/>
                <w:b/>
                <w:color w:val="FFFFFF" w:themeColor="background1"/>
                <w:sz w:val="22"/>
              </w:rPr>
              <w:t>İmza</w:t>
            </w:r>
          </w:p>
        </w:tc>
        <w:tc>
          <w:tcPr>
            <w:tcW w:w="576" w:type="dxa"/>
            <w:shd w:val="clear" w:color="auto" w:fill="1B365D"/>
          </w:tcPr>
          <w:p w14:paraId="65062AE7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</w:rPr>
            </w:pPr>
            <w:r w:rsidRPr="00012723">
              <w:rPr>
                <w:rFonts w:ascii="Times New Roman" w:hAnsi="Times New Roman" w:cs="Times New Roman"/>
                <w:b/>
                <w:color w:val="FFFFFF" w:themeColor="background1"/>
                <w:sz w:val="22"/>
              </w:rPr>
              <w:t>SN</w:t>
            </w:r>
          </w:p>
        </w:tc>
        <w:tc>
          <w:tcPr>
            <w:tcW w:w="2592" w:type="dxa"/>
            <w:shd w:val="clear" w:color="auto" w:fill="1B365D"/>
          </w:tcPr>
          <w:p w14:paraId="38A8D123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</w:rPr>
            </w:pPr>
            <w:r w:rsidRPr="00012723">
              <w:rPr>
                <w:rFonts w:ascii="Times New Roman" w:hAnsi="Times New Roman" w:cs="Times New Roman"/>
                <w:b/>
                <w:color w:val="FFFFFF" w:themeColor="background1"/>
                <w:sz w:val="22"/>
              </w:rPr>
              <w:t>Kullanıcı Adı Soyadı</w:t>
            </w:r>
          </w:p>
        </w:tc>
        <w:tc>
          <w:tcPr>
            <w:tcW w:w="1296" w:type="dxa"/>
            <w:shd w:val="clear" w:color="auto" w:fill="1B365D"/>
          </w:tcPr>
          <w:p w14:paraId="3F6BF0CD" w14:textId="77777777" w:rsidR="002B44BA" w:rsidRPr="00012723" w:rsidRDefault="00B53F3C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</w:rPr>
              <w:t>Bölümü</w:t>
            </w:r>
            <w:proofErr w:type="spellEnd"/>
          </w:p>
        </w:tc>
        <w:tc>
          <w:tcPr>
            <w:tcW w:w="1008" w:type="dxa"/>
            <w:shd w:val="clear" w:color="auto" w:fill="1B365D"/>
          </w:tcPr>
          <w:p w14:paraId="2B01AE15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</w:rPr>
            </w:pPr>
            <w:r w:rsidRPr="00012723">
              <w:rPr>
                <w:rFonts w:ascii="Times New Roman" w:hAnsi="Times New Roman" w:cs="Times New Roman"/>
                <w:b/>
                <w:color w:val="FFFFFF" w:themeColor="background1"/>
                <w:sz w:val="22"/>
              </w:rPr>
              <w:t>İmza</w:t>
            </w:r>
          </w:p>
        </w:tc>
      </w:tr>
      <w:tr w:rsidR="00B53F3C" w:rsidRPr="00012723" w14:paraId="459AE122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22177F36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2592" w:type="dxa"/>
            <w:shd w:val="clear" w:color="auto" w:fill="FFFFFF"/>
          </w:tcPr>
          <w:p w14:paraId="7A77F07D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6651DC40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6D7B725E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FFFFF"/>
          </w:tcPr>
          <w:p w14:paraId="33DF684D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11</w:t>
            </w:r>
          </w:p>
        </w:tc>
        <w:tc>
          <w:tcPr>
            <w:tcW w:w="2592" w:type="dxa"/>
            <w:shd w:val="clear" w:color="auto" w:fill="FFFFFF"/>
          </w:tcPr>
          <w:p w14:paraId="1CB11808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50F3BE60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31DB500D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53F3C" w:rsidRPr="00012723" w14:paraId="5C2BB125" w14:textId="77777777">
        <w:trPr>
          <w:jc w:val="center"/>
        </w:trPr>
        <w:tc>
          <w:tcPr>
            <w:tcW w:w="576" w:type="dxa"/>
            <w:shd w:val="clear" w:color="auto" w:fill="F9F9F9"/>
          </w:tcPr>
          <w:p w14:paraId="61BBAA18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2592" w:type="dxa"/>
            <w:shd w:val="clear" w:color="auto" w:fill="F9F9F9"/>
          </w:tcPr>
          <w:p w14:paraId="77794544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026326C9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30D3A1D8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9F9F9"/>
          </w:tcPr>
          <w:p w14:paraId="41F4B77C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12</w:t>
            </w:r>
          </w:p>
        </w:tc>
        <w:tc>
          <w:tcPr>
            <w:tcW w:w="2592" w:type="dxa"/>
            <w:shd w:val="clear" w:color="auto" w:fill="F9F9F9"/>
          </w:tcPr>
          <w:p w14:paraId="642FDC9F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1B2FB208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0FCD9076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53F3C" w:rsidRPr="00012723" w14:paraId="6763E21C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1337ADB6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2592" w:type="dxa"/>
            <w:shd w:val="clear" w:color="auto" w:fill="FFFFFF"/>
          </w:tcPr>
          <w:p w14:paraId="5A0FEDB7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301F7413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41B4DAA3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FFFFF"/>
          </w:tcPr>
          <w:p w14:paraId="523481F8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13</w:t>
            </w:r>
          </w:p>
        </w:tc>
        <w:tc>
          <w:tcPr>
            <w:tcW w:w="2592" w:type="dxa"/>
            <w:shd w:val="clear" w:color="auto" w:fill="FFFFFF"/>
          </w:tcPr>
          <w:p w14:paraId="436AF05E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789427DA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66C9D100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53F3C" w:rsidRPr="00012723" w14:paraId="478E4483" w14:textId="77777777">
        <w:trPr>
          <w:jc w:val="center"/>
        </w:trPr>
        <w:tc>
          <w:tcPr>
            <w:tcW w:w="576" w:type="dxa"/>
            <w:shd w:val="clear" w:color="auto" w:fill="F9F9F9"/>
          </w:tcPr>
          <w:p w14:paraId="7DE648B3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592" w:type="dxa"/>
            <w:shd w:val="clear" w:color="auto" w:fill="F9F9F9"/>
          </w:tcPr>
          <w:p w14:paraId="067FF6E3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762F1FAE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08DF3F6A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9F9F9"/>
          </w:tcPr>
          <w:p w14:paraId="779079E1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14</w:t>
            </w:r>
          </w:p>
        </w:tc>
        <w:tc>
          <w:tcPr>
            <w:tcW w:w="2592" w:type="dxa"/>
            <w:shd w:val="clear" w:color="auto" w:fill="F9F9F9"/>
          </w:tcPr>
          <w:p w14:paraId="7CA0ABAA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3AE68D92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39D1FAC6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53F3C" w:rsidRPr="00012723" w14:paraId="1C9731E4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37E7337A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2592" w:type="dxa"/>
            <w:shd w:val="clear" w:color="auto" w:fill="FFFFFF"/>
          </w:tcPr>
          <w:p w14:paraId="3BAE99A6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34495656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7C8203B2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FFFFF"/>
          </w:tcPr>
          <w:p w14:paraId="22D4B76E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15</w:t>
            </w:r>
          </w:p>
        </w:tc>
        <w:tc>
          <w:tcPr>
            <w:tcW w:w="2592" w:type="dxa"/>
            <w:shd w:val="clear" w:color="auto" w:fill="FFFFFF"/>
          </w:tcPr>
          <w:p w14:paraId="558DC2DD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3A797233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601EE72A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53F3C" w:rsidRPr="00012723" w14:paraId="567C434B" w14:textId="77777777">
        <w:trPr>
          <w:jc w:val="center"/>
        </w:trPr>
        <w:tc>
          <w:tcPr>
            <w:tcW w:w="576" w:type="dxa"/>
            <w:shd w:val="clear" w:color="auto" w:fill="F9F9F9"/>
          </w:tcPr>
          <w:p w14:paraId="6F61C66D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2592" w:type="dxa"/>
            <w:shd w:val="clear" w:color="auto" w:fill="F9F9F9"/>
          </w:tcPr>
          <w:p w14:paraId="15063232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29C05F8A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541DED86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9F9F9"/>
          </w:tcPr>
          <w:p w14:paraId="1B2E16F5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16</w:t>
            </w:r>
          </w:p>
        </w:tc>
        <w:tc>
          <w:tcPr>
            <w:tcW w:w="2592" w:type="dxa"/>
            <w:shd w:val="clear" w:color="auto" w:fill="F9F9F9"/>
          </w:tcPr>
          <w:p w14:paraId="52337059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1A69DAC7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69FAD2F7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53F3C" w:rsidRPr="00012723" w14:paraId="51C49F2C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782E6DDB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2592" w:type="dxa"/>
            <w:shd w:val="clear" w:color="auto" w:fill="FFFFFF"/>
          </w:tcPr>
          <w:p w14:paraId="2839740E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3F25FC8D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2F56814B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FFFFF"/>
          </w:tcPr>
          <w:p w14:paraId="24AAEC72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17</w:t>
            </w:r>
          </w:p>
        </w:tc>
        <w:tc>
          <w:tcPr>
            <w:tcW w:w="2592" w:type="dxa"/>
            <w:shd w:val="clear" w:color="auto" w:fill="FFFFFF"/>
          </w:tcPr>
          <w:p w14:paraId="4C3D8EDB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709E3F4C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01EF3B5A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53F3C" w:rsidRPr="00012723" w14:paraId="61528C8D" w14:textId="77777777">
        <w:trPr>
          <w:jc w:val="center"/>
        </w:trPr>
        <w:tc>
          <w:tcPr>
            <w:tcW w:w="576" w:type="dxa"/>
            <w:shd w:val="clear" w:color="auto" w:fill="F9F9F9"/>
          </w:tcPr>
          <w:p w14:paraId="7F1B2CA8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2592" w:type="dxa"/>
            <w:shd w:val="clear" w:color="auto" w:fill="F9F9F9"/>
          </w:tcPr>
          <w:p w14:paraId="508D196C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50152FC1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57D5F20D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9F9F9"/>
          </w:tcPr>
          <w:p w14:paraId="45B3CEFD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18</w:t>
            </w:r>
          </w:p>
        </w:tc>
        <w:tc>
          <w:tcPr>
            <w:tcW w:w="2592" w:type="dxa"/>
            <w:shd w:val="clear" w:color="auto" w:fill="F9F9F9"/>
          </w:tcPr>
          <w:p w14:paraId="1E1899D4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30D20C4B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052E6E85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53F3C" w:rsidRPr="00012723" w14:paraId="526302DB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36E6EBD1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2592" w:type="dxa"/>
            <w:shd w:val="clear" w:color="auto" w:fill="FFFFFF"/>
          </w:tcPr>
          <w:p w14:paraId="53F18EA9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74FACC26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5476B714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FFFFF"/>
          </w:tcPr>
          <w:p w14:paraId="695A5C0B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19</w:t>
            </w:r>
          </w:p>
        </w:tc>
        <w:tc>
          <w:tcPr>
            <w:tcW w:w="2592" w:type="dxa"/>
            <w:shd w:val="clear" w:color="auto" w:fill="FFFFFF"/>
          </w:tcPr>
          <w:p w14:paraId="4A8A13C6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FFFFF"/>
          </w:tcPr>
          <w:p w14:paraId="2E255D7C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FFFFF"/>
          </w:tcPr>
          <w:p w14:paraId="6A802D9E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53F3C" w:rsidRPr="00012723" w14:paraId="39940E2D" w14:textId="77777777">
        <w:trPr>
          <w:jc w:val="center"/>
        </w:trPr>
        <w:tc>
          <w:tcPr>
            <w:tcW w:w="576" w:type="dxa"/>
            <w:shd w:val="clear" w:color="auto" w:fill="F9F9F9"/>
          </w:tcPr>
          <w:p w14:paraId="3B715A16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10</w:t>
            </w:r>
          </w:p>
        </w:tc>
        <w:tc>
          <w:tcPr>
            <w:tcW w:w="2592" w:type="dxa"/>
            <w:shd w:val="clear" w:color="auto" w:fill="F9F9F9"/>
          </w:tcPr>
          <w:p w14:paraId="0699BF42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534B0278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7FAA97F9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6" w:type="dxa"/>
            <w:shd w:val="clear" w:color="auto" w:fill="F9F9F9"/>
          </w:tcPr>
          <w:p w14:paraId="4E951841" w14:textId="77777777" w:rsidR="002B44BA" w:rsidRPr="00012723" w:rsidRDefault="00841F0E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12723">
              <w:rPr>
                <w:rFonts w:ascii="Times New Roman" w:hAnsi="Times New Roman" w:cs="Times New Roman"/>
                <w:color w:val="000000" w:themeColor="text1"/>
                <w:sz w:val="22"/>
              </w:rPr>
              <w:t>20</w:t>
            </w:r>
          </w:p>
        </w:tc>
        <w:tc>
          <w:tcPr>
            <w:tcW w:w="2592" w:type="dxa"/>
            <w:shd w:val="clear" w:color="auto" w:fill="F9F9F9"/>
          </w:tcPr>
          <w:p w14:paraId="48D04590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96" w:type="dxa"/>
            <w:shd w:val="clear" w:color="auto" w:fill="F9F9F9"/>
          </w:tcPr>
          <w:p w14:paraId="790977E1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08" w:type="dxa"/>
            <w:shd w:val="clear" w:color="auto" w:fill="F9F9F9"/>
          </w:tcPr>
          <w:p w14:paraId="7B48F962" w14:textId="77777777" w:rsidR="002B44BA" w:rsidRPr="00012723" w:rsidRDefault="002B44B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14:paraId="7FF0ABA3" w14:textId="77777777" w:rsidR="00841F0E" w:rsidRPr="00012723" w:rsidRDefault="00841F0E">
      <w:pPr>
        <w:rPr>
          <w:rFonts w:ascii="Times New Roman" w:hAnsi="Times New Roman" w:cs="Times New Roman"/>
          <w:sz w:val="22"/>
        </w:rPr>
      </w:pPr>
    </w:p>
    <w:sectPr w:rsidR="00841F0E" w:rsidRPr="00012723" w:rsidSect="006832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152" w:bottom="1008" w:left="115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6CC47" w14:textId="77777777" w:rsidR="006849A2" w:rsidRDefault="006849A2" w:rsidP="00683213">
      <w:pPr>
        <w:spacing w:after="0" w:line="240" w:lineRule="auto"/>
      </w:pPr>
      <w:r>
        <w:separator/>
      </w:r>
    </w:p>
  </w:endnote>
  <w:endnote w:type="continuationSeparator" w:id="0">
    <w:p w14:paraId="44F1C85E" w14:textId="77777777" w:rsidR="006849A2" w:rsidRDefault="006849A2" w:rsidP="0068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F274" w14:textId="77777777" w:rsidR="00683213" w:rsidRDefault="0068321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683213" w14:paraId="5581ABDF" w14:textId="77777777" w:rsidTr="00C860D6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9B3559B" w14:textId="77777777" w:rsidR="00683213" w:rsidRDefault="00683213" w:rsidP="00683213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proofErr w:type="spellStart"/>
          <w:r>
            <w:rPr>
              <w:rFonts w:ascii="Arial" w:eastAsia="Calibri" w:hAnsi="Arial" w:cs="Arial"/>
              <w:sz w:val="20"/>
            </w:rPr>
            <w:t>Hazırlayan</w:t>
          </w:r>
          <w:proofErr w:type="spellEnd"/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FE7E496" w14:textId="77777777" w:rsidR="00683213" w:rsidRDefault="00683213" w:rsidP="00683213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proofErr w:type="spellStart"/>
          <w:r>
            <w:rPr>
              <w:rFonts w:ascii="Arial" w:eastAsia="Calibri" w:hAnsi="Arial" w:cs="Arial"/>
              <w:sz w:val="20"/>
            </w:rPr>
            <w:t>Sistem</w:t>
          </w:r>
          <w:proofErr w:type="spellEnd"/>
          <w:r>
            <w:rPr>
              <w:rFonts w:ascii="Arial" w:eastAsia="Calibri" w:hAnsi="Arial" w:cs="Arial"/>
              <w:sz w:val="20"/>
            </w:rPr>
            <w:t xml:space="preserve"> </w:t>
          </w:r>
          <w:proofErr w:type="spellStart"/>
          <w:r>
            <w:rPr>
              <w:rFonts w:ascii="Arial" w:eastAsia="Calibri" w:hAnsi="Arial" w:cs="Arial"/>
              <w:sz w:val="20"/>
            </w:rPr>
            <w:t>Onayı</w:t>
          </w:r>
          <w:proofErr w:type="spellEnd"/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E39410E" w14:textId="77777777" w:rsidR="00683213" w:rsidRDefault="00683213" w:rsidP="00683213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 xml:space="preserve">           </w:t>
          </w:r>
          <w:proofErr w:type="spellStart"/>
          <w:r>
            <w:rPr>
              <w:rFonts w:ascii="Arial" w:eastAsia="Calibri" w:hAnsi="Arial" w:cs="Arial"/>
              <w:sz w:val="20"/>
            </w:rPr>
            <w:t>Yürürlük</w:t>
          </w:r>
          <w:proofErr w:type="spellEnd"/>
          <w:r>
            <w:rPr>
              <w:rFonts w:ascii="Arial" w:eastAsia="Calibri" w:hAnsi="Arial" w:cs="Arial"/>
              <w:sz w:val="20"/>
            </w:rPr>
            <w:t xml:space="preserve"> </w:t>
          </w:r>
          <w:proofErr w:type="spellStart"/>
          <w:r>
            <w:rPr>
              <w:rFonts w:ascii="Arial" w:eastAsia="Calibri" w:hAnsi="Arial" w:cs="Arial"/>
              <w:sz w:val="20"/>
            </w:rPr>
            <w:t>Onayı</w:t>
          </w:r>
          <w:proofErr w:type="spellEnd"/>
          <w:r>
            <w:rPr>
              <w:rFonts w:ascii="Arial" w:eastAsia="Calibri" w:hAnsi="Arial" w:cs="Arial"/>
              <w:sz w:val="20"/>
            </w:rPr>
            <w:t xml:space="preserve">   </w:t>
          </w:r>
        </w:p>
      </w:tc>
    </w:tr>
    <w:tr w:rsidR="00683213" w14:paraId="647CF6D2" w14:textId="77777777" w:rsidTr="00C860D6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AAB7887" w14:textId="77777777" w:rsidR="00683213" w:rsidRDefault="00683213" w:rsidP="00683213">
          <w:pPr>
            <w:tabs>
              <w:tab w:val="center" w:pos="4536"/>
              <w:tab w:val="right" w:pos="9072"/>
            </w:tabs>
            <w:jc w:val="center"/>
            <w:rPr>
              <w:rFonts w:eastAsia="Calibri" w:cs="Times New Roman"/>
            </w:rPr>
          </w:pPr>
          <w:r>
            <w:rPr>
              <w:rFonts w:eastAsia="Calibri"/>
            </w:rPr>
            <w:t>Büşra Nur DEMİRCİ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F3BD02C" w14:textId="77777777" w:rsidR="00683213" w:rsidRDefault="00683213" w:rsidP="00683213">
          <w:pPr>
            <w:tabs>
              <w:tab w:val="center" w:pos="4536"/>
              <w:tab w:val="right" w:pos="9072"/>
            </w:tabs>
            <w:jc w:val="center"/>
            <w:rPr>
              <w:rFonts w:eastAsia="Calibri"/>
            </w:rPr>
          </w:pPr>
          <w:r>
            <w:rPr>
              <w:rFonts w:eastAsia="Calibri"/>
            </w:rPr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44AE0EDC" w14:textId="77777777" w:rsidR="00683213" w:rsidRDefault="00683213" w:rsidP="00683213">
          <w:pPr>
            <w:tabs>
              <w:tab w:val="center" w:pos="4536"/>
              <w:tab w:val="right" w:pos="9072"/>
            </w:tabs>
            <w:jc w:val="center"/>
            <w:rPr>
              <w:rFonts w:eastAsia="Calibri"/>
            </w:rPr>
          </w:pPr>
          <w:proofErr w:type="spellStart"/>
          <w:r w:rsidRPr="002F292C">
            <w:rPr>
              <w:rFonts w:eastAsia="Calibri"/>
            </w:rPr>
            <w:t>Öğ</w:t>
          </w:r>
          <w:r>
            <w:rPr>
              <w:rFonts w:eastAsia="Calibri"/>
            </w:rPr>
            <w:t>r</w:t>
          </w:r>
          <w:proofErr w:type="spellEnd"/>
          <w:r w:rsidRPr="002F292C">
            <w:rPr>
              <w:rFonts w:eastAsia="Calibri"/>
            </w:rPr>
            <w:t xml:space="preserve">. </w:t>
          </w:r>
          <w:proofErr w:type="spellStart"/>
          <w:r w:rsidRPr="002F292C">
            <w:rPr>
              <w:rFonts w:eastAsia="Calibri"/>
            </w:rPr>
            <w:t>Gör</w:t>
          </w:r>
          <w:proofErr w:type="spellEnd"/>
          <w:r w:rsidRPr="002F292C">
            <w:rPr>
              <w:rFonts w:eastAsia="Calibri"/>
            </w:rPr>
            <w:t xml:space="preserve"> Cankat ÖZLÜ</w:t>
          </w:r>
        </w:p>
      </w:tc>
    </w:tr>
  </w:tbl>
  <w:p w14:paraId="29B6606E" w14:textId="77777777" w:rsidR="00683213" w:rsidRDefault="0068321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944D8" w14:textId="77777777" w:rsidR="00683213" w:rsidRDefault="006832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AFCA1" w14:textId="77777777" w:rsidR="006849A2" w:rsidRDefault="006849A2" w:rsidP="00683213">
      <w:pPr>
        <w:spacing w:after="0" w:line="240" w:lineRule="auto"/>
      </w:pPr>
      <w:r>
        <w:separator/>
      </w:r>
    </w:p>
  </w:footnote>
  <w:footnote w:type="continuationSeparator" w:id="0">
    <w:p w14:paraId="74B53430" w14:textId="77777777" w:rsidR="006849A2" w:rsidRDefault="006849A2" w:rsidP="00683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60C6" w14:textId="77777777" w:rsidR="00683213" w:rsidRDefault="0068321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3"/>
      <w:gridCol w:w="5305"/>
      <w:gridCol w:w="1548"/>
      <w:gridCol w:w="1550"/>
    </w:tblGrid>
    <w:tr w:rsidR="00683213" w:rsidRPr="00E66312" w14:paraId="53DE4184" w14:textId="77777777" w:rsidTr="00C860D6">
      <w:trPr>
        <w:trHeight w:val="276"/>
      </w:trPr>
      <w:tc>
        <w:tcPr>
          <w:tcW w:w="1526" w:type="dxa"/>
          <w:vMerge w:val="restart"/>
          <w:vAlign w:val="center"/>
        </w:tcPr>
        <w:p w14:paraId="77A30D95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</w:rPr>
          </w:pPr>
          <w:r w:rsidRPr="00E66312">
            <w:rPr>
              <w:rFonts w:ascii="Arial" w:eastAsia="Calibri" w:hAnsi="Arial" w:cs="Arial"/>
              <w:noProof/>
            </w:rPr>
            <w:drawing>
              <wp:inline distT="0" distB="0" distL="0" distR="0" wp14:anchorId="0BFE7812" wp14:editId="3C510EB9">
                <wp:extent cx="693420" cy="990600"/>
                <wp:effectExtent l="0" t="0" r="0" b="0"/>
                <wp:docPr id="1065273513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5273513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454CFC19" w14:textId="67CA504E" w:rsidR="00683213" w:rsidRPr="00E66312" w:rsidRDefault="00683213" w:rsidP="00683213">
          <w:pPr>
            <w:ind w:right="62"/>
            <w:jc w:val="center"/>
            <w:rPr>
              <w:rFonts w:eastAsia="Calibri"/>
              <w:b/>
              <w:iCs/>
              <w:sz w:val="28"/>
              <w:szCs w:val="28"/>
            </w:rPr>
          </w:pPr>
          <w:r w:rsidRPr="00012723">
            <w:rPr>
              <w:rFonts w:ascii="Times New Roman" w:hAnsi="Times New Roman" w:cs="Times New Roman"/>
              <w:b/>
              <w:color w:val="000000" w:themeColor="text1"/>
              <w:sz w:val="22"/>
            </w:rPr>
            <w:t xml:space="preserve">T.C. </w:t>
          </w:r>
          <w:r w:rsidRPr="00012723">
            <w:rPr>
              <w:rFonts w:ascii="Times New Roman" w:hAnsi="Times New Roman" w:cs="Times New Roman"/>
              <w:b/>
              <w:color w:val="000000" w:themeColor="text1"/>
              <w:sz w:val="22"/>
            </w:rPr>
            <w:br/>
            <w:t>KONYA GIDA VE TARIM ÜNİVERSİTESİ</w:t>
          </w:r>
          <w:r w:rsidRPr="00012723">
            <w:rPr>
              <w:rFonts w:ascii="Times New Roman" w:hAnsi="Times New Roman" w:cs="Times New Roman"/>
              <w:b/>
              <w:color w:val="000000" w:themeColor="text1"/>
              <w:sz w:val="22"/>
            </w:rPr>
            <w:br/>
          </w:r>
          <w:r w:rsidRPr="00012723">
            <w:rPr>
              <w:rFonts w:ascii="Times New Roman" w:hAnsi="Times New Roman" w:cs="Times New Roman"/>
              <w:b/>
              <w:color w:val="000000" w:themeColor="text1"/>
              <w:sz w:val="22"/>
            </w:rPr>
            <w:t>SAĞLIK, KÜLTÜR VE SPOR DAIRE BAŞKANLIĞI</w:t>
          </w:r>
          <w:r w:rsidRPr="00012723">
            <w:rPr>
              <w:rFonts w:ascii="Times New Roman" w:hAnsi="Times New Roman" w:cs="Times New Roman"/>
              <w:b/>
              <w:color w:val="000000" w:themeColor="text1"/>
              <w:sz w:val="22"/>
            </w:rPr>
            <w:br/>
            <w:t>SOSYAL TESİS SAHA / SALON TALEP VE TAAHHÜT FORMU</w:t>
          </w:r>
        </w:p>
      </w:tc>
      <w:tc>
        <w:tcPr>
          <w:tcW w:w="1560" w:type="dxa"/>
          <w:vAlign w:val="center"/>
        </w:tcPr>
        <w:p w14:paraId="3570255F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proofErr w:type="spellStart"/>
          <w:r w:rsidRPr="00E66312">
            <w:rPr>
              <w:rFonts w:ascii="Arial" w:eastAsia="Calibri" w:hAnsi="Arial" w:cs="Arial"/>
              <w:sz w:val="18"/>
            </w:rPr>
            <w:t>Doküman</w:t>
          </w:r>
          <w:proofErr w:type="spellEnd"/>
          <w:r w:rsidRPr="00E66312">
            <w:rPr>
              <w:rFonts w:ascii="Arial" w:eastAsia="Calibri" w:hAnsi="Arial" w:cs="Arial"/>
              <w:sz w:val="18"/>
            </w:rPr>
            <w:t xml:space="preserve"> No</w:t>
          </w:r>
        </w:p>
      </w:tc>
      <w:tc>
        <w:tcPr>
          <w:tcW w:w="1559" w:type="dxa"/>
          <w:vAlign w:val="center"/>
        </w:tcPr>
        <w:p w14:paraId="2A5682A2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 w:rsidRPr="00E66312">
            <w:rPr>
              <w:rFonts w:ascii="Arial" w:eastAsia="Calibri" w:hAnsi="Arial" w:cs="Arial"/>
              <w:b/>
              <w:sz w:val="18"/>
            </w:rPr>
            <w:t>FR-</w:t>
          </w:r>
          <w:r>
            <w:rPr>
              <w:rFonts w:ascii="Arial" w:eastAsia="Calibri" w:hAnsi="Arial" w:cs="Arial"/>
              <w:b/>
              <w:sz w:val="18"/>
            </w:rPr>
            <w:t>SKS-0022</w:t>
          </w:r>
        </w:p>
      </w:tc>
    </w:tr>
    <w:tr w:rsidR="00683213" w:rsidRPr="00E66312" w14:paraId="5BE6164D" w14:textId="77777777" w:rsidTr="00C860D6">
      <w:trPr>
        <w:trHeight w:val="276"/>
      </w:trPr>
      <w:tc>
        <w:tcPr>
          <w:tcW w:w="1526" w:type="dxa"/>
          <w:vMerge/>
          <w:vAlign w:val="center"/>
        </w:tcPr>
        <w:p w14:paraId="1084356E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3B027396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681904ED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 xml:space="preserve">İlk </w:t>
          </w:r>
          <w:proofErr w:type="spellStart"/>
          <w:r w:rsidRPr="00E66312">
            <w:rPr>
              <w:rFonts w:ascii="Arial" w:eastAsia="Calibri" w:hAnsi="Arial" w:cs="Arial"/>
              <w:sz w:val="18"/>
            </w:rPr>
            <w:t>Yayın</w:t>
          </w:r>
          <w:proofErr w:type="spellEnd"/>
          <w:r w:rsidRPr="00E66312">
            <w:rPr>
              <w:rFonts w:ascii="Arial" w:eastAsia="Calibri" w:hAnsi="Arial" w:cs="Arial"/>
              <w:sz w:val="18"/>
            </w:rPr>
            <w:t xml:space="preserve"> </w:t>
          </w:r>
          <w:proofErr w:type="spellStart"/>
          <w:r w:rsidRPr="00E66312">
            <w:rPr>
              <w:rFonts w:ascii="Arial" w:eastAsia="Calibri" w:hAnsi="Arial" w:cs="Arial"/>
              <w:sz w:val="18"/>
            </w:rPr>
            <w:t>Tarihi</w:t>
          </w:r>
          <w:proofErr w:type="spellEnd"/>
        </w:p>
      </w:tc>
      <w:tc>
        <w:tcPr>
          <w:tcW w:w="1559" w:type="dxa"/>
          <w:vAlign w:val="center"/>
        </w:tcPr>
        <w:p w14:paraId="22DEE439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02.12.2025</w:t>
          </w:r>
        </w:p>
      </w:tc>
    </w:tr>
    <w:tr w:rsidR="00683213" w:rsidRPr="00E66312" w14:paraId="3F9FAE5F" w14:textId="77777777" w:rsidTr="00C860D6">
      <w:trPr>
        <w:trHeight w:val="276"/>
      </w:trPr>
      <w:tc>
        <w:tcPr>
          <w:tcW w:w="1526" w:type="dxa"/>
          <w:vMerge/>
          <w:vAlign w:val="center"/>
        </w:tcPr>
        <w:p w14:paraId="24F27FA3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061746C4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460289AC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proofErr w:type="spellStart"/>
          <w:r w:rsidRPr="00E66312">
            <w:rPr>
              <w:rFonts w:ascii="Arial" w:eastAsia="Calibri" w:hAnsi="Arial" w:cs="Arial"/>
              <w:sz w:val="18"/>
            </w:rPr>
            <w:t>Revizyon</w:t>
          </w:r>
          <w:proofErr w:type="spellEnd"/>
          <w:r w:rsidRPr="00E66312">
            <w:rPr>
              <w:rFonts w:ascii="Arial" w:eastAsia="Calibri" w:hAnsi="Arial" w:cs="Arial"/>
              <w:sz w:val="18"/>
            </w:rPr>
            <w:t xml:space="preserve"> </w:t>
          </w:r>
          <w:proofErr w:type="spellStart"/>
          <w:r w:rsidRPr="00E66312">
            <w:rPr>
              <w:rFonts w:ascii="Arial" w:eastAsia="Calibri" w:hAnsi="Arial" w:cs="Arial"/>
              <w:sz w:val="18"/>
            </w:rPr>
            <w:t>Tarihi</w:t>
          </w:r>
          <w:proofErr w:type="spellEnd"/>
        </w:p>
      </w:tc>
      <w:tc>
        <w:tcPr>
          <w:tcW w:w="1559" w:type="dxa"/>
          <w:vAlign w:val="center"/>
        </w:tcPr>
        <w:p w14:paraId="6A68555D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</w:p>
      </w:tc>
    </w:tr>
    <w:tr w:rsidR="00683213" w:rsidRPr="00E66312" w14:paraId="3079E658" w14:textId="77777777" w:rsidTr="00C860D6">
      <w:trPr>
        <w:trHeight w:val="276"/>
      </w:trPr>
      <w:tc>
        <w:tcPr>
          <w:tcW w:w="1526" w:type="dxa"/>
          <w:vMerge/>
          <w:vAlign w:val="center"/>
        </w:tcPr>
        <w:p w14:paraId="6BF14754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224A5309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18603AF1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proofErr w:type="spellStart"/>
          <w:r w:rsidRPr="00E66312">
            <w:rPr>
              <w:rFonts w:ascii="Arial" w:eastAsia="Calibri" w:hAnsi="Arial" w:cs="Arial"/>
              <w:sz w:val="18"/>
            </w:rPr>
            <w:t>Revizyon</w:t>
          </w:r>
          <w:proofErr w:type="spellEnd"/>
          <w:r w:rsidRPr="00E66312">
            <w:rPr>
              <w:rFonts w:ascii="Arial" w:eastAsia="Calibri" w:hAnsi="Arial" w:cs="Arial"/>
              <w:sz w:val="18"/>
            </w:rPr>
            <w:t xml:space="preserve"> No</w:t>
          </w:r>
        </w:p>
      </w:tc>
      <w:tc>
        <w:tcPr>
          <w:tcW w:w="1559" w:type="dxa"/>
          <w:vAlign w:val="center"/>
        </w:tcPr>
        <w:p w14:paraId="3EC1EBA5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</w:p>
      </w:tc>
    </w:tr>
    <w:tr w:rsidR="00683213" w:rsidRPr="00E66312" w14:paraId="2632F56F" w14:textId="77777777" w:rsidTr="00C860D6">
      <w:trPr>
        <w:trHeight w:val="276"/>
      </w:trPr>
      <w:tc>
        <w:tcPr>
          <w:tcW w:w="1526" w:type="dxa"/>
          <w:vMerge/>
          <w:vAlign w:val="center"/>
        </w:tcPr>
        <w:p w14:paraId="4F8689CC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77612A0D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659737D8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proofErr w:type="spellStart"/>
          <w:r w:rsidRPr="00E66312">
            <w:rPr>
              <w:rFonts w:ascii="Arial" w:eastAsia="Calibri" w:hAnsi="Arial" w:cs="Arial"/>
              <w:sz w:val="18"/>
            </w:rPr>
            <w:t>Sayfa</w:t>
          </w:r>
          <w:proofErr w:type="spellEnd"/>
        </w:p>
      </w:tc>
      <w:tc>
        <w:tcPr>
          <w:tcW w:w="1559" w:type="dxa"/>
          <w:vAlign w:val="center"/>
        </w:tcPr>
        <w:p w14:paraId="754654DF" w14:textId="77777777" w:rsidR="00683213" w:rsidRPr="00E66312" w:rsidRDefault="00683213" w:rsidP="00683213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 w:rsidRPr="00E66312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E66312">
            <w:rPr>
              <w:rFonts w:ascii="Arial" w:eastAsia="Calibri" w:hAnsi="Arial" w:cs="Arial"/>
              <w:b/>
              <w:sz w:val="18"/>
            </w:rPr>
            <w:instrText xml:space="preserve"> PAGE   \* MERGEFORMAT </w:instrTex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E66312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end"/>
          </w:r>
          <w:r w:rsidRPr="00E66312">
            <w:rPr>
              <w:rFonts w:ascii="Arial" w:eastAsia="Calibri" w:hAnsi="Arial" w:cs="Arial"/>
              <w:b/>
              <w:sz w:val="18"/>
            </w:rPr>
            <w:t>/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E66312">
            <w:rPr>
              <w:rFonts w:ascii="Arial" w:eastAsia="Calibri" w:hAnsi="Arial" w:cs="Arial"/>
              <w:b/>
              <w:sz w:val="18"/>
            </w:rPr>
            <w:instrText xml:space="preserve"> NUMPAGES   \* MERGEFORMAT </w:instrTex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E66312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end"/>
          </w:r>
        </w:p>
      </w:tc>
    </w:tr>
  </w:tbl>
  <w:p w14:paraId="12B6398C" w14:textId="77777777" w:rsidR="00683213" w:rsidRDefault="0068321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12A5" w14:textId="77777777" w:rsidR="00683213" w:rsidRDefault="0068321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BF5F63"/>
    <w:multiLevelType w:val="hybridMultilevel"/>
    <w:tmpl w:val="149E37EA"/>
    <w:lvl w:ilvl="0" w:tplc="7C7030B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color w:val="C0392B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64903"/>
    <w:multiLevelType w:val="hybridMultilevel"/>
    <w:tmpl w:val="6CF6B4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052458">
    <w:abstractNumId w:val="8"/>
  </w:num>
  <w:num w:numId="2" w16cid:durableId="877472644">
    <w:abstractNumId w:val="6"/>
  </w:num>
  <w:num w:numId="3" w16cid:durableId="931012577">
    <w:abstractNumId w:val="5"/>
  </w:num>
  <w:num w:numId="4" w16cid:durableId="1469320222">
    <w:abstractNumId w:val="4"/>
  </w:num>
  <w:num w:numId="5" w16cid:durableId="1138718098">
    <w:abstractNumId w:val="7"/>
  </w:num>
  <w:num w:numId="6" w16cid:durableId="821042923">
    <w:abstractNumId w:val="3"/>
  </w:num>
  <w:num w:numId="7" w16cid:durableId="113981620">
    <w:abstractNumId w:val="2"/>
  </w:num>
  <w:num w:numId="8" w16cid:durableId="296030653">
    <w:abstractNumId w:val="1"/>
  </w:num>
  <w:num w:numId="9" w16cid:durableId="442699899">
    <w:abstractNumId w:val="0"/>
  </w:num>
  <w:num w:numId="10" w16cid:durableId="629870092">
    <w:abstractNumId w:val="10"/>
  </w:num>
  <w:num w:numId="11" w16cid:durableId="5881949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2723"/>
    <w:rsid w:val="00034616"/>
    <w:rsid w:val="0006063C"/>
    <w:rsid w:val="0015074B"/>
    <w:rsid w:val="0029639D"/>
    <w:rsid w:val="002B44BA"/>
    <w:rsid w:val="00326F90"/>
    <w:rsid w:val="00683213"/>
    <w:rsid w:val="006849A2"/>
    <w:rsid w:val="006A3FD7"/>
    <w:rsid w:val="00841F0E"/>
    <w:rsid w:val="00AA1D8D"/>
    <w:rsid w:val="00B47730"/>
    <w:rsid w:val="00B53F3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985AF"/>
  <w14:defaultImageDpi w14:val="300"/>
  <w15:docId w15:val="{43ABB6D7-60B9-4418-8382-5E3F0A05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FA0AA5-0717-45BD-8158-B9CF22A74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2</cp:revision>
  <dcterms:created xsi:type="dcterms:W3CDTF">2026-09-28T06:43:00Z</dcterms:created>
  <dcterms:modified xsi:type="dcterms:W3CDTF">2026-09-28T06:43:00Z</dcterms:modified>
  <cp:category/>
</cp:coreProperties>
</file>