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FB44C" w14:textId="79F9C460" w:rsidR="008C0CB1" w:rsidRDefault="008C0CB1">
      <w:pPr>
        <w:spacing w:after="16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5783"/>
        <w:gridCol w:w="1757"/>
        <w:gridCol w:w="5783"/>
      </w:tblGrid>
      <w:tr w:rsidR="008C0CB1" w14:paraId="272D1DC9" w14:textId="77777777">
        <w:trPr>
          <w:jc w:val="center"/>
        </w:trPr>
        <w:tc>
          <w:tcPr>
            <w:tcW w:w="1757" w:type="dxa"/>
            <w:shd w:val="clear" w:color="auto" w:fill="F2E8EC"/>
            <w:vAlign w:val="center"/>
          </w:tcPr>
          <w:p w14:paraId="2DA4A6C5" w14:textId="77777777" w:rsidR="008C0CB1" w:rsidRDefault="00177E1F">
            <w:pPr>
              <w:spacing w:after="0"/>
            </w:pPr>
            <w:r>
              <w:rPr>
                <w:b/>
                <w:color w:val="000000"/>
                <w:sz w:val="16"/>
              </w:rPr>
              <w:t>BİRİM / BÖLÜM</w:t>
            </w:r>
          </w:p>
        </w:tc>
        <w:tc>
          <w:tcPr>
            <w:tcW w:w="5783" w:type="dxa"/>
            <w:vAlign w:val="center"/>
          </w:tcPr>
          <w:p w14:paraId="209EA145" w14:textId="77777777" w:rsidR="008C0CB1" w:rsidRDefault="008C0CB1">
            <w:pPr>
              <w:spacing w:after="0"/>
            </w:pPr>
          </w:p>
        </w:tc>
        <w:tc>
          <w:tcPr>
            <w:tcW w:w="1757" w:type="dxa"/>
            <w:shd w:val="clear" w:color="auto" w:fill="F2E8EC"/>
            <w:vAlign w:val="center"/>
          </w:tcPr>
          <w:p w14:paraId="009D9568" w14:textId="77777777" w:rsidR="008C0CB1" w:rsidRDefault="00177E1F">
            <w:pPr>
              <w:spacing w:after="0"/>
            </w:pPr>
            <w:r>
              <w:rPr>
                <w:b/>
                <w:color w:val="000000"/>
                <w:sz w:val="16"/>
              </w:rPr>
              <w:t>AY / YIL</w:t>
            </w:r>
          </w:p>
        </w:tc>
        <w:tc>
          <w:tcPr>
            <w:tcW w:w="5783" w:type="dxa"/>
            <w:vAlign w:val="center"/>
          </w:tcPr>
          <w:p w14:paraId="3879793E" w14:textId="77777777" w:rsidR="008C0CB1" w:rsidRDefault="008C0CB1">
            <w:pPr>
              <w:spacing w:after="0"/>
            </w:pPr>
          </w:p>
        </w:tc>
      </w:tr>
      <w:tr w:rsidR="008C0CB1" w14:paraId="40A4DF0A" w14:textId="77777777">
        <w:trPr>
          <w:jc w:val="center"/>
        </w:trPr>
        <w:tc>
          <w:tcPr>
            <w:tcW w:w="1757" w:type="dxa"/>
            <w:shd w:val="clear" w:color="auto" w:fill="F2E8EC"/>
            <w:vAlign w:val="center"/>
          </w:tcPr>
          <w:p w14:paraId="08DC7A4B" w14:textId="77777777" w:rsidR="008C0CB1" w:rsidRDefault="00177E1F">
            <w:pPr>
              <w:spacing w:after="0"/>
            </w:pPr>
            <w:r>
              <w:rPr>
                <w:b/>
                <w:color w:val="000000"/>
                <w:sz w:val="16"/>
              </w:rPr>
              <w:t>ÖĞRENCİNİN ADI SOYADI</w:t>
            </w:r>
          </w:p>
        </w:tc>
        <w:tc>
          <w:tcPr>
            <w:tcW w:w="5783" w:type="dxa"/>
            <w:vAlign w:val="center"/>
          </w:tcPr>
          <w:p w14:paraId="0D4C53A9" w14:textId="77777777" w:rsidR="008C0CB1" w:rsidRDefault="008C0CB1">
            <w:pPr>
              <w:spacing w:after="0"/>
            </w:pPr>
          </w:p>
        </w:tc>
        <w:tc>
          <w:tcPr>
            <w:tcW w:w="1757" w:type="dxa"/>
            <w:shd w:val="clear" w:color="auto" w:fill="F2E8EC"/>
            <w:vAlign w:val="center"/>
          </w:tcPr>
          <w:p w14:paraId="443227A7" w14:textId="77777777" w:rsidR="008C0CB1" w:rsidRDefault="00177E1F">
            <w:pPr>
              <w:spacing w:after="0"/>
            </w:pPr>
            <w:r>
              <w:rPr>
                <w:b/>
                <w:color w:val="000000"/>
                <w:sz w:val="16"/>
              </w:rPr>
              <w:t>ÖĞRENCİ NO</w:t>
            </w:r>
          </w:p>
        </w:tc>
        <w:tc>
          <w:tcPr>
            <w:tcW w:w="5783" w:type="dxa"/>
            <w:vAlign w:val="center"/>
          </w:tcPr>
          <w:p w14:paraId="5328006B" w14:textId="77777777" w:rsidR="008C0CB1" w:rsidRDefault="008C0CB1">
            <w:pPr>
              <w:spacing w:after="0"/>
            </w:pPr>
          </w:p>
        </w:tc>
      </w:tr>
    </w:tbl>
    <w:p w14:paraId="100D5821" w14:textId="77777777" w:rsidR="008C0CB1" w:rsidRDefault="008C0CB1">
      <w:pPr>
        <w:spacing w:after="20"/>
      </w:pPr>
    </w:p>
    <w:tbl>
      <w:tblPr>
        <w:tblW w:w="48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"/>
        <w:gridCol w:w="599"/>
        <w:gridCol w:w="1137"/>
        <w:gridCol w:w="1213"/>
        <w:gridCol w:w="1213"/>
        <w:gridCol w:w="1521"/>
        <w:gridCol w:w="2090"/>
        <w:gridCol w:w="119"/>
        <w:gridCol w:w="2231"/>
        <w:gridCol w:w="128"/>
      </w:tblGrid>
      <w:tr w:rsidR="00177E1F" w14:paraId="5CE33727" w14:textId="77777777" w:rsidTr="00177E1F">
        <w:trPr>
          <w:gridBefore w:val="1"/>
          <w:wBefore w:w="59" w:type="pct"/>
          <w:trHeight w:val="581"/>
          <w:jc w:val="center"/>
        </w:trPr>
        <w:tc>
          <w:tcPr>
            <w:tcW w:w="282" w:type="pct"/>
            <w:shd w:val="clear" w:color="auto" w:fill="6E1432"/>
            <w:vAlign w:val="center"/>
          </w:tcPr>
          <w:p w14:paraId="6AFAA721" w14:textId="77777777" w:rsidR="008C0CB1" w:rsidRDefault="00177E1F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SIRA</w:t>
            </w:r>
          </w:p>
        </w:tc>
        <w:tc>
          <w:tcPr>
            <w:tcW w:w="549" w:type="pct"/>
            <w:shd w:val="clear" w:color="auto" w:fill="6E1432"/>
            <w:vAlign w:val="center"/>
          </w:tcPr>
          <w:p w14:paraId="2CEA7F39" w14:textId="77777777" w:rsidR="008C0CB1" w:rsidRDefault="00177E1F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TARİH</w:t>
            </w:r>
          </w:p>
        </w:tc>
        <w:tc>
          <w:tcPr>
            <w:tcW w:w="586" w:type="pct"/>
            <w:shd w:val="clear" w:color="auto" w:fill="6E1432"/>
            <w:vAlign w:val="center"/>
          </w:tcPr>
          <w:p w14:paraId="3B1F6647" w14:textId="77777777" w:rsidR="008C0CB1" w:rsidRDefault="00177E1F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GİRİŞ SAATİ</w:t>
            </w:r>
          </w:p>
        </w:tc>
        <w:tc>
          <w:tcPr>
            <w:tcW w:w="586" w:type="pct"/>
            <w:shd w:val="clear" w:color="auto" w:fill="6E1432"/>
            <w:vAlign w:val="center"/>
          </w:tcPr>
          <w:p w14:paraId="3EA390F4" w14:textId="77777777" w:rsidR="008C0CB1" w:rsidRDefault="00177E1F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ÇIKIŞ SAATİ</w:t>
            </w:r>
          </w:p>
        </w:tc>
        <w:tc>
          <w:tcPr>
            <w:tcW w:w="734" w:type="pct"/>
            <w:shd w:val="clear" w:color="auto" w:fill="6E1432"/>
            <w:vAlign w:val="center"/>
          </w:tcPr>
          <w:p w14:paraId="23FCAE58" w14:textId="77777777" w:rsidR="008C0CB1" w:rsidRDefault="00177E1F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TOPLAM ÇALIŞMA</w:t>
            </w:r>
            <w:r>
              <w:rPr>
                <w:b/>
                <w:color w:val="FFFFFF"/>
                <w:sz w:val="16"/>
              </w:rPr>
              <w:br/>
              <w:t>(SAAT)</w:t>
            </w:r>
          </w:p>
        </w:tc>
        <w:tc>
          <w:tcPr>
            <w:tcW w:w="1066" w:type="pct"/>
            <w:gridSpan w:val="2"/>
            <w:shd w:val="clear" w:color="auto" w:fill="6E1432"/>
            <w:vAlign w:val="center"/>
          </w:tcPr>
          <w:p w14:paraId="2FB9274F" w14:textId="77777777" w:rsidR="008C0CB1" w:rsidRDefault="00177E1F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ÖĞRENCİ İMZASI</w:t>
            </w:r>
          </w:p>
        </w:tc>
        <w:tc>
          <w:tcPr>
            <w:tcW w:w="1138" w:type="pct"/>
            <w:gridSpan w:val="2"/>
            <w:shd w:val="clear" w:color="auto" w:fill="6E1432"/>
            <w:vAlign w:val="center"/>
          </w:tcPr>
          <w:p w14:paraId="6D25C428" w14:textId="77777777" w:rsidR="008C0CB1" w:rsidRDefault="00177E1F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BİRİM YETKİLİSİ</w:t>
            </w:r>
            <w:r>
              <w:rPr>
                <w:b/>
                <w:color w:val="FFFFFF"/>
                <w:sz w:val="16"/>
              </w:rPr>
              <w:br/>
              <w:t>PARAFI</w:t>
            </w:r>
          </w:p>
        </w:tc>
      </w:tr>
      <w:tr w:rsidR="008C0CB1" w14:paraId="2D4173F2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vAlign w:val="center"/>
          </w:tcPr>
          <w:p w14:paraId="13C7C07E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549" w:type="pct"/>
            <w:vAlign w:val="center"/>
          </w:tcPr>
          <w:p w14:paraId="713055C5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66576904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4264A16F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vAlign w:val="center"/>
          </w:tcPr>
          <w:p w14:paraId="2991F724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vAlign w:val="center"/>
          </w:tcPr>
          <w:p w14:paraId="5FC2F56B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vAlign w:val="center"/>
          </w:tcPr>
          <w:p w14:paraId="554E05CD" w14:textId="77777777" w:rsidR="008C0CB1" w:rsidRDefault="008C0CB1">
            <w:pPr>
              <w:spacing w:after="0"/>
              <w:jc w:val="center"/>
            </w:pPr>
          </w:p>
        </w:tc>
      </w:tr>
      <w:tr w:rsidR="00177E1F" w14:paraId="7496AF97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shd w:val="clear" w:color="auto" w:fill="FAF6F7"/>
            <w:vAlign w:val="center"/>
          </w:tcPr>
          <w:p w14:paraId="4309E906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2</w:t>
            </w:r>
          </w:p>
        </w:tc>
        <w:tc>
          <w:tcPr>
            <w:tcW w:w="549" w:type="pct"/>
            <w:shd w:val="clear" w:color="auto" w:fill="FAF6F7"/>
            <w:vAlign w:val="center"/>
          </w:tcPr>
          <w:p w14:paraId="6E3D6A69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4528392D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33265714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shd w:val="clear" w:color="auto" w:fill="FAF6F7"/>
            <w:vAlign w:val="center"/>
          </w:tcPr>
          <w:p w14:paraId="60E76B09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shd w:val="clear" w:color="auto" w:fill="FAF6F7"/>
            <w:vAlign w:val="center"/>
          </w:tcPr>
          <w:p w14:paraId="29023121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shd w:val="clear" w:color="auto" w:fill="FAF6F7"/>
            <w:vAlign w:val="center"/>
          </w:tcPr>
          <w:p w14:paraId="5423984D" w14:textId="77777777" w:rsidR="008C0CB1" w:rsidRDefault="008C0CB1">
            <w:pPr>
              <w:spacing w:after="0"/>
              <w:jc w:val="center"/>
            </w:pPr>
          </w:p>
        </w:tc>
      </w:tr>
      <w:tr w:rsidR="008C0CB1" w14:paraId="4580BD2C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vAlign w:val="center"/>
          </w:tcPr>
          <w:p w14:paraId="53DB2A17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3</w:t>
            </w:r>
          </w:p>
        </w:tc>
        <w:tc>
          <w:tcPr>
            <w:tcW w:w="549" w:type="pct"/>
            <w:vAlign w:val="center"/>
          </w:tcPr>
          <w:p w14:paraId="19EAA679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5A013BEF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7C6520B4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vAlign w:val="center"/>
          </w:tcPr>
          <w:p w14:paraId="4EA49446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vAlign w:val="center"/>
          </w:tcPr>
          <w:p w14:paraId="1AD91713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vAlign w:val="center"/>
          </w:tcPr>
          <w:p w14:paraId="1556FEFC" w14:textId="77777777" w:rsidR="008C0CB1" w:rsidRDefault="008C0CB1">
            <w:pPr>
              <w:spacing w:after="0"/>
              <w:jc w:val="center"/>
            </w:pPr>
          </w:p>
        </w:tc>
      </w:tr>
      <w:tr w:rsidR="00177E1F" w14:paraId="10E26F01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shd w:val="clear" w:color="auto" w:fill="FAF6F7"/>
            <w:vAlign w:val="center"/>
          </w:tcPr>
          <w:p w14:paraId="76E62097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4</w:t>
            </w:r>
          </w:p>
        </w:tc>
        <w:tc>
          <w:tcPr>
            <w:tcW w:w="549" w:type="pct"/>
            <w:shd w:val="clear" w:color="auto" w:fill="FAF6F7"/>
            <w:vAlign w:val="center"/>
          </w:tcPr>
          <w:p w14:paraId="757D385D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5FE83D32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6B809947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shd w:val="clear" w:color="auto" w:fill="FAF6F7"/>
            <w:vAlign w:val="center"/>
          </w:tcPr>
          <w:p w14:paraId="3F852B22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shd w:val="clear" w:color="auto" w:fill="FAF6F7"/>
            <w:vAlign w:val="center"/>
          </w:tcPr>
          <w:p w14:paraId="72D49862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shd w:val="clear" w:color="auto" w:fill="FAF6F7"/>
            <w:vAlign w:val="center"/>
          </w:tcPr>
          <w:p w14:paraId="60E6CA0E" w14:textId="77777777" w:rsidR="008C0CB1" w:rsidRDefault="008C0CB1">
            <w:pPr>
              <w:spacing w:after="0"/>
              <w:jc w:val="center"/>
            </w:pPr>
          </w:p>
        </w:tc>
      </w:tr>
      <w:tr w:rsidR="008C0CB1" w14:paraId="5BB7871F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vAlign w:val="center"/>
          </w:tcPr>
          <w:p w14:paraId="59C92CC3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5</w:t>
            </w:r>
          </w:p>
        </w:tc>
        <w:tc>
          <w:tcPr>
            <w:tcW w:w="549" w:type="pct"/>
            <w:vAlign w:val="center"/>
          </w:tcPr>
          <w:p w14:paraId="15C725E9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140612CB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480BC399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vAlign w:val="center"/>
          </w:tcPr>
          <w:p w14:paraId="065B93DC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vAlign w:val="center"/>
          </w:tcPr>
          <w:p w14:paraId="02441925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vAlign w:val="center"/>
          </w:tcPr>
          <w:p w14:paraId="09855917" w14:textId="77777777" w:rsidR="008C0CB1" w:rsidRDefault="008C0CB1">
            <w:pPr>
              <w:spacing w:after="0"/>
              <w:jc w:val="center"/>
            </w:pPr>
          </w:p>
        </w:tc>
      </w:tr>
      <w:tr w:rsidR="00177E1F" w14:paraId="297E355A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shd w:val="clear" w:color="auto" w:fill="FAF6F7"/>
            <w:vAlign w:val="center"/>
          </w:tcPr>
          <w:p w14:paraId="2AC790D6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6</w:t>
            </w:r>
          </w:p>
        </w:tc>
        <w:tc>
          <w:tcPr>
            <w:tcW w:w="549" w:type="pct"/>
            <w:shd w:val="clear" w:color="auto" w:fill="FAF6F7"/>
            <w:vAlign w:val="center"/>
          </w:tcPr>
          <w:p w14:paraId="450C3177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7FD28642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4A757E9F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shd w:val="clear" w:color="auto" w:fill="FAF6F7"/>
            <w:vAlign w:val="center"/>
          </w:tcPr>
          <w:p w14:paraId="1887824A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shd w:val="clear" w:color="auto" w:fill="FAF6F7"/>
            <w:vAlign w:val="center"/>
          </w:tcPr>
          <w:p w14:paraId="219E1345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shd w:val="clear" w:color="auto" w:fill="FAF6F7"/>
            <w:vAlign w:val="center"/>
          </w:tcPr>
          <w:p w14:paraId="4856155C" w14:textId="77777777" w:rsidR="008C0CB1" w:rsidRDefault="008C0CB1">
            <w:pPr>
              <w:spacing w:after="0"/>
              <w:jc w:val="center"/>
            </w:pPr>
          </w:p>
        </w:tc>
      </w:tr>
      <w:tr w:rsidR="008C0CB1" w14:paraId="782098DD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vAlign w:val="center"/>
          </w:tcPr>
          <w:p w14:paraId="69D189BF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7</w:t>
            </w:r>
          </w:p>
        </w:tc>
        <w:tc>
          <w:tcPr>
            <w:tcW w:w="549" w:type="pct"/>
            <w:vAlign w:val="center"/>
          </w:tcPr>
          <w:p w14:paraId="269E4C3D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21DF908F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18B993F8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vAlign w:val="center"/>
          </w:tcPr>
          <w:p w14:paraId="226E58A7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vAlign w:val="center"/>
          </w:tcPr>
          <w:p w14:paraId="7E4BC40C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vAlign w:val="center"/>
          </w:tcPr>
          <w:p w14:paraId="3BAD0834" w14:textId="77777777" w:rsidR="008C0CB1" w:rsidRDefault="008C0CB1">
            <w:pPr>
              <w:spacing w:after="0"/>
              <w:jc w:val="center"/>
            </w:pPr>
          </w:p>
        </w:tc>
      </w:tr>
      <w:tr w:rsidR="00177E1F" w14:paraId="5FA3133E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shd w:val="clear" w:color="auto" w:fill="FAF6F7"/>
            <w:vAlign w:val="center"/>
          </w:tcPr>
          <w:p w14:paraId="15955EA8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8</w:t>
            </w:r>
          </w:p>
        </w:tc>
        <w:tc>
          <w:tcPr>
            <w:tcW w:w="549" w:type="pct"/>
            <w:shd w:val="clear" w:color="auto" w:fill="FAF6F7"/>
            <w:vAlign w:val="center"/>
          </w:tcPr>
          <w:p w14:paraId="1E5D1CFD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752DD419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7A2EBA24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shd w:val="clear" w:color="auto" w:fill="FAF6F7"/>
            <w:vAlign w:val="center"/>
          </w:tcPr>
          <w:p w14:paraId="6DA7E90B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shd w:val="clear" w:color="auto" w:fill="FAF6F7"/>
            <w:vAlign w:val="center"/>
          </w:tcPr>
          <w:p w14:paraId="5DA42F79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shd w:val="clear" w:color="auto" w:fill="FAF6F7"/>
            <w:vAlign w:val="center"/>
          </w:tcPr>
          <w:p w14:paraId="7EBE251F" w14:textId="77777777" w:rsidR="008C0CB1" w:rsidRDefault="008C0CB1">
            <w:pPr>
              <w:spacing w:after="0"/>
              <w:jc w:val="center"/>
            </w:pPr>
          </w:p>
        </w:tc>
      </w:tr>
      <w:tr w:rsidR="008C0CB1" w14:paraId="4F5A73B3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vAlign w:val="center"/>
          </w:tcPr>
          <w:p w14:paraId="0E260A77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9</w:t>
            </w:r>
          </w:p>
        </w:tc>
        <w:tc>
          <w:tcPr>
            <w:tcW w:w="549" w:type="pct"/>
            <w:vAlign w:val="center"/>
          </w:tcPr>
          <w:p w14:paraId="646C4202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282D2B35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67DF59FB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vAlign w:val="center"/>
          </w:tcPr>
          <w:p w14:paraId="7E8BE831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vAlign w:val="center"/>
          </w:tcPr>
          <w:p w14:paraId="5857A339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vAlign w:val="center"/>
          </w:tcPr>
          <w:p w14:paraId="351DB2A0" w14:textId="77777777" w:rsidR="008C0CB1" w:rsidRDefault="008C0CB1">
            <w:pPr>
              <w:spacing w:after="0"/>
              <w:jc w:val="center"/>
            </w:pPr>
          </w:p>
        </w:tc>
      </w:tr>
      <w:tr w:rsidR="00177E1F" w14:paraId="5A646A76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shd w:val="clear" w:color="auto" w:fill="FAF6F7"/>
            <w:vAlign w:val="center"/>
          </w:tcPr>
          <w:p w14:paraId="5C15701E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10</w:t>
            </w:r>
          </w:p>
        </w:tc>
        <w:tc>
          <w:tcPr>
            <w:tcW w:w="549" w:type="pct"/>
            <w:shd w:val="clear" w:color="auto" w:fill="FAF6F7"/>
            <w:vAlign w:val="center"/>
          </w:tcPr>
          <w:p w14:paraId="3D7B23C9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3818BDA5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283044CD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shd w:val="clear" w:color="auto" w:fill="FAF6F7"/>
            <w:vAlign w:val="center"/>
          </w:tcPr>
          <w:p w14:paraId="5ECC287D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shd w:val="clear" w:color="auto" w:fill="FAF6F7"/>
            <w:vAlign w:val="center"/>
          </w:tcPr>
          <w:p w14:paraId="593A3034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shd w:val="clear" w:color="auto" w:fill="FAF6F7"/>
            <w:vAlign w:val="center"/>
          </w:tcPr>
          <w:p w14:paraId="28583134" w14:textId="77777777" w:rsidR="008C0CB1" w:rsidRDefault="008C0CB1">
            <w:pPr>
              <w:spacing w:after="0"/>
              <w:jc w:val="center"/>
            </w:pPr>
          </w:p>
        </w:tc>
      </w:tr>
      <w:tr w:rsidR="008C0CB1" w14:paraId="69426A87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vAlign w:val="center"/>
          </w:tcPr>
          <w:p w14:paraId="59551126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11</w:t>
            </w:r>
          </w:p>
        </w:tc>
        <w:tc>
          <w:tcPr>
            <w:tcW w:w="549" w:type="pct"/>
            <w:vAlign w:val="center"/>
          </w:tcPr>
          <w:p w14:paraId="2F7FC84E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54342895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7005CA92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vAlign w:val="center"/>
          </w:tcPr>
          <w:p w14:paraId="29393934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vAlign w:val="center"/>
          </w:tcPr>
          <w:p w14:paraId="1354449A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vAlign w:val="center"/>
          </w:tcPr>
          <w:p w14:paraId="22D89114" w14:textId="77777777" w:rsidR="008C0CB1" w:rsidRDefault="008C0CB1">
            <w:pPr>
              <w:spacing w:after="0"/>
              <w:jc w:val="center"/>
            </w:pPr>
          </w:p>
        </w:tc>
      </w:tr>
      <w:tr w:rsidR="00177E1F" w14:paraId="242CDE02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shd w:val="clear" w:color="auto" w:fill="FAF6F7"/>
            <w:vAlign w:val="center"/>
          </w:tcPr>
          <w:p w14:paraId="33FDBB13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12</w:t>
            </w:r>
          </w:p>
        </w:tc>
        <w:tc>
          <w:tcPr>
            <w:tcW w:w="549" w:type="pct"/>
            <w:shd w:val="clear" w:color="auto" w:fill="FAF6F7"/>
            <w:vAlign w:val="center"/>
          </w:tcPr>
          <w:p w14:paraId="27FE8F50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6BCCA782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25430FF4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shd w:val="clear" w:color="auto" w:fill="FAF6F7"/>
            <w:vAlign w:val="center"/>
          </w:tcPr>
          <w:p w14:paraId="18C7C282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shd w:val="clear" w:color="auto" w:fill="FAF6F7"/>
            <w:vAlign w:val="center"/>
          </w:tcPr>
          <w:p w14:paraId="427DB7EA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shd w:val="clear" w:color="auto" w:fill="FAF6F7"/>
            <w:vAlign w:val="center"/>
          </w:tcPr>
          <w:p w14:paraId="6C0558CF" w14:textId="77777777" w:rsidR="008C0CB1" w:rsidRDefault="008C0CB1">
            <w:pPr>
              <w:spacing w:after="0"/>
              <w:jc w:val="center"/>
            </w:pPr>
          </w:p>
        </w:tc>
      </w:tr>
      <w:tr w:rsidR="008C0CB1" w14:paraId="442E56CD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vAlign w:val="center"/>
          </w:tcPr>
          <w:p w14:paraId="684DC046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13</w:t>
            </w:r>
          </w:p>
        </w:tc>
        <w:tc>
          <w:tcPr>
            <w:tcW w:w="549" w:type="pct"/>
            <w:vAlign w:val="center"/>
          </w:tcPr>
          <w:p w14:paraId="09D63D90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7B0461A6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7223212D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vAlign w:val="center"/>
          </w:tcPr>
          <w:p w14:paraId="48BCAF90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vAlign w:val="center"/>
          </w:tcPr>
          <w:p w14:paraId="09A7F6AA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vAlign w:val="center"/>
          </w:tcPr>
          <w:p w14:paraId="0BAE98F3" w14:textId="77777777" w:rsidR="008C0CB1" w:rsidRDefault="008C0CB1">
            <w:pPr>
              <w:spacing w:after="0"/>
              <w:jc w:val="center"/>
            </w:pPr>
          </w:p>
        </w:tc>
      </w:tr>
      <w:tr w:rsidR="00177E1F" w14:paraId="6BB71BF8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shd w:val="clear" w:color="auto" w:fill="FAF6F7"/>
            <w:vAlign w:val="center"/>
          </w:tcPr>
          <w:p w14:paraId="40C4DCFA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14</w:t>
            </w:r>
          </w:p>
        </w:tc>
        <w:tc>
          <w:tcPr>
            <w:tcW w:w="549" w:type="pct"/>
            <w:shd w:val="clear" w:color="auto" w:fill="FAF6F7"/>
            <w:vAlign w:val="center"/>
          </w:tcPr>
          <w:p w14:paraId="5B5E28E0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46531335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7C14BF6D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shd w:val="clear" w:color="auto" w:fill="FAF6F7"/>
            <w:vAlign w:val="center"/>
          </w:tcPr>
          <w:p w14:paraId="4300BD5F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shd w:val="clear" w:color="auto" w:fill="FAF6F7"/>
            <w:vAlign w:val="center"/>
          </w:tcPr>
          <w:p w14:paraId="0E6DBA42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shd w:val="clear" w:color="auto" w:fill="FAF6F7"/>
            <w:vAlign w:val="center"/>
          </w:tcPr>
          <w:p w14:paraId="228F3A2A" w14:textId="77777777" w:rsidR="008C0CB1" w:rsidRDefault="008C0CB1">
            <w:pPr>
              <w:spacing w:after="0"/>
              <w:jc w:val="center"/>
            </w:pPr>
          </w:p>
        </w:tc>
      </w:tr>
      <w:tr w:rsidR="008C0CB1" w14:paraId="0161E08A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vAlign w:val="center"/>
          </w:tcPr>
          <w:p w14:paraId="6AB8FA91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15</w:t>
            </w:r>
          </w:p>
        </w:tc>
        <w:tc>
          <w:tcPr>
            <w:tcW w:w="549" w:type="pct"/>
            <w:vAlign w:val="center"/>
          </w:tcPr>
          <w:p w14:paraId="55718815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7F7E6DAF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3042CD88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vAlign w:val="center"/>
          </w:tcPr>
          <w:p w14:paraId="0DD3B719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vAlign w:val="center"/>
          </w:tcPr>
          <w:p w14:paraId="0E23E1A6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vAlign w:val="center"/>
          </w:tcPr>
          <w:p w14:paraId="11944D30" w14:textId="77777777" w:rsidR="008C0CB1" w:rsidRDefault="008C0CB1">
            <w:pPr>
              <w:spacing w:after="0"/>
              <w:jc w:val="center"/>
            </w:pPr>
          </w:p>
        </w:tc>
      </w:tr>
      <w:tr w:rsidR="00177E1F" w14:paraId="1D83B957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shd w:val="clear" w:color="auto" w:fill="FAF6F7"/>
            <w:vAlign w:val="center"/>
          </w:tcPr>
          <w:p w14:paraId="22EFC728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16</w:t>
            </w:r>
          </w:p>
        </w:tc>
        <w:tc>
          <w:tcPr>
            <w:tcW w:w="549" w:type="pct"/>
            <w:shd w:val="clear" w:color="auto" w:fill="FAF6F7"/>
            <w:vAlign w:val="center"/>
          </w:tcPr>
          <w:p w14:paraId="63B805C6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25C263C5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2D7A4ED7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shd w:val="clear" w:color="auto" w:fill="FAF6F7"/>
            <w:vAlign w:val="center"/>
          </w:tcPr>
          <w:p w14:paraId="482F5284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shd w:val="clear" w:color="auto" w:fill="FAF6F7"/>
            <w:vAlign w:val="center"/>
          </w:tcPr>
          <w:p w14:paraId="5A7D6592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shd w:val="clear" w:color="auto" w:fill="FAF6F7"/>
            <w:vAlign w:val="center"/>
          </w:tcPr>
          <w:p w14:paraId="17AE8728" w14:textId="77777777" w:rsidR="008C0CB1" w:rsidRDefault="008C0CB1">
            <w:pPr>
              <w:spacing w:after="0"/>
              <w:jc w:val="center"/>
            </w:pPr>
          </w:p>
        </w:tc>
      </w:tr>
      <w:tr w:rsidR="008C0CB1" w14:paraId="6F485696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vAlign w:val="center"/>
          </w:tcPr>
          <w:p w14:paraId="6169EDBC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17</w:t>
            </w:r>
          </w:p>
        </w:tc>
        <w:tc>
          <w:tcPr>
            <w:tcW w:w="549" w:type="pct"/>
            <w:vAlign w:val="center"/>
          </w:tcPr>
          <w:p w14:paraId="37D228CD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147422B5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46643240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vAlign w:val="center"/>
          </w:tcPr>
          <w:p w14:paraId="0CE89972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vAlign w:val="center"/>
          </w:tcPr>
          <w:p w14:paraId="525355DF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vAlign w:val="center"/>
          </w:tcPr>
          <w:p w14:paraId="62123356" w14:textId="77777777" w:rsidR="008C0CB1" w:rsidRDefault="008C0CB1">
            <w:pPr>
              <w:spacing w:after="0"/>
              <w:jc w:val="center"/>
            </w:pPr>
          </w:p>
        </w:tc>
      </w:tr>
      <w:tr w:rsidR="00177E1F" w14:paraId="16F5A5B9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shd w:val="clear" w:color="auto" w:fill="FAF6F7"/>
            <w:vAlign w:val="center"/>
          </w:tcPr>
          <w:p w14:paraId="452EAB5B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18</w:t>
            </w:r>
          </w:p>
        </w:tc>
        <w:tc>
          <w:tcPr>
            <w:tcW w:w="549" w:type="pct"/>
            <w:shd w:val="clear" w:color="auto" w:fill="FAF6F7"/>
            <w:vAlign w:val="center"/>
          </w:tcPr>
          <w:p w14:paraId="2A70AD6F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3FBA39F7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664E8CDF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shd w:val="clear" w:color="auto" w:fill="FAF6F7"/>
            <w:vAlign w:val="center"/>
          </w:tcPr>
          <w:p w14:paraId="6E7F468A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shd w:val="clear" w:color="auto" w:fill="FAF6F7"/>
            <w:vAlign w:val="center"/>
          </w:tcPr>
          <w:p w14:paraId="23C1FBD1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shd w:val="clear" w:color="auto" w:fill="FAF6F7"/>
            <w:vAlign w:val="center"/>
          </w:tcPr>
          <w:p w14:paraId="63E6591D" w14:textId="77777777" w:rsidR="008C0CB1" w:rsidRDefault="008C0CB1">
            <w:pPr>
              <w:spacing w:after="0"/>
              <w:jc w:val="center"/>
            </w:pPr>
          </w:p>
        </w:tc>
      </w:tr>
      <w:tr w:rsidR="008C0CB1" w14:paraId="4AA64B4A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vAlign w:val="center"/>
          </w:tcPr>
          <w:p w14:paraId="68E36B2B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19</w:t>
            </w:r>
          </w:p>
        </w:tc>
        <w:tc>
          <w:tcPr>
            <w:tcW w:w="549" w:type="pct"/>
            <w:vAlign w:val="center"/>
          </w:tcPr>
          <w:p w14:paraId="77933CF7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6696C298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40B42C97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vAlign w:val="center"/>
          </w:tcPr>
          <w:p w14:paraId="5B1F81DC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vAlign w:val="center"/>
          </w:tcPr>
          <w:p w14:paraId="62C5A911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vAlign w:val="center"/>
          </w:tcPr>
          <w:p w14:paraId="53F3CA57" w14:textId="77777777" w:rsidR="008C0CB1" w:rsidRDefault="008C0CB1">
            <w:pPr>
              <w:spacing w:after="0"/>
              <w:jc w:val="center"/>
            </w:pPr>
          </w:p>
        </w:tc>
      </w:tr>
      <w:tr w:rsidR="00177E1F" w14:paraId="0A24A581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shd w:val="clear" w:color="auto" w:fill="FAF6F7"/>
            <w:vAlign w:val="center"/>
          </w:tcPr>
          <w:p w14:paraId="68A32DFF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20</w:t>
            </w:r>
          </w:p>
        </w:tc>
        <w:tc>
          <w:tcPr>
            <w:tcW w:w="549" w:type="pct"/>
            <w:shd w:val="clear" w:color="auto" w:fill="FAF6F7"/>
            <w:vAlign w:val="center"/>
          </w:tcPr>
          <w:p w14:paraId="572880DA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47E416A4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14457D8E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shd w:val="clear" w:color="auto" w:fill="FAF6F7"/>
            <w:vAlign w:val="center"/>
          </w:tcPr>
          <w:p w14:paraId="48EE5A3F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shd w:val="clear" w:color="auto" w:fill="FAF6F7"/>
            <w:vAlign w:val="center"/>
          </w:tcPr>
          <w:p w14:paraId="7B08FC6C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shd w:val="clear" w:color="auto" w:fill="FAF6F7"/>
            <w:vAlign w:val="center"/>
          </w:tcPr>
          <w:p w14:paraId="22C8BDC3" w14:textId="77777777" w:rsidR="008C0CB1" w:rsidRDefault="008C0CB1">
            <w:pPr>
              <w:spacing w:after="0"/>
              <w:jc w:val="center"/>
            </w:pPr>
          </w:p>
        </w:tc>
      </w:tr>
      <w:tr w:rsidR="008C0CB1" w14:paraId="7393E8B2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vAlign w:val="center"/>
          </w:tcPr>
          <w:p w14:paraId="3AEDFA2A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21</w:t>
            </w:r>
          </w:p>
        </w:tc>
        <w:tc>
          <w:tcPr>
            <w:tcW w:w="549" w:type="pct"/>
            <w:vAlign w:val="center"/>
          </w:tcPr>
          <w:p w14:paraId="56A2EEDB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43B219FB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229B8488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vAlign w:val="center"/>
          </w:tcPr>
          <w:p w14:paraId="433820C9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vAlign w:val="center"/>
          </w:tcPr>
          <w:p w14:paraId="5B4E8E84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vAlign w:val="center"/>
          </w:tcPr>
          <w:p w14:paraId="6FBE5370" w14:textId="77777777" w:rsidR="008C0CB1" w:rsidRDefault="008C0CB1">
            <w:pPr>
              <w:spacing w:after="0"/>
              <w:jc w:val="center"/>
            </w:pPr>
          </w:p>
        </w:tc>
      </w:tr>
      <w:tr w:rsidR="00177E1F" w14:paraId="160F434E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shd w:val="clear" w:color="auto" w:fill="FAF6F7"/>
            <w:vAlign w:val="center"/>
          </w:tcPr>
          <w:p w14:paraId="0C52DBFE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22</w:t>
            </w:r>
          </w:p>
        </w:tc>
        <w:tc>
          <w:tcPr>
            <w:tcW w:w="549" w:type="pct"/>
            <w:shd w:val="clear" w:color="auto" w:fill="FAF6F7"/>
            <w:vAlign w:val="center"/>
          </w:tcPr>
          <w:p w14:paraId="61CE6554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46124159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4561DA82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shd w:val="clear" w:color="auto" w:fill="FAF6F7"/>
            <w:vAlign w:val="center"/>
          </w:tcPr>
          <w:p w14:paraId="56088BA3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shd w:val="clear" w:color="auto" w:fill="FAF6F7"/>
            <w:vAlign w:val="center"/>
          </w:tcPr>
          <w:p w14:paraId="20E1C0F6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shd w:val="clear" w:color="auto" w:fill="FAF6F7"/>
            <w:vAlign w:val="center"/>
          </w:tcPr>
          <w:p w14:paraId="0FB4618E" w14:textId="77777777" w:rsidR="008C0CB1" w:rsidRDefault="008C0CB1">
            <w:pPr>
              <w:spacing w:after="0"/>
              <w:jc w:val="center"/>
            </w:pPr>
          </w:p>
        </w:tc>
      </w:tr>
      <w:tr w:rsidR="008C0CB1" w14:paraId="58E92C29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vAlign w:val="center"/>
          </w:tcPr>
          <w:p w14:paraId="6295BC15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23</w:t>
            </w:r>
          </w:p>
        </w:tc>
        <w:tc>
          <w:tcPr>
            <w:tcW w:w="549" w:type="pct"/>
            <w:vAlign w:val="center"/>
          </w:tcPr>
          <w:p w14:paraId="255D6D0A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0C2CD255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2E8DB51C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vAlign w:val="center"/>
          </w:tcPr>
          <w:p w14:paraId="0D69CFC9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vAlign w:val="center"/>
          </w:tcPr>
          <w:p w14:paraId="2F5518FA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vAlign w:val="center"/>
          </w:tcPr>
          <w:p w14:paraId="6EAC092E" w14:textId="77777777" w:rsidR="008C0CB1" w:rsidRDefault="008C0CB1">
            <w:pPr>
              <w:spacing w:after="0"/>
              <w:jc w:val="center"/>
            </w:pPr>
          </w:p>
        </w:tc>
      </w:tr>
      <w:tr w:rsidR="00177E1F" w14:paraId="109E9557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shd w:val="clear" w:color="auto" w:fill="FAF6F7"/>
            <w:vAlign w:val="center"/>
          </w:tcPr>
          <w:p w14:paraId="045003E1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24</w:t>
            </w:r>
          </w:p>
        </w:tc>
        <w:tc>
          <w:tcPr>
            <w:tcW w:w="549" w:type="pct"/>
            <w:shd w:val="clear" w:color="auto" w:fill="FAF6F7"/>
            <w:vAlign w:val="center"/>
          </w:tcPr>
          <w:p w14:paraId="0CB18032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108FAD26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72F23A02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shd w:val="clear" w:color="auto" w:fill="FAF6F7"/>
            <w:vAlign w:val="center"/>
          </w:tcPr>
          <w:p w14:paraId="51A84933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shd w:val="clear" w:color="auto" w:fill="FAF6F7"/>
            <w:vAlign w:val="center"/>
          </w:tcPr>
          <w:p w14:paraId="400D07B6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shd w:val="clear" w:color="auto" w:fill="FAF6F7"/>
            <w:vAlign w:val="center"/>
          </w:tcPr>
          <w:p w14:paraId="4EEDB752" w14:textId="77777777" w:rsidR="008C0CB1" w:rsidRDefault="008C0CB1">
            <w:pPr>
              <w:spacing w:after="0"/>
              <w:jc w:val="center"/>
            </w:pPr>
          </w:p>
        </w:tc>
      </w:tr>
      <w:tr w:rsidR="008C0CB1" w14:paraId="0F9E10C0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vAlign w:val="center"/>
          </w:tcPr>
          <w:p w14:paraId="2ED3E833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25</w:t>
            </w:r>
          </w:p>
        </w:tc>
        <w:tc>
          <w:tcPr>
            <w:tcW w:w="549" w:type="pct"/>
            <w:vAlign w:val="center"/>
          </w:tcPr>
          <w:p w14:paraId="127FABD8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46F0439A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0A5E4563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vAlign w:val="center"/>
          </w:tcPr>
          <w:p w14:paraId="5D98A3A8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vAlign w:val="center"/>
          </w:tcPr>
          <w:p w14:paraId="43CB42D1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vAlign w:val="center"/>
          </w:tcPr>
          <w:p w14:paraId="67CF1D25" w14:textId="77777777" w:rsidR="008C0CB1" w:rsidRDefault="008C0CB1">
            <w:pPr>
              <w:spacing w:after="0"/>
              <w:jc w:val="center"/>
            </w:pPr>
          </w:p>
        </w:tc>
      </w:tr>
      <w:tr w:rsidR="00177E1F" w14:paraId="591886D1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shd w:val="clear" w:color="auto" w:fill="FAF6F7"/>
            <w:vAlign w:val="center"/>
          </w:tcPr>
          <w:p w14:paraId="3DF55657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26</w:t>
            </w:r>
          </w:p>
        </w:tc>
        <w:tc>
          <w:tcPr>
            <w:tcW w:w="549" w:type="pct"/>
            <w:shd w:val="clear" w:color="auto" w:fill="FAF6F7"/>
            <w:vAlign w:val="center"/>
          </w:tcPr>
          <w:p w14:paraId="07FE111D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38E34048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0125CD39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shd w:val="clear" w:color="auto" w:fill="FAF6F7"/>
            <w:vAlign w:val="center"/>
          </w:tcPr>
          <w:p w14:paraId="223EA6A0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shd w:val="clear" w:color="auto" w:fill="FAF6F7"/>
            <w:vAlign w:val="center"/>
          </w:tcPr>
          <w:p w14:paraId="588B1454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shd w:val="clear" w:color="auto" w:fill="FAF6F7"/>
            <w:vAlign w:val="center"/>
          </w:tcPr>
          <w:p w14:paraId="6A97B570" w14:textId="77777777" w:rsidR="008C0CB1" w:rsidRDefault="008C0CB1">
            <w:pPr>
              <w:spacing w:after="0"/>
              <w:jc w:val="center"/>
            </w:pPr>
          </w:p>
        </w:tc>
      </w:tr>
      <w:tr w:rsidR="008C0CB1" w14:paraId="50350F2E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vAlign w:val="center"/>
          </w:tcPr>
          <w:p w14:paraId="1CF8E6CE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27</w:t>
            </w:r>
          </w:p>
        </w:tc>
        <w:tc>
          <w:tcPr>
            <w:tcW w:w="549" w:type="pct"/>
            <w:vAlign w:val="center"/>
          </w:tcPr>
          <w:p w14:paraId="13BB2F60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0F1534BE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3B951FB6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vAlign w:val="center"/>
          </w:tcPr>
          <w:p w14:paraId="62EE55EB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vAlign w:val="center"/>
          </w:tcPr>
          <w:p w14:paraId="6C62F92D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vAlign w:val="center"/>
          </w:tcPr>
          <w:p w14:paraId="2BFE2743" w14:textId="77777777" w:rsidR="008C0CB1" w:rsidRDefault="008C0CB1">
            <w:pPr>
              <w:spacing w:after="0"/>
              <w:jc w:val="center"/>
            </w:pPr>
          </w:p>
        </w:tc>
      </w:tr>
      <w:tr w:rsidR="00177E1F" w14:paraId="7D36205A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shd w:val="clear" w:color="auto" w:fill="FAF6F7"/>
            <w:vAlign w:val="center"/>
          </w:tcPr>
          <w:p w14:paraId="1E942963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28</w:t>
            </w:r>
          </w:p>
        </w:tc>
        <w:tc>
          <w:tcPr>
            <w:tcW w:w="549" w:type="pct"/>
            <w:shd w:val="clear" w:color="auto" w:fill="FAF6F7"/>
            <w:vAlign w:val="center"/>
          </w:tcPr>
          <w:p w14:paraId="35046DFE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05FC7781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41813541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shd w:val="clear" w:color="auto" w:fill="FAF6F7"/>
            <w:vAlign w:val="center"/>
          </w:tcPr>
          <w:p w14:paraId="14E4CA98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shd w:val="clear" w:color="auto" w:fill="FAF6F7"/>
            <w:vAlign w:val="center"/>
          </w:tcPr>
          <w:p w14:paraId="283CE3BD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shd w:val="clear" w:color="auto" w:fill="FAF6F7"/>
            <w:vAlign w:val="center"/>
          </w:tcPr>
          <w:p w14:paraId="42F99E2E" w14:textId="77777777" w:rsidR="008C0CB1" w:rsidRDefault="008C0CB1">
            <w:pPr>
              <w:spacing w:after="0"/>
              <w:jc w:val="center"/>
            </w:pPr>
          </w:p>
        </w:tc>
      </w:tr>
      <w:tr w:rsidR="008C0CB1" w14:paraId="45CAF4BB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vAlign w:val="center"/>
          </w:tcPr>
          <w:p w14:paraId="20840E24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29</w:t>
            </w:r>
          </w:p>
        </w:tc>
        <w:tc>
          <w:tcPr>
            <w:tcW w:w="549" w:type="pct"/>
            <w:vAlign w:val="center"/>
          </w:tcPr>
          <w:p w14:paraId="051F2EDC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18554EBE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1BBA97EE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vAlign w:val="center"/>
          </w:tcPr>
          <w:p w14:paraId="6063552F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vAlign w:val="center"/>
          </w:tcPr>
          <w:p w14:paraId="5DC7D01A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vAlign w:val="center"/>
          </w:tcPr>
          <w:p w14:paraId="55876217" w14:textId="77777777" w:rsidR="008C0CB1" w:rsidRDefault="008C0CB1">
            <w:pPr>
              <w:spacing w:after="0"/>
              <w:jc w:val="center"/>
            </w:pPr>
          </w:p>
        </w:tc>
      </w:tr>
      <w:tr w:rsidR="00177E1F" w14:paraId="10A7EA27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shd w:val="clear" w:color="auto" w:fill="FAF6F7"/>
            <w:vAlign w:val="center"/>
          </w:tcPr>
          <w:p w14:paraId="161B84C0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30</w:t>
            </w:r>
          </w:p>
        </w:tc>
        <w:tc>
          <w:tcPr>
            <w:tcW w:w="549" w:type="pct"/>
            <w:shd w:val="clear" w:color="auto" w:fill="FAF6F7"/>
            <w:vAlign w:val="center"/>
          </w:tcPr>
          <w:p w14:paraId="38C072EC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4A0591EA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shd w:val="clear" w:color="auto" w:fill="FAF6F7"/>
            <w:vAlign w:val="center"/>
          </w:tcPr>
          <w:p w14:paraId="52BB911A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shd w:val="clear" w:color="auto" w:fill="FAF6F7"/>
            <w:vAlign w:val="center"/>
          </w:tcPr>
          <w:p w14:paraId="00BA7D26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shd w:val="clear" w:color="auto" w:fill="FAF6F7"/>
            <w:vAlign w:val="center"/>
          </w:tcPr>
          <w:p w14:paraId="0D5FC119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shd w:val="clear" w:color="auto" w:fill="FAF6F7"/>
            <w:vAlign w:val="center"/>
          </w:tcPr>
          <w:p w14:paraId="2D7F8898" w14:textId="77777777" w:rsidR="008C0CB1" w:rsidRDefault="008C0CB1">
            <w:pPr>
              <w:spacing w:after="0"/>
              <w:jc w:val="center"/>
            </w:pPr>
          </w:p>
        </w:tc>
      </w:tr>
      <w:tr w:rsidR="008C0CB1" w14:paraId="61936BA4" w14:textId="77777777" w:rsidTr="00177E1F">
        <w:trPr>
          <w:gridBefore w:val="1"/>
          <w:wBefore w:w="59" w:type="pct"/>
          <w:trHeight w:val="266"/>
          <w:jc w:val="center"/>
        </w:trPr>
        <w:tc>
          <w:tcPr>
            <w:tcW w:w="282" w:type="pct"/>
            <w:vAlign w:val="center"/>
          </w:tcPr>
          <w:p w14:paraId="14CE9B79" w14:textId="77777777" w:rsidR="008C0CB1" w:rsidRDefault="00177E1F">
            <w:pPr>
              <w:spacing w:after="0"/>
              <w:jc w:val="center"/>
            </w:pPr>
            <w:r>
              <w:rPr>
                <w:color w:val="000000"/>
                <w:sz w:val="16"/>
              </w:rPr>
              <w:t>31</w:t>
            </w:r>
          </w:p>
        </w:tc>
        <w:tc>
          <w:tcPr>
            <w:tcW w:w="549" w:type="pct"/>
            <w:vAlign w:val="center"/>
          </w:tcPr>
          <w:p w14:paraId="552F1CC0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0B6EE541" w14:textId="77777777" w:rsidR="008C0CB1" w:rsidRDefault="008C0CB1">
            <w:pPr>
              <w:spacing w:after="0"/>
              <w:jc w:val="center"/>
            </w:pPr>
          </w:p>
        </w:tc>
        <w:tc>
          <w:tcPr>
            <w:tcW w:w="586" w:type="pct"/>
            <w:vAlign w:val="center"/>
          </w:tcPr>
          <w:p w14:paraId="385DB532" w14:textId="77777777" w:rsidR="008C0CB1" w:rsidRDefault="008C0CB1">
            <w:pPr>
              <w:spacing w:after="0"/>
              <w:jc w:val="center"/>
            </w:pPr>
          </w:p>
        </w:tc>
        <w:tc>
          <w:tcPr>
            <w:tcW w:w="734" w:type="pct"/>
            <w:vAlign w:val="center"/>
          </w:tcPr>
          <w:p w14:paraId="7DFD1D0C" w14:textId="77777777" w:rsidR="008C0CB1" w:rsidRDefault="008C0CB1">
            <w:pPr>
              <w:spacing w:after="0"/>
              <w:jc w:val="center"/>
            </w:pPr>
          </w:p>
        </w:tc>
        <w:tc>
          <w:tcPr>
            <w:tcW w:w="1066" w:type="pct"/>
            <w:gridSpan w:val="2"/>
            <w:vAlign w:val="center"/>
          </w:tcPr>
          <w:p w14:paraId="7250460C" w14:textId="77777777" w:rsidR="008C0CB1" w:rsidRDefault="008C0CB1">
            <w:pPr>
              <w:spacing w:after="0"/>
              <w:jc w:val="center"/>
            </w:pPr>
          </w:p>
        </w:tc>
        <w:tc>
          <w:tcPr>
            <w:tcW w:w="1138" w:type="pct"/>
            <w:gridSpan w:val="2"/>
            <w:vAlign w:val="center"/>
          </w:tcPr>
          <w:p w14:paraId="0C9C41C2" w14:textId="77777777" w:rsidR="008C0CB1" w:rsidRDefault="008C0CB1">
            <w:pPr>
              <w:spacing w:after="0"/>
              <w:jc w:val="center"/>
            </w:pPr>
          </w:p>
        </w:tc>
      </w:tr>
      <w:tr w:rsidR="008C0CB1" w14:paraId="610D21F6" w14:textId="77777777" w:rsidTr="00177E1F">
        <w:tblPrEx>
          <w:jc w:val="right"/>
        </w:tblPrEx>
        <w:trPr>
          <w:gridAfter w:val="1"/>
          <w:wAfter w:w="62" w:type="pct"/>
          <w:trHeight w:val="512"/>
          <w:jc w:val="right"/>
        </w:trPr>
        <w:tc>
          <w:tcPr>
            <w:tcW w:w="3804" w:type="pct"/>
            <w:gridSpan w:val="7"/>
            <w:shd w:val="clear" w:color="auto" w:fill="F2E8EC"/>
            <w:vAlign w:val="center"/>
          </w:tcPr>
          <w:p w14:paraId="6F956D4F" w14:textId="77777777" w:rsidR="008C0CB1" w:rsidRDefault="00177E1F">
            <w:pPr>
              <w:spacing w:after="0"/>
              <w:jc w:val="right"/>
            </w:pPr>
            <w:r>
              <w:rPr>
                <w:b/>
                <w:color w:val="000000"/>
              </w:rPr>
              <w:t>AYLIK TOPLAM ÇALIŞMA SAATİ</w:t>
            </w:r>
          </w:p>
        </w:tc>
        <w:tc>
          <w:tcPr>
            <w:tcW w:w="1134" w:type="pct"/>
            <w:gridSpan w:val="2"/>
            <w:vAlign w:val="center"/>
          </w:tcPr>
          <w:p w14:paraId="528F5DC5" w14:textId="77777777" w:rsidR="008C0CB1" w:rsidRDefault="008C0CB1">
            <w:pPr>
              <w:spacing w:after="0"/>
              <w:jc w:val="center"/>
            </w:pPr>
          </w:p>
        </w:tc>
      </w:tr>
    </w:tbl>
    <w:p w14:paraId="15155432" w14:textId="77777777" w:rsidR="00177E1F" w:rsidRDefault="00177E1F">
      <w:pPr>
        <w:spacing w:before="80"/>
        <w:rPr>
          <w:i/>
          <w:color w:val="5A5A5A"/>
          <w:sz w:val="15"/>
        </w:rPr>
      </w:pPr>
    </w:p>
    <w:p w14:paraId="6E4BC9DE" w14:textId="77777777" w:rsidR="008C0CB1" w:rsidRDefault="00177E1F">
      <w:pPr>
        <w:spacing w:before="80"/>
      </w:pPr>
      <w:r>
        <w:rPr>
          <w:i/>
          <w:color w:val="5A5A5A"/>
          <w:sz w:val="15"/>
        </w:rPr>
        <w:t xml:space="preserve">Not: </w:t>
      </w:r>
      <w:proofErr w:type="spellStart"/>
      <w:r>
        <w:rPr>
          <w:i/>
          <w:color w:val="5A5A5A"/>
          <w:sz w:val="15"/>
        </w:rPr>
        <w:t>Çalışma</w:t>
      </w:r>
      <w:proofErr w:type="spellEnd"/>
      <w:r>
        <w:rPr>
          <w:i/>
          <w:color w:val="5A5A5A"/>
          <w:sz w:val="15"/>
        </w:rPr>
        <w:t xml:space="preserve"> </w:t>
      </w:r>
      <w:proofErr w:type="spellStart"/>
      <w:r>
        <w:rPr>
          <w:i/>
          <w:color w:val="5A5A5A"/>
          <w:sz w:val="15"/>
        </w:rPr>
        <w:t>saatleri</w:t>
      </w:r>
      <w:proofErr w:type="spellEnd"/>
      <w:r>
        <w:rPr>
          <w:i/>
          <w:color w:val="5A5A5A"/>
          <w:sz w:val="15"/>
        </w:rPr>
        <w:t xml:space="preserve"> </w:t>
      </w:r>
      <w:proofErr w:type="spellStart"/>
      <w:r>
        <w:rPr>
          <w:i/>
          <w:color w:val="5A5A5A"/>
          <w:sz w:val="15"/>
        </w:rPr>
        <w:t>haftalık</w:t>
      </w:r>
      <w:proofErr w:type="spellEnd"/>
      <w:r>
        <w:rPr>
          <w:i/>
          <w:color w:val="5A5A5A"/>
          <w:sz w:val="15"/>
        </w:rPr>
        <w:t xml:space="preserve"> </w:t>
      </w:r>
      <w:proofErr w:type="spellStart"/>
      <w:r>
        <w:rPr>
          <w:i/>
          <w:color w:val="5A5A5A"/>
          <w:sz w:val="15"/>
        </w:rPr>
        <w:t>olarak</w:t>
      </w:r>
      <w:proofErr w:type="spellEnd"/>
      <w:r>
        <w:rPr>
          <w:i/>
          <w:color w:val="5A5A5A"/>
          <w:sz w:val="15"/>
        </w:rPr>
        <w:t xml:space="preserve"> eksiksiz doldurulmalı; çizelge ay sonunda ilgili birim amirinin kontrol ve onayına sunulmalıdır.</w:t>
      </w:r>
    </w:p>
    <w:sectPr w:rsidR="008C0CB1" w:rsidSect="001E25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624" w:bottom="709" w:left="624" w:header="72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E59DE" w14:textId="77777777" w:rsidR="00DA4DA5" w:rsidRDefault="00DA4DA5" w:rsidP="001E25D5">
      <w:pPr>
        <w:spacing w:after="0" w:line="240" w:lineRule="auto"/>
      </w:pPr>
      <w:r>
        <w:separator/>
      </w:r>
    </w:p>
  </w:endnote>
  <w:endnote w:type="continuationSeparator" w:id="0">
    <w:p w14:paraId="0025E94C" w14:textId="77777777" w:rsidR="00DA4DA5" w:rsidRDefault="00DA4DA5" w:rsidP="001E2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3820B" w14:textId="77777777" w:rsidR="001E25D5" w:rsidRDefault="001E25D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13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51"/>
      <w:gridCol w:w="3569"/>
      <w:gridCol w:w="3693"/>
    </w:tblGrid>
    <w:tr w:rsidR="001E25D5" w14:paraId="023D05BE" w14:textId="77777777" w:rsidTr="00052160">
      <w:trPr>
        <w:trHeight w:val="194"/>
      </w:trPr>
      <w:tc>
        <w:tcPr>
          <w:tcW w:w="3451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79BB4AC7" w14:textId="77777777" w:rsidR="001E25D5" w:rsidRPr="001E25D5" w:rsidRDefault="001E25D5" w:rsidP="001E25D5">
          <w:pPr>
            <w:tabs>
              <w:tab w:val="left" w:pos="528"/>
              <w:tab w:val="center" w:pos="1617"/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</w: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ab/>
          </w:r>
          <w:proofErr w:type="spellStart"/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>Hazırlayan</w:t>
          </w:r>
          <w:proofErr w:type="spellEnd"/>
        </w:p>
      </w:tc>
      <w:tc>
        <w:tcPr>
          <w:tcW w:w="356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130AD74" w14:textId="77777777" w:rsidR="001E25D5" w:rsidRPr="001E25D5" w:rsidRDefault="001E25D5" w:rsidP="001E25D5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Times New Roman" w:eastAsia="Calibri" w:hAnsi="Times New Roman" w:cs="Times New Roman"/>
              <w:color w:val="000000"/>
              <w:sz w:val="24"/>
              <w:szCs w:val="24"/>
            </w:rPr>
          </w:pPr>
          <w:proofErr w:type="spellStart"/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>Sistem</w:t>
          </w:r>
          <w:proofErr w:type="spellEnd"/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 xml:space="preserve"> </w:t>
          </w:r>
          <w:proofErr w:type="spellStart"/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>Onayı</w:t>
          </w:r>
          <w:proofErr w:type="spellEnd"/>
        </w:p>
      </w:tc>
      <w:tc>
        <w:tcPr>
          <w:tcW w:w="369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637B0A0A" w14:textId="77777777" w:rsidR="001E25D5" w:rsidRPr="001E25D5" w:rsidRDefault="001E25D5" w:rsidP="001E25D5">
          <w:pPr>
            <w:tabs>
              <w:tab w:val="center" w:pos="4536"/>
              <w:tab w:val="right" w:pos="9072"/>
            </w:tabs>
            <w:spacing w:line="256" w:lineRule="auto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 xml:space="preserve">           </w:t>
          </w:r>
          <w:proofErr w:type="spellStart"/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>Yürürlük</w:t>
          </w:r>
          <w:proofErr w:type="spellEnd"/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 xml:space="preserve"> </w:t>
          </w:r>
          <w:proofErr w:type="spellStart"/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>Onayı</w:t>
          </w:r>
          <w:proofErr w:type="spellEnd"/>
          <w:r w:rsidRPr="001E25D5">
            <w:rPr>
              <w:rFonts w:ascii="Times New Roman" w:eastAsia="Calibri" w:hAnsi="Times New Roman" w:cs="Times New Roman"/>
              <w:sz w:val="24"/>
              <w:szCs w:val="24"/>
            </w:rPr>
            <w:t xml:space="preserve">   </w:t>
          </w:r>
        </w:p>
      </w:tc>
    </w:tr>
    <w:tr w:rsidR="001E25D5" w:rsidRPr="001E25D5" w14:paraId="1073E535" w14:textId="77777777" w:rsidTr="00052160">
      <w:trPr>
        <w:trHeight w:val="490"/>
      </w:trPr>
      <w:tc>
        <w:tcPr>
          <w:tcW w:w="3451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7A11F0E8" w14:textId="77777777" w:rsidR="001E25D5" w:rsidRPr="001E25D5" w:rsidRDefault="001E25D5" w:rsidP="001E25D5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 w:cs="Times New Roman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Büşra Nur DEMİRCİ</w:t>
          </w:r>
        </w:p>
      </w:tc>
      <w:tc>
        <w:tcPr>
          <w:tcW w:w="356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1D53FEE7" w14:textId="77777777" w:rsidR="001E25D5" w:rsidRPr="001E25D5" w:rsidRDefault="001E25D5" w:rsidP="001E25D5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r w:rsidRPr="001E25D5">
            <w:rPr>
              <w:rFonts w:ascii="Calibri" w:eastAsia="Calibri" w:hAnsi="Calibri"/>
              <w:sz w:val="24"/>
              <w:szCs w:val="24"/>
            </w:rPr>
            <w:t>Selin TOZOĞLU</w:t>
          </w:r>
        </w:p>
      </w:tc>
      <w:tc>
        <w:tcPr>
          <w:tcW w:w="369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A66AFD2" w14:textId="77777777" w:rsidR="001E25D5" w:rsidRPr="001E25D5" w:rsidRDefault="001E25D5" w:rsidP="001E25D5">
          <w:pPr>
            <w:tabs>
              <w:tab w:val="center" w:pos="4536"/>
              <w:tab w:val="right" w:pos="9072"/>
            </w:tabs>
            <w:spacing w:line="256" w:lineRule="auto"/>
            <w:jc w:val="center"/>
            <w:rPr>
              <w:rFonts w:ascii="Calibri" w:eastAsia="Calibri" w:hAnsi="Calibri"/>
              <w:sz w:val="24"/>
              <w:szCs w:val="24"/>
            </w:rPr>
          </w:pPr>
          <w:proofErr w:type="spellStart"/>
          <w:r w:rsidRPr="001E25D5">
            <w:rPr>
              <w:rFonts w:ascii="Calibri" w:eastAsia="Calibri" w:hAnsi="Calibri"/>
              <w:sz w:val="24"/>
              <w:szCs w:val="24"/>
            </w:rPr>
            <w:t>Öğr</w:t>
          </w:r>
          <w:proofErr w:type="spellEnd"/>
          <w:r w:rsidRPr="001E25D5">
            <w:rPr>
              <w:rFonts w:ascii="Calibri" w:eastAsia="Calibri" w:hAnsi="Calibri"/>
              <w:sz w:val="24"/>
              <w:szCs w:val="24"/>
            </w:rPr>
            <w:t xml:space="preserve">. </w:t>
          </w:r>
          <w:proofErr w:type="spellStart"/>
          <w:r w:rsidRPr="001E25D5">
            <w:rPr>
              <w:rFonts w:ascii="Calibri" w:eastAsia="Calibri" w:hAnsi="Calibri"/>
              <w:sz w:val="24"/>
              <w:szCs w:val="24"/>
            </w:rPr>
            <w:t>Gör</w:t>
          </w:r>
          <w:proofErr w:type="spellEnd"/>
          <w:r w:rsidRPr="001E25D5">
            <w:rPr>
              <w:rFonts w:ascii="Calibri" w:eastAsia="Calibri" w:hAnsi="Calibri"/>
              <w:sz w:val="24"/>
              <w:szCs w:val="24"/>
            </w:rPr>
            <w:t>. Cankat ÖZLÜ</w:t>
          </w:r>
        </w:p>
      </w:tc>
    </w:tr>
  </w:tbl>
  <w:p w14:paraId="69949F2A" w14:textId="77777777" w:rsidR="001E25D5" w:rsidRPr="001E25D5" w:rsidRDefault="001E25D5">
    <w:pPr>
      <w:pStyle w:val="AltBilgi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D5C15" w14:textId="77777777" w:rsidR="001E25D5" w:rsidRDefault="001E25D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06110" w14:textId="77777777" w:rsidR="00DA4DA5" w:rsidRDefault="00DA4DA5" w:rsidP="001E25D5">
      <w:pPr>
        <w:spacing w:after="0" w:line="240" w:lineRule="auto"/>
      </w:pPr>
      <w:r>
        <w:separator/>
      </w:r>
    </w:p>
  </w:footnote>
  <w:footnote w:type="continuationSeparator" w:id="0">
    <w:p w14:paraId="5C4812E5" w14:textId="77777777" w:rsidR="00DA4DA5" w:rsidRDefault="00DA4DA5" w:rsidP="001E2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43E17" w14:textId="77777777" w:rsidR="001E25D5" w:rsidRDefault="001E25D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6"/>
      <w:gridCol w:w="5386"/>
      <w:gridCol w:w="1560"/>
      <w:gridCol w:w="2013"/>
    </w:tblGrid>
    <w:tr w:rsidR="001E25D5" w:rsidRPr="00970597" w14:paraId="59C3077D" w14:textId="77777777" w:rsidTr="00052160">
      <w:trPr>
        <w:trHeight w:val="276"/>
      </w:trPr>
      <w:tc>
        <w:tcPr>
          <w:tcW w:w="1526" w:type="dxa"/>
          <w:vMerge w:val="restart"/>
          <w:vAlign w:val="center"/>
        </w:tcPr>
        <w:p w14:paraId="35718BD8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970597">
            <w:rPr>
              <w:rFonts w:eastAsia="Calibri" w:cs="Arial"/>
              <w:noProof/>
            </w:rPr>
            <w:drawing>
              <wp:inline distT="0" distB="0" distL="0" distR="0" wp14:anchorId="45995DB5" wp14:editId="27ACBA34">
                <wp:extent cx="693420" cy="990600"/>
                <wp:effectExtent l="0" t="0" r="0" b="0"/>
                <wp:docPr id="1274815981" name="Resim 1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9645439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22A7C2AC" w14:textId="77777777" w:rsidR="001E25D5" w:rsidRPr="001E25D5" w:rsidRDefault="001E25D5" w:rsidP="001E25D5">
          <w:pPr>
            <w:spacing w:after="4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1E25D5">
            <w:rPr>
              <w:rFonts w:ascii="Times New Roman" w:hAnsi="Times New Roman" w:cs="Times New Roman"/>
              <w:b/>
              <w:sz w:val="24"/>
              <w:szCs w:val="24"/>
            </w:rPr>
            <w:t>T.C. KONYA GIDA VE TARIM ÜNİVERSİTESİ</w:t>
          </w:r>
        </w:p>
        <w:p w14:paraId="18E3F75A" w14:textId="77777777" w:rsidR="001E25D5" w:rsidRPr="001E25D5" w:rsidRDefault="001E25D5" w:rsidP="001E25D5">
          <w:pPr>
            <w:spacing w:after="40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1E25D5">
            <w:rPr>
              <w:rFonts w:ascii="Times New Roman" w:hAnsi="Times New Roman" w:cs="Times New Roman"/>
              <w:b/>
              <w:sz w:val="24"/>
              <w:szCs w:val="24"/>
            </w:rPr>
            <w:t>SAĞLIK, KÜLTÜR VE SPOR DAİRE BAŞKANLIĞI</w:t>
          </w:r>
        </w:p>
        <w:p w14:paraId="2D2E3F4F" w14:textId="7C95082A" w:rsidR="001E25D5" w:rsidRPr="00970597" w:rsidRDefault="001E25D5" w:rsidP="001E25D5">
          <w:pPr>
            <w:jc w:val="center"/>
            <w:rPr>
              <w:rFonts w:eastAsia="Calibri"/>
              <w:b/>
              <w:iCs/>
              <w:sz w:val="32"/>
              <w:szCs w:val="32"/>
            </w:rPr>
          </w:pPr>
          <w:r w:rsidRPr="001E25D5">
            <w:rPr>
              <w:rFonts w:ascii="Times New Roman" w:hAnsi="Times New Roman" w:cs="Times New Roman"/>
              <w:b/>
              <w:sz w:val="24"/>
              <w:szCs w:val="24"/>
            </w:rPr>
            <w:t>KISMİ ZAMANLI ÖĞRENCİ AYLIK DEVAM ÇİZELGESİ</w:t>
          </w:r>
        </w:p>
      </w:tc>
      <w:tc>
        <w:tcPr>
          <w:tcW w:w="1560" w:type="dxa"/>
          <w:vAlign w:val="center"/>
        </w:tcPr>
        <w:p w14:paraId="623F7484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proofErr w:type="spellStart"/>
          <w:r w:rsidRPr="00970597">
            <w:rPr>
              <w:rFonts w:eastAsia="Calibri" w:cs="Arial"/>
            </w:rPr>
            <w:t>Doküman</w:t>
          </w:r>
          <w:proofErr w:type="spellEnd"/>
          <w:r w:rsidRPr="00970597">
            <w:rPr>
              <w:rFonts w:eastAsia="Calibri" w:cs="Arial"/>
            </w:rPr>
            <w:t xml:space="preserve"> No</w:t>
          </w:r>
        </w:p>
      </w:tc>
      <w:tc>
        <w:tcPr>
          <w:tcW w:w="2013" w:type="dxa"/>
          <w:vAlign w:val="center"/>
        </w:tcPr>
        <w:p w14:paraId="3765DC59" w14:textId="2B5F4FD7" w:rsidR="001E25D5" w:rsidRPr="00970597" w:rsidRDefault="001E25D5" w:rsidP="001E25D5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  <w:r>
            <w:rPr>
              <w:rFonts w:eastAsia="Calibri" w:cs="Arial"/>
              <w:b/>
            </w:rPr>
            <w:t>FR</w:t>
          </w:r>
          <w:r w:rsidRPr="00970597">
            <w:rPr>
              <w:rFonts w:eastAsia="Calibri" w:cs="Arial"/>
              <w:b/>
            </w:rPr>
            <w:t>-</w:t>
          </w:r>
          <w:r>
            <w:rPr>
              <w:rFonts w:eastAsia="Calibri" w:cs="Arial"/>
              <w:b/>
            </w:rPr>
            <w:t>SKS-0</w:t>
          </w:r>
          <w:r>
            <w:rPr>
              <w:rFonts w:eastAsia="Calibri" w:cs="Arial"/>
              <w:b/>
            </w:rPr>
            <w:t>188</w:t>
          </w:r>
        </w:p>
      </w:tc>
    </w:tr>
    <w:tr w:rsidR="001E25D5" w:rsidRPr="00970597" w14:paraId="03553791" w14:textId="77777777" w:rsidTr="00052160">
      <w:trPr>
        <w:trHeight w:val="276"/>
      </w:trPr>
      <w:tc>
        <w:tcPr>
          <w:tcW w:w="1526" w:type="dxa"/>
          <w:vMerge/>
          <w:vAlign w:val="center"/>
        </w:tcPr>
        <w:p w14:paraId="2A03395A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5386" w:type="dxa"/>
          <w:vMerge/>
          <w:vAlign w:val="center"/>
        </w:tcPr>
        <w:p w14:paraId="58BBFD99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1560" w:type="dxa"/>
          <w:vAlign w:val="center"/>
        </w:tcPr>
        <w:p w14:paraId="3EFCB07F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r w:rsidRPr="00970597">
            <w:rPr>
              <w:rFonts w:eastAsia="Calibri" w:cs="Arial"/>
            </w:rPr>
            <w:t xml:space="preserve">İlk </w:t>
          </w:r>
          <w:proofErr w:type="spellStart"/>
          <w:r w:rsidRPr="00970597">
            <w:rPr>
              <w:rFonts w:eastAsia="Calibri" w:cs="Arial"/>
            </w:rPr>
            <w:t>Yayın</w:t>
          </w:r>
          <w:proofErr w:type="spellEnd"/>
          <w:r w:rsidRPr="00970597">
            <w:rPr>
              <w:rFonts w:eastAsia="Calibri" w:cs="Arial"/>
            </w:rPr>
            <w:t xml:space="preserve"> </w:t>
          </w:r>
          <w:proofErr w:type="spellStart"/>
          <w:r w:rsidRPr="00970597">
            <w:rPr>
              <w:rFonts w:eastAsia="Calibri" w:cs="Arial"/>
            </w:rPr>
            <w:t>Tarihi</w:t>
          </w:r>
          <w:proofErr w:type="spellEnd"/>
        </w:p>
      </w:tc>
      <w:tc>
        <w:tcPr>
          <w:tcW w:w="2013" w:type="dxa"/>
          <w:vAlign w:val="center"/>
        </w:tcPr>
        <w:p w14:paraId="7F0BD0C6" w14:textId="705F714C" w:rsidR="001E25D5" w:rsidRPr="00970597" w:rsidRDefault="001E25D5" w:rsidP="001E25D5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  <w:r>
            <w:rPr>
              <w:rFonts w:eastAsia="Calibri" w:cs="Arial"/>
              <w:b/>
            </w:rPr>
            <w:t>24.09.2026</w:t>
          </w:r>
        </w:p>
      </w:tc>
    </w:tr>
    <w:tr w:rsidR="001E25D5" w:rsidRPr="00970597" w14:paraId="0624BC41" w14:textId="77777777" w:rsidTr="00052160">
      <w:trPr>
        <w:trHeight w:val="276"/>
      </w:trPr>
      <w:tc>
        <w:tcPr>
          <w:tcW w:w="1526" w:type="dxa"/>
          <w:vMerge/>
          <w:vAlign w:val="center"/>
        </w:tcPr>
        <w:p w14:paraId="77415E0F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5386" w:type="dxa"/>
          <w:vMerge/>
          <w:vAlign w:val="center"/>
        </w:tcPr>
        <w:p w14:paraId="21C261FC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1560" w:type="dxa"/>
          <w:vAlign w:val="center"/>
        </w:tcPr>
        <w:p w14:paraId="3935C6C1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proofErr w:type="spellStart"/>
          <w:r w:rsidRPr="00970597">
            <w:rPr>
              <w:rFonts w:eastAsia="Calibri" w:cs="Arial"/>
            </w:rPr>
            <w:t>Revizyon</w:t>
          </w:r>
          <w:proofErr w:type="spellEnd"/>
          <w:r w:rsidRPr="00970597">
            <w:rPr>
              <w:rFonts w:eastAsia="Calibri" w:cs="Arial"/>
            </w:rPr>
            <w:t xml:space="preserve"> </w:t>
          </w:r>
          <w:proofErr w:type="spellStart"/>
          <w:r w:rsidRPr="00970597">
            <w:rPr>
              <w:rFonts w:eastAsia="Calibri" w:cs="Arial"/>
            </w:rPr>
            <w:t>Tarihi</w:t>
          </w:r>
          <w:proofErr w:type="spellEnd"/>
        </w:p>
      </w:tc>
      <w:tc>
        <w:tcPr>
          <w:tcW w:w="2013" w:type="dxa"/>
          <w:vAlign w:val="center"/>
        </w:tcPr>
        <w:p w14:paraId="5F16BB85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</w:p>
      </w:tc>
    </w:tr>
    <w:tr w:rsidR="001E25D5" w:rsidRPr="00970597" w14:paraId="6434AAAC" w14:textId="77777777" w:rsidTr="00052160">
      <w:trPr>
        <w:trHeight w:val="276"/>
      </w:trPr>
      <w:tc>
        <w:tcPr>
          <w:tcW w:w="1526" w:type="dxa"/>
          <w:vMerge/>
          <w:vAlign w:val="center"/>
        </w:tcPr>
        <w:p w14:paraId="4A56C269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5386" w:type="dxa"/>
          <w:vMerge/>
          <w:vAlign w:val="center"/>
        </w:tcPr>
        <w:p w14:paraId="7D6D03D7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1560" w:type="dxa"/>
          <w:vAlign w:val="center"/>
        </w:tcPr>
        <w:p w14:paraId="5A395D2B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proofErr w:type="spellStart"/>
          <w:r w:rsidRPr="00970597">
            <w:rPr>
              <w:rFonts w:eastAsia="Calibri" w:cs="Arial"/>
            </w:rPr>
            <w:t>Revizyon</w:t>
          </w:r>
          <w:proofErr w:type="spellEnd"/>
          <w:r w:rsidRPr="00970597">
            <w:rPr>
              <w:rFonts w:eastAsia="Calibri" w:cs="Arial"/>
            </w:rPr>
            <w:t xml:space="preserve"> No</w:t>
          </w:r>
        </w:p>
      </w:tc>
      <w:tc>
        <w:tcPr>
          <w:tcW w:w="2013" w:type="dxa"/>
          <w:vAlign w:val="center"/>
        </w:tcPr>
        <w:p w14:paraId="65B82372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</w:p>
      </w:tc>
    </w:tr>
    <w:tr w:rsidR="001E25D5" w:rsidRPr="00970597" w14:paraId="7CF106A8" w14:textId="77777777" w:rsidTr="00052160">
      <w:trPr>
        <w:trHeight w:val="258"/>
      </w:trPr>
      <w:tc>
        <w:tcPr>
          <w:tcW w:w="1526" w:type="dxa"/>
          <w:vMerge/>
          <w:vAlign w:val="center"/>
        </w:tcPr>
        <w:p w14:paraId="538475A7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5386" w:type="dxa"/>
          <w:vMerge/>
          <w:vAlign w:val="center"/>
        </w:tcPr>
        <w:p w14:paraId="1BA27A76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jc w:val="center"/>
            <w:rPr>
              <w:rFonts w:eastAsia="Calibri" w:cs="Arial"/>
            </w:rPr>
          </w:pPr>
        </w:p>
      </w:tc>
      <w:tc>
        <w:tcPr>
          <w:tcW w:w="1560" w:type="dxa"/>
          <w:vAlign w:val="center"/>
        </w:tcPr>
        <w:p w14:paraId="4340BED5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rPr>
              <w:rFonts w:eastAsia="Calibri" w:cs="Arial"/>
            </w:rPr>
          </w:pPr>
          <w:proofErr w:type="spellStart"/>
          <w:r w:rsidRPr="00970597">
            <w:rPr>
              <w:rFonts w:eastAsia="Calibri" w:cs="Arial"/>
            </w:rPr>
            <w:t>Sayfa</w:t>
          </w:r>
          <w:proofErr w:type="spellEnd"/>
        </w:p>
      </w:tc>
      <w:tc>
        <w:tcPr>
          <w:tcW w:w="2013" w:type="dxa"/>
          <w:vAlign w:val="center"/>
        </w:tcPr>
        <w:p w14:paraId="25E5D389" w14:textId="77777777" w:rsidR="001E25D5" w:rsidRPr="00970597" w:rsidRDefault="001E25D5" w:rsidP="001E25D5">
          <w:pPr>
            <w:tabs>
              <w:tab w:val="center" w:pos="4536"/>
              <w:tab w:val="right" w:pos="9072"/>
            </w:tabs>
            <w:rPr>
              <w:rFonts w:eastAsia="Calibri" w:cs="Arial"/>
              <w:b/>
            </w:rPr>
          </w:pPr>
          <w:r w:rsidRPr="00970597">
            <w:rPr>
              <w:rFonts w:eastAsia="Calibri" w:cs="Arial"/>
              <w:b/>
            </w:rPr>
            <w:fldChar w:fldCharType="begin"/>
          </w:r>
          <w:r w:rsidRPr="00970597">
            <w:rPr>
              <w:rFonts w:eastAsia="Calibri" w:cs="Arial"/>
              <w:b/>
            </w:rPr>
            <w:instrText xml:space="preserve"> PAGE   \* MERGEFORMAT </w:instrText>
          </w:r>
          <w:r w:rsidRPr="00970597">
            <w:rPr>
              <w:rFonts w:eastAsia="Calibri" w:cs="Arial"/>
              <w:b/>
            </w:rPr>
            <w:fldChar w:fldCharType="separate"/>
          </w:r>
          <w:r w:rsidRPr="00970597">
            <w:rPr>
              <w:rFonts w:eastAsia="Calibri" w:cs="Arial"/>
              <w:b/>
              <w:noProof/>
            </w:rPr>
            <w:t>1</w:t>
          </w:r>
          <w:r w:rsidRPr="00970597">
            <w:rPr>
              <w:rFonts w:eastAsia="Calibri" w:cs="Arial"/>
              <w:b/>
            </w:rPr>
            <w:fldChar w:fldCharType="end"/>
          </w:r>
          <w:r w:rsidRPr="00970597">
            <w:rPr>
              <w:rFonts w:eastAsia="Calibri" w:cs="Arial"/>
              <w:b/>
            </w:rPr>
            <w:t>/</w:t>
          </w:r>
          <w:r w:rsidRPr="00970597">
            <w:rPr>
              <w:rFonts w:eastAsia="Calibri" w:cs="Arial"/>
              <w:b/>
            </w:rPr>
            <w:fldChar w:fldCharType="begin"/>
          </w:r>
          <w:r w:rsidRPr="00970597">
            <w:rPr>
              <w:rFonts w:eastAsia="Calibri" w:cs="Arial"/>
              <w:b/>
            </w:rPr>
            <w:instrText xml:space="preserve"> NUMPAGES   \* MERGEFORMAT </w:instrText>
          </w:r>
          <w:r w:rsidRPr="00970597">
            <w:rPr>
              <w:rFonts w:eastAsia="Calibri" w:cs="Arial"/>
              <w:b/>
            </w:rPr>
            <w:fldChar w:fldCharType="separate"/>
          </w:r>
          <w:r w:rsidRPr="00970597">
            <w:rPr>
              <w:rFonts w:eastAsia="Calibri" w:cs="Arial"/>
              <w:b/>
              <w:noProof/>
            </w:rPr>
            <w:t>1</w:t>
          </w:r>
          <w:r w:rsidRPr="00970597">
            <w:rPr>
              <w:rFonts w:eastAsia="Calibri" w:cs="Arial"/>
              <w:b/>
            </w:rPr>
            <w:fldChar w:fldCharType="end"/>
          </w:r>
        </w:p>
      </w:tc>
    </w:tr>
  </w:tbl>
  <w:p w14:paraId="4DA937A6" w14:textId="77777777" w:rsidR="001E25D5" w:rsidRDefault="001E25D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0BE3" w14:textId="77777777" w:rsidR="001E25D5" w:rsidRDefault="001E25D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9441923">
    <w:abstractNumId w:val="8"/>
  </w:num>
  <w:num w:numId="2" w16cid:durableId="996887126">
    <w:abstractNumId w:val="6"/>
  </w:num>
  <w:num w:numId="3" w16cid:durableId="1347639549">
    <w:abstractNumId w:val="5"/>
  </w:num>
  <w:num w:numId="4" w16cid:durableId="1572540606">
    <w:abstractNumId w:val="4"/>
  </w:num>
  <w:num w:numId="5" w16cid:durableId="355816763">
    <w:abstractNumId w:val="7"/>
  </w:num>
  <w:num w:numId="6" w16cid:durableId="1204832522">
    <w:abstractNumId w:val="3"/>
  </w:num>
  <w:num w:numId="7" w16cid:durableId="610280617">
    <w:abstractNumId w:val="2"/>
  </w:num>
  <w:num w:numId="8" w16cid:durableId="1128931202">
    <w:abstractNumId w:val="1"/>
  </w:num>
  <w:num w:numId="9" w16cid:durableId="878854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7E1F"/>
    <w:rsid w:val="001E25D5"/>
    <w:rsid w:val="0029639D"/>
    <w:rsid w:val="00326F90"/>
    <w:rsid w:val="00425D1D"/>
    <w:rsid w:val="0066552B"/>
    <w:rsid w:val="008C0CB1"/>
    <w:rsid w:val="00AA1D8D"/>
    <w:rsid w:val="00B47730"/>
    <w:rsid w:val="00CB0664"/>
    <w:rsid w:val="00DA4D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2FFF2B"/>
  <w14:defaultImageDpi w14:val="300"/>
  <w15:docId w15:val="{BB120A3F-2E3B-4BEC-BBC3-EF5308A13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923E31-0E87-4A74-9410-AB718181B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2026-09-24T10:01:00Z</dcterms:created>
  <dcterms:modified xsi:type="dcterms:W3CDTF">2026-09-24T11:08:00Z</dcterms:modified>
  <cp:category/>
</cp:coreProperties>
</file>