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386"/>
        <w:gridCol w:w="1560"/>
        <w:gridCol w:w="1382"/>
      </w:tblGrid>
      <w:tr w:rsidR="00EE715F" w:rsidRPr="00AE6D38" w14:paraId="117C6528" w14:textId="77777777" w:rsidTr="004A7D1B">
        <w:trPr>
          <w:trHeight w:val="276"/>
        </w:trPr>
        <w:tc>
          <w:tcPr>
            <w:tcW w:w="1526" w:type="dxa"/>
            <w:vMerge w:val="restart"/>
            <w:vAlign w:val="center"/>
          </w:tcPr>
          <w:p w14:paraId="73594A65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tr-TR"/>
              </w:rPr>
              <w:drawing>
                <wp:inline distT="0" distB="0" distL="0" distR="0" wp14:anchorId="64F5FC2F" wp14:editId="4BD88E96">
                  <wp:extent cx="812800" cy="9652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vMerge w:val="restart"/>
            <w:vAlign w:val="center"/>
          </w:tcPr>
          <w:p w14:paraId="43880498" w14:textId="55CA7F79" w:rsidR="00EE715F" w:rsidRPr="0025372D" w:rsidRDefault="00EE715F" w:rsidP="004A7D1B">
            <w:pPr>
              <w:jc w:val="center"/>
              <w:rPr>
                <w:rFonts w:ascii="Times New Roman" w:hAnsi="Times New Roman"/>
                <w:b/>
                <w:iCs/>
                <w:sz w:val="32"/>
                <w:szCs w:val="32"/>
              </w:rPr>
            </w:pPr>
            <w:r w:rsidRPr="0025372D">
              <w:rPr>
                <w:rFonts w:ascii="Times New Roman" w:hAnsi="Times New Roman"/>
                <w:b/>
                <w:iCs/>
                <w:sz w:val="32"/>
                <w:szCs w:val="32"/>
              </w:rPr>
              <w:t>DEKAN</w:t>
            </w:r>
            <w:r>
              <w:rPr>
                <w:rFonts w:ascii="Times New Roman" w:hAnsi="Times New Roman"/>
                <w:b/>
                <w:iCs/>
                <w:sz w:val="32"/>
                <w:szCs w:val="32"/>
              </w:rPr>
              <w:t xml:space="preserve"> YARDMCISI</w:t>
            </w:r>
          </w:p>
        </w:tc>
        <w:tc>
          <w:tcPr>
            <w:tcW w:w="1560" w:type="dxa"/>
            <w:vAlign w:val="center"/>
          </w:tcPr>
          <w:p w14:paraId="54251774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sz w:val="18"/>
              </w:rPr>
            </w:pPr>
            <w:proofErr w:type="spellStart"/>
            <w:r w:rsidRPr="00AE6D38">
              <w:rPr>
                <w:rFonts w:ascii="Arial" w:hAnsi="Arial" w:cs="Arial"/>
                <w:sz w:val="18"/>
              </w:rPr>
              <w:t>Doküman</w:t>
            </w:r>
            <w:proofErr w:type="spellEnd"/>
            <w:r w:rsidRPr="00AE6D38">
              <w:rPr>
                <w:rFonts w:ascii="Arial" w:hAnsi="Arial" w:cs="Arial"/>
                <w:sz w:val="18"/>
              </w:rPr>
              <w:t xml:space="preserve"> No</w:t>
            </w:r>
          </w:p>
        </w:tc>
        <w:tc>
          <w:tcPr>
            <w:tcW w:w="1382" w:type="dxa"/>
            <w:vAlign w:val="center"/>
          </w:tcPr>
          <w:p w14:paraId="2E01ADFC" w14:textId="57DF7290" w:rsidR="00EE715F" w:rsidRPr="00AE6D38" w:rsidRDefault="00EE715F" w:rsidP="004A7D1B">
            <w:pPr>
              <w:pStyle w:val="stBilgi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GT-0</w:t>
            </w:r>
            <w:r w:rsidR="00615ADF">
              <w:rPr>
                <w:rFonts w:ascii="Arial" w:hAnsi="Arial" w:cs="Arial"/>
                <w:b/>
                <w:sz w:val="18"/>
              </w:rPr>
              <w:t>040</w:t>
            </w:r>
          </w:p>
        </w:tc>
      </w:tr>
      <w:tr w:rsidR="00EE715F" w:rsidRPr="00AE6D38" w14:paraId="71369010" w14:textId="77777777" w:rsidTr="004A7D1B">
        <w:trPr>
          <w:trHeight w:val="276"/>
        </w:trPr>
        <w:tc>
          <w:tcPr>
            <w:tcW w:w="1526" w:type="dxa"/>
            <w:vMerge/>
            <w:vAlign w:val="center"/>
          </w:tcPr>
          <w:p w14:paraId="6C416361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238E74C1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2B21D4F9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sz w:val="18"/>
              </w:rPr>
            </w:pPr>
            <w:r w:rsidRPr="00AE6D38">
              <w:rPr>
                <w:rFonts w:ascii="Arial" w:hAnsi="Arial" w:cs="Arial"/>
                <w:sz w:val="18"/>
              </w:rPr>
              <w:t xml:space="preserve">İlk </w:t>
            </w:r>
            <w:proofErr w:type="spellStart"/>
            <w:r w:rsidRPr="00AE6D38">
              <w:rPr>
                <w:rFonts w:ascii="Arial" w:hAnsi="Arial" w:cs="Arial"/>
                <w:sz w:val="18"/>
              </w:rPr>
              <w:t>Yayın</w:t>
            </w:r>
            <w:proofErr w:type="spellEnd"/>
            <w:r w:rsidRPr="00AE6D38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AE6D38">
              <w:rPr>
                <w:rFonts w:ascii="Arial" w:hAnsi="Arial" w:cs="Arial"/>
                <w:sz w:val="18"/>
              </w:rPr>
              <w:t>Tarihi</w:t>
            </w:r>
            <w:proofErr w:type="spellEnd"/>
          </w:p>
        </w:tc>
        <w:tc>
          <w:tcPr>
            <w:tcW w:w="1382" w:type="dxa"/>
            <w:vAlign w:val="center"/>
          </w:tcPr>
          <w:p w14:paraId="4BF42B86" w14:textId="006A4C99" w:rsidR="00EE715F" w:rsidRPr="00AE6D38" w:rsidRDefault="00615ADF" w:rsidP="004A7D1B">
            <w:pPr>
              <w:pStyle w:val="stBilgi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30.09.2026</w:t>
            </w:r>
          </w:p>
        </w:tc>
      </w:tr>
      <w:tr w:rsidR="00EE715F" w:rsidRPr="00AE6D38" w14:paraId="4FC58807" w14:textId="77777777" w:rsidTr="004A7D1B">
        <w:trPr>
          <w:trHeight w:val="276"/>
        </w:trPr>
        <w:tc>
          <w:tcPr>
            <w:tcW w:w="1526" w:type="dxa"/>
            <w:vMerge/>
            <w:vAlign w:val="center"/>
          </w:tcPr>
          <w:p w14:paraId="5541B497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54B9EB95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7B8F8E17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sz w:val="18"/>
              </w:rPr>
            </w:pPr>
            <w:proofErr w:type="spellStart"/>
            <w:r w:rsidRPr="00AE6D38">
              <w:rPr>
                <w:rFonts w:ascii="Arial" w:hAnsi="Arial" w:cs="Arial"/>
                <w:sz w:val="18"/>
              </w:rPr>
              <w:t>Revizyon</w:t>
            </w:r>
            <w:proofErr w:type="spellEnd"/>
            <w:r w:rsidRPr="00AE6D38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AE6D38">
              <w:rPr>
                <w:rFonts w:ascii="Arial" w:hAnsi="Arial" w:cs="Arial"/>
                <w:sz w:val="18"/>
              </w:rPr>
              <w:t>Tarihi</w:t>
            </w:r>
            <w:proofErr w:type="spellEnd"/>
          </w:p>
        </w:tc>
        <w:tc>
          <w:tcPr>
            <w:tcW w:w="1382" w:type="dxa"/>
            <w:vAlign w:val="center"/>
          </w:tcPr>
          <w:p w14:paraId="4D4AF5D3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b/>
                <w:sz w:val="18"/>
              </w:rPr>
            </w:pPr>
          </w:p>
        </w:tc>
      </w:tr>
      <w:tr w:rsidR="00EE715F" w:rsidRPr="00AE6D38" w14:paraId="2B88AA81" w14:textId="77777777" w:rsidTr="004A7D1B">
        <w:trPr>
          <w:trHeight w:val="276"/>
        </w:trPr>
        <w:tc>
          <w:tcPr>
            <w:tcW w:w="1526" w:type="dxa"/>
            <w:vMerge/>
            <w:vAlign w:val="center"/>
          </w:tcPr>
          <w:p w14:paraId="68004F5B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6EF13597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36A1D266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sz w:val="18"/>
              </w:rPr>
            </w:pPr>
            <w:proofErr w:type="spellStart"/>
            <w:r w:rsidRPr="00AE6D38">
              <w:rPr>
                <w:rFonts w:ascii="Arial" w:hAnsi="Arial" w:cs="Arial"/>
                <w:sz w:val="18"/>
              </w:rPr>
              <w:t>Revizyon</w:t>
            </w:r>
            <w:proofErr w:type="spellEnd"/>
            <w:r w:rsidRPr="00AE6D38">
              <w:rPr>
                <w:rFonts w:ascii="Arial" w:hAnsi="Arial" w:cs="Arial"/>
                <w:sz w:val="18"/>
              </w:rPr>
              <w:t xml:space="preserve"> No</w:t>
            </w:r>
          </w:p>
        </w:tc>
        <w:tc>
          <w:tcPr>
            <w:tcW w:w="1382" w:type="dxa"/>
            <w:vAlign w:val="center"/>
          </w:tcPr>
          <w:p w14:paraId="79116626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b/>
                <w:sz w:val="18"/>
              </w:rPr>
            </w:pPr>
          </w:p>
        </w:tc>
      </w:tr>
      <w:tr w:rsidR="00EE715F" w:rsidRPr="00AE6D38" w14:paraId="70AE2CB4" w14:textId="77777777" w:rsidTr="004A7D1B">
        <w:trPr>
          <w:trHeight w:val="276"/>
        </w:trPr>
        <w:tc>
          <w:tcPr>
            <w:tcW w:w="1526" w:type="dxa"/>
            <w:vMerge/>
            <w:vAlign w:val="center"/>
          </w:tcPr>
          <w:p w14:paraId="3501E384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5386" w:type="dxa"/>
            <w:vMerge/>
            <w:vAlign w:val="center"/>
          </w:tcPr>
          <w:p w14:paraId="248211D3" w14:textId="77777777" w:rsidR="00EE715F" w:rsidRPr="00AE6D38" w:rsidRDefault="00EE715F" w:rsidP="004A7D1B">
            <w:pPr>
              <w:pStyle w:val="stBilgi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14:paraId="2CF2A172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sz w:val="18"/>
              </w:rPr>
            </w:pPr>
            <w:proofErr w:type="spellStart"/>
            <w:r w:rsidRPr="00AE6D38">
              <w:rPr>
                <w:rFonts w:ascii="Arial" w:hAnsi="Arial" w:cs="Arial"/>
                <w:sz w:val="18"/>
              </w:rPr>
              <w:t>Sayfa</w:t>
            </w:r>
            <w:proofErr w:type="spellEnd"/>
          </w:p>
        </w:tc>
        <w:tc>
          <w:tcPr>
            <w:tcW w:w="1382" w:type="dxa"/>
            <w:vAlign w:val="center"/>
          </w:tcPr>
          <w:p w14:paraId="73286B6D" w14:textId="77777777" w:rsidR="00EE715F" w:rsidRPr="00AE6D38" w:rsidRDefault="00EE715F" w:rsidP="004A7D1B">
            <w:pPr>
              <w:pStyle w:val="stBilgi"/>
              <w:rPr>
                <w:rFonts w:ascii="Arial" w:hAnsi="Arial" w:cs="Arial"/>
                <w:b/>
                <w:sz w:val="18"/>
              </w:rPr>
            </w:pPr>
            <w:r w:rsidRPr="00AE6D38">
              <w:rPr>
                <w:rFonts w:ascii="Arial" w:hAnsi="Arial" w:cs="Arial"/>
                <w:b/>
                <w:sz w:val="18"/>
              </w:rPr>
              <w:fldChar w:fldCharType="begin"/>
            </w:r>
            <w:r w:rsidRPr="00AE6D38">
              <w:rPr>
                <w:rFonts w:ascii="Arial" w:hAnsi="Arial" w:cs="Arial"/>
                <w:b/>
                <w:sz w:val="18"/>
              </w:rPr>
              <w:instrText xml:space="preserve"> PAGE   \* MERGEFORMAT </w:instrText>
            </w:r>
            <w:r w:rsidRPr="00AE6D38">
              <w:rPr>
                <w:rFonts w:ascii="Arial" w:hAnsi="Arial" w:cs="Arial"/>
                <w:b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 w:rsidRPr="00AE6D38">
              <w:rPr>
                <w:rFonts w:ascii="Arial" w:hAnsi="Arial" w:cs="Arial"/>
                <w:b/>
                <w:sz w:val="18"/>
              </w:rPr>
              <w:fldChar w:fldCharType="end"/>
            </w:r>
            <w:r w:rsidRPr="00AE6D38">
              <w:rPr>
                <w:rFonts w:ascii="Arial" w:hAnsi="Arial" w:cs="Arial"/>
                <w:b/>
                <w:sz w:val="18"/>
              </w:rPr>
              <w:t>/</w:t>
            </w:r>
            <w:r w:rsidRPr="00AE6D38">
              <w:rPr>
                <w:rFonts w:ascii="Arial" w:hAnsi="Arial" w:cs="Arial"/>
                <w:b/>
                <w:sz w:val="18"/>
              </w:rPr>
              <w:fldChar w:fldCharType="begin"/>
            </w:r>
            <w:r w:rsidRPr="00AE6D38">
              <w:rPr>
                <w:rFonts w:ascii="Arial" w:hAnsi="Arial" w:cs="Arial"/>
                <w:b/>
                <w:sz w:val="18"/>
              </w:rPr>
              <w:instrText xml:space="preserve"> NUMPAGES   \* MERGEFORMAT </w:instrText>
            </w:r>
            <w:r w:rsidRPr="00AE6D38">
              <w:rPr>
                <w:rFonts w:ascii="Arial" w:hAnsi="Arial" w:cs="Arial"/>
                <w:b/>
                <w:sz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</w:rPr>
              <w:t>1</w:t>
            </w:r>
            <w:r w:rsidRPr="00AE6D38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</w:tbl>
    <w:p w14:paraId="6D08E145" w14:textId="77777777" w:rsidR="009C0F3A" w:rsidRDefault="009C0F3A"/>
    <w:p w14:paraId="08B702D0" w14:textId="77777777" w:rsidR="009C0F3A" w:rsidRDefault="00000000">
      <w:r>
        <w:rPr>
          <w:rFonts w:ascii="Times New Roman" w:eastAsia="Times New Roman" w:hAnsi="Times New Roman"/>
          <w:b/>
        </w:rPr>
        <w:t>ORGANİZASYONDAKİ YERİ</w:t>
      </w:r>
      <w:r>
        <w:rPr>
          <w:rFonts w:ascii="Times New Roman" w:eastAsia="Times New Roman" w:hAnsi="Times New Roman"/>
        </w:rPr>
        <w:t xml:space="preserve"> : </w:t>
      </w:r>
      <w:proofErr w:type="spellStart"/>
      <w:r>
        <w:rPr>
          <w:rFonts w:ascii="Times New Roman" w:eastAsia="Times New Roman" w:hAnsi="Times New Roman"/>
        </w:rPr>
        <w:t>Dekana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bağlı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görev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yapar</w:t>
      </w:r>
      <w:proofErr w:type="spellEnd"/>
      <w:r>
        <w:rPr>
          <w:rFonts w:ascii="Times New Roman" w:eastAsia="Times New Roman" w:hAnsi="Times New Roman"/>
        </w:rPr>
        <w:t>.</w:t>
      </w:r>
    </w:p>
    <w:p w14:paraId="6FF3AADE" w14:textId="77777777" w:rsidR="009C0F3A" w:rsidRDefault="009C0F3A"/>
    <w:p w14:paraId="71EF0786" w14:textId="77777777" w:rsidR="009C0F3A" w:rsidRDefault="00000000">
      <w:r>
        <w:rPr>
          <w:rFonts w:ascii="Times New Roman" w:eastAsia="Times New Roman" w:hAnsi="Times New Roman"/>
          <w:b/>
        </w:rPr>
        <w:t>GÖREV, YETKİ VE SORUMLULUKLARI:</w:t>
      </w:r>
    </w:p>
    <w:p w14:paraId="7A0089B3" w14:textId="77777777" w:rsidR="009C0F3A" w:rsidRDefault="00000000">
      <w:pPr>
        <w:pStyle w:val="ListeMaddemi"/>
        <w:spacing w:after="40"/>
      </w:pPr>
      <w:r>
        <w:rPr>
          <w:rFonts w:ascii="Times New Roman" w:eastAsia="Times New Roman" w:hAnsi="Times New Roman"/>
        </w:rPr>
        <w:t xml:space="preserve">Dekan </w:t>
      </w:r>
      <w:proofErr w:type="spellStart"/>
      <w:r>
        <w:rPr>
          <w:rFonts w:ascii="Times New Roman" w:eastAsia="Times New Roman" w:hAnsi="Times New Roman"/>
        </w:rPr>
        <w:t>tarafından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belirlenen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yetki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sorumluluk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alanları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ilgili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olarak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Dekana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yardımcı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olmak</w:t>
      </w:r>
      <w:proofErr w:type="spellEnd"/>
      <w:r>
        <w:rPr>
          <w:rFonts w:ascii="Times New Roman" w:eastAsia="Times New Roman" w:hAnsi="Times New Roman"/>
        </w:rPr>
        <w:t>.</w:t>
      </w:r>
    </w:p>
    <w:p w14:paraId="01AF9922" w14:textId="77777777" w:rsidR="009C0F3A" w:rsidRDefault="00000000">
      <w:pPr>
        <w:pStyle w:val="ListeMaddemi"/>
        <w:spacing w:after="40"/>
      </w:pPr>
      <w:proofErr w:type="spellStart"/>
      <w:r>
        <w:rPr>
          <w:rFonts w:ascii="Times New Roman" w:eastAsia="Times New Roman" w:hAnsi="Times New Roman"/>
        </w:rPr>
        <w:t>Yetki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sorumluluk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alanı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ilgili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fakülte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birimlerinin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iş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işlemlerini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takip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kontrol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etmek</w:t>
      </w:r>
      <w:proofErr w:type="spellEnd"/>
      <w:r>
        <w:rPr>
          <w:rFonts w:ascii="Times New Roman" w:eastAsia="Times New Roman" w:hAnsi="Times New Roman"/>
        </w:rPr>
        <w:t>.</w:t>
      </w:r>
    </w:p>
    <w:p w14:paraId="48925FA1" w14:textId="77777777" w:rsidR="009C0F3A" w:rsidRDefault="00000000">
      <w:pPr>
        <w:pStyle w:val="ListeMaddemi"/>
        <w:spacing w:after="40"/>
      </w:pPr>
      <w:proofErr w:type="spellStart"/>
      <w:r>
        <w:rPr>
          <w:rFonts w:ascii="Times New Roman" w:eastAsia="Times New Roman" w:hAnsi="Times New Roman"/>
        </w:rPr>
        <w:t>Yetki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sorumluluk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alanı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ilgili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birimlerde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görev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yapan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personel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üzerinde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gerekli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gözetim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faaliyetlerini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gerçekleştirmek</w:t>
      </w:r>
      <w:proofErr w:type="spellEnd"/>
      <w:r>
        <w:rPr>
          <w:rFonts w:ascii="Times New Roman" w:eastAsia="Times New Roman" w:hAnsi="Times New Roman"/>
        </w:rPr>
        <w:t>.</w:t>
      </w:r>
    </w:p>
    <w:p w14:paraId="326B78C3" w14:textId="77777777" w:rsidR="009C0F3A" w:rsidRDefault="00000000">
      <w:pPr>
        <w:pStyle w:val="ListeMaddemi"/>
        <w:spacing w:after="40"/>
      </w:pPr>
      <w:proofErr w:type="spellStart"/>
      <w:r>
        <w:rPr>
          <w:rFonts w:ascii="Times New Roman" w:eastAsia="Times New Roman" w:hAnsi="Times New Roman"/>
        </w:rPr>
        <w:t>Dekanın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görevi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başında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bulunmadığı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durumlarda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kendisine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vekâlet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verilmesi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halinde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Dekanlık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görevini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yürütmek</w:t>
      </w:r>
      <w:proofErr w:type="spellEnd"/>
      <w:r>
        <w:rPr>
          <w:rFonts w:ascii="Times New Roman" w:eastAsia="Times New Roman" w:hAnsi="Times New Roman"/>
        </w:rPr>
        <w:t>.</w:t>
      </w:r>
    </w:p>
    <w:p w14:paraId="60049014" w14:textId="77777777" w:rsidR="009C0F3A" w:rsidRDefault="00000000">
      <w:pPr>
        <w:pStyle w:val="ListeMaddemi"/>
        <w:spacing w:after="40"/>
      </w:pPr>
      <w:proofErr w:type="spellStart"/>
      <w:r>
        <w:rPr>
          <w:rFonts w:ascii="Times New Roman" w:eastAsia="Times New Roman" w:hAnsi="Times New Roman"/>
        </w:rPr>
        <w:t>Fakültenin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eğitim-öğretim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bilimsel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araştırma</w:t>
      </w:r>
      <w:proofErr w:type="spellEnd"/>
      <w:r>
        <w:rPr>
          <w:rFonts w:ascii="Times New Roman" w:eastAsia="Times New Roman" w:hAnsi="Times New Roman"/>
        </w:rPr>
        <w:t xml:space="preserve">, </w:t>
      </w:r>
      <w:proofErr w:type="spellStart"/>
      <w:r>
        <w:rPr>
          <w:rFonts w:ascii="Times New Roman" w:eastAsia="Times New Roman" w:hAnsi="Times New Roman"/>
        </w:rPr>
        <w:t>idari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diğer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faaliyetlerinin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düzenli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yürütülmesine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katkı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sağlamak</w:t>
      </w:r>
      <w:proofErr w:type="spellEnd"/>
      <w:r>
        <w:rPr>
          <w:rFonts w:ascii="Times New Roman" w:eastAsia="Times New Roman" w:hAnsi="Times New Roman"/>
        </w:rPr>
        <w:t>.</w:t>
      </w:r>
    </w:p>
    <w:p w14:paraId="2A1834CC" w14:textId="77777777" w:rsidR="009C0F3A" w:rsidRDefault="00000000">
      <w:pPr>
        <w:pStyle w:val="ListeMaddemi"/>
        <w:spacing w:after="40"/>
      </w:pPr>
      <w:r>
        <w:rPr>
          <w:rFonts w:ascii="Times New Roman" w:eastAsia="Times New Roman" w:hAnsi="Times New Roman"/>
        </w:rPr>
        <w:t xml:space="preserve">2547 </w:t>
      </w:r>
      <w:proofErr w:type="spellStart"/>
      <w:r>
        <w:rPr>
          <w:rFonts w:ascii="Times New Roman" w:eastAsia="Times New Roman" w:hAnsi="Times New Roman"/>
        </w:rPr>
        <w:t>sayılı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Yükseköğretim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Kanunu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ilgili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mevzuatta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belirtilen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görevleri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yürütmek</w:t>
      </w:r>
      <w:proofErr w:type="spellEnd"/>
      <w:r>
        <w:rPr>
          <w:rFonts w:ascii="Times New Roman" w:eastAsia="Times New Roman" w:hAnsi="Times New Roman"/>
        </w:rPr>
        <w:t>.</w:t>
      </w:r>
    </w:p>
    <w:p w14:paraId="7DAE2E4D" w14:textId="77777777" w:rsidR="009C0F3A" w:rsidRDefault="00000000">
      <w:pPr>
        <w:pStyle w:val="ListeMaddemi"/>
        <w:spacing w:after="40"/>
      </w:pPr>
      <w:r>
        <w:rPr>
          <w:rFonts w:ascii="Times New Roman" w:eastAsia="Times New Roman" w:hAnsi="Times New Roman"/>
        </w:rPr>
        <w:t xml:space="preserve">Dekan </w:t>
      </w:r>
      <w:proofErr w:type="spellStart"/>
      <w:r>
        <w:rPr>
          <w:rFonts w:ascii="Times New Roman" w:eastAsia="Times New Roman" w:hAnsi="Times New Roman"/>
        </w:rPr>
        <w:t>tarafından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verilecek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benzeri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görevleri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yürütmek</w:t>
      </w:r>
      <w:proofErr w:type="spellEnd"/>
      <w:r>
        <w:rPr>
          <w:rFonts w:ascii="Times New Roman" w:eastAsia="Times New Roman" w:hAnsi="Times New Roman"/>
        </w:rPr>
        <w:t>.</w:t>
      </w:r>
    </w:p>
    <w:p w14:paraId="1E334905" w14:textId="77777777" w:rsidR="009C0F3A" w:rsidRDefault="00000000">
      <w:pPr>
        <w:pStyle w:val="ListeMaddemi"/>
        <w:spacing w:after="40"/>
      </w:pPr>
      <w:proofErr w:type="spellStart"/>
      <w:r>
        <w:rPr>
          <w:rFonts w:ascii="Times New Roman" w:eastAsia="Times New Roman" w:hAnsi="Times New Roman"/>
        </w:rPr>
        <w:t>Üniversitenin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sahip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olduğu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entegre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yönetim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sistemi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standartlarına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uygun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faaliyetleri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yürütmek</w:t>
      </w:r>
      <w:proofErr w:type="spellEnd"/>
      <w:r>
        <w:rPr>
          <w:rFonts w:ascii="Times New Roman" w:eastAsia="Times New Roman" w:hAnsi="Times New Roman"/>
        </w:rPr>
        <w:t>.</w:t>
      </w:r>
    </w:p>
    <w:p w14:paraId="308500D6" w14:textId="77777777" w:rsidR="009C0F3A" w:rsidRDefault="00000000">
      <w:pPr>
        <w:pStyle w:val="ListeMaddemi"/>
        <w:spacing w:after="40"/>
      </w:pPr>
      <w:r>
        <w:rPr>
          <w:rFonts w:ascii="Times New Roman" w:eastAsia="Times New Roman" w:hAnsi="Times New Roman"/>
        </w:rPr>
        <w:t xml:space="preserve">Dekan </w:t>
      </w:r>
      <w:proofErr w:type="spellStart"/>
      <w:r>
        <w:rPr>
          <w:rFonts w:ascii="Times New Roman" w:eastAsia="Times New Roman" w:hAnsi="Times New Roman"/>
        </w:rPr>
        <w:t>Yardımcısı</w:t>
      </w:r>
      <w:proofErr w:type="spellEnd"/>
      <w:r>
        <w:rPr>
          <w:rFonts w:ascii="Times New Roman" w:eastAsia="Times New Roman" w:hAnsi="Times New Roman"/>
        </w:rPr>
        <w:t xml:space="preserve">, Dekan </w:t>
      </w:r>
      <w:proofErr w:type="spellStart"/>
      <w:r>
        <w:rPr>
          <w:rFonts w:ascii="Times New Roman" w:eastAsia="Times New Roman" w:hAnsi="Times New Roman"/>
        </w:rPr>
        <w:t>tarafından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belirlenen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yetki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sorumluluk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alanları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ilgili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iş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ve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işlemlerin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yürütülmesinden</w:t>
      </w:r>
      <w:proofErr w:type="spellEnd"/>
      <w:r>
        <w:rPr>
          <w:rFonts w:ascii="Times New Roman" w:eastAsia="Times New Roman" w:hAnsi="Times New Roman"/>
        </w:rPr>
        <w:t xml:space="preserve"> Dekana </w:t>
      </w:r>
      <w:proofErr w:type="spellStart"/>
      <w:r>
        <w:rPr>
          <w:rFonts w:ascii="Times New Roman" w:eastAsia="Times New Roman" w:hAnsi="Times New Roman"/>
        </w:rPr>
        <w:t>karşı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sorumludur</w:t>
      </w:r>
      <w:proofErr w:type="spellEnd"/>
      <w:r>
        <w:rPr>
          <w:rFonts w:ascii="Times New Roman" w:eastAsia="Times New Roman" w:hAnsi="Times New Roman"/>
        </w:rPr>
        <w:t>.</w:t>
      </w:r>
    </w:p>
    <w:p w14:paraId="797DD82C" w14:textId="77777777" w:rsidR="009C0F3A" w:rsidRDefault="009C0F3A"/>
    <w:p w14:paraId="6BDB064B" w14:textId="77777777" w:rsidR="009C0F3A" w:rsidRDefault="00000000">
      <w:r>
        <w:rPr>
          <w:rFonts w:ascii="Times New Roman" w:eastAsia="Times New Roman" w:hAnsi="Times New Roman"/>
          <w:b/>
        </w:rPr>
        <w:t>GÖREVİN GEREKTİRDİĞİ NİTELİKLER:</w:t>
      </w:r>
    </w:p>
    <w:p w14:paraId="4C8D6441" w14:textId="77777777" w:rsidR="009C0F3A" w:rsidRDefault="00000000">
      <w:pPr>
        <w:pStyle w:val="ListeMaddemi"/>
      </w:pPr>
      <w:proofErr w:type="spellStart"/>
      <w:r>
        <w:rPr>
          <w:rFonts w:ascii="Times New Roman" w:eastAsia="Times New Roman" w:hAnsi="Times New Roman"/>
        </w:rPr>
        <w:t>Fakültede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görevli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aylıklı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öğretim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elemanlarından</w:t>
      </w:r>
      <w:proofErr w:type="spellEnd"/>
      <w:r>
        <w:rPr>
          <w:rFonts w:ascii="Times New Roman" w:eastAsia="Times New Roman" w:hAnsi="Times New Roman"/>
        </w:rPr>
        <w:t xml:space="preserve"> </w:t>
      </w:r>
      <w:proofErr w:type="spellStart"/>
      <w:r>
        <w:rPr>
          <w:rFonts w:ascii="Times New Roman" w:eastAsia="Times New Roman" w:hAnsi="Times New Roman"/>
        </w:rPr>
        <w:t>olmak</w:t>
      </w:r>
      <w:proofErr w:type="spellEnd"/>
      <w:r>
        <w:rPr>
          <w:rFonts w:ascii="Times New Roman" w:eastAsia="Times New Roman" w:hAnsi="Times New Roman"/>
        </w:rPr>
        <w:t>.</w:t>
      </w:r>
    </w:p>
    <w:p w14:paraId="674BF8F0" w14:textId="77777777" w:rsidR="009C0F3A" w:rsidRDefault="009C0F3A"/>
    <w:p w14:paraId="244D2AA2" w14:textId="77777777" w:rsidR="0028280F" w:rsidRDefault="0028280F"/>
    <w:sectPr w:rsidR="0028280F" w:rsidSect="00615A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0" w:right="907" w:bottom="850" w:left="907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0F8FD" w14:textId="77777777" w:rsidR="00C47712" w:rsidRDefault="00C47712" w:rsidP="00615ADF">
      <w:pPr>
        <w:spacing w:after="0" w:line="240" w:lineRule="auto"/>
      </w:pPr>
      <w:r>
        <w:separator/>
      </w:r>
    </w:p>
  </w:endnote>
  <w:endnote w:type="continuationSeparator" w:id="0">
    <w:p w14:paraId="3BA736FA" w14:textId="77777777" w:rsidR="00C47712" w:rsidRDefault="00C47712" w:rsidP="00615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E8ECF" w14:textId="77777777" w:rsidR="00615ADF" w:rsidRDefault="00615A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615ADF" w:rsidRPr="00AE6D38" w14:paraId="0D7FDD62" w14:textId="77777777" w:rsidTr="00F556CB">
      <w:tc>
        <w:tcPr>
          <w:tcW w:w="3259" w:type="dxa"/>
        </w:tcPr>
        <w:p w14:paraId="6E4677F2" w14:textId="77777777" w:rsidR="00615ADF" w:rsidRPr="00E03CB1" w:rsidRDefault="00615ADF" w:rsidP="00615ADF">
          <w:pPr>
            <w:pStyle w:val="AltBilgi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E03CB1">
            <w:rPr>
              <w:rFonts w:ascii="Times New Roman" w:hAnsi="Times New Roman"/>
              <w:sz w:val="24"/>
              <w:szCs w:val="24"/>
            </w:rPr>
            <w:t>Hazırlayan</w:t>
          </w:r>
          <w:proofErr w:type="spellEnd"/>
        </w:p>
      </w:tc>
      <w:tc>
        <w:tcPr>
          <w:tcW w:w="3259" w:type="dxa"/>
        </w:tcPr>
        <w:p w14:paraId="2074784D" w14:textId="77777777" w:rsidR="00615ADF" w:rsidRPr="00E03CB1" w:rsidRDefault="00615ADF" w:rsidP="00615ADF">
          <w:pPr>
            <w:pStyle w:val="AltBilgi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E03CB1">
            <w:rPr>
              <w:rFonts w:ascii="Times New Roman" w:hAnsi="Times New Roman"/>
              <w:sz w:val="24"/>
              <w:szCs w:val="24"/>
            </w:rPr>
            <w:t>Sistem</w:t>
          </w:r>
          <w:proofErr w:type="spellEnd"/>
          <w:r w:rsidRPr="00E03CB1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E03CB1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  <w:tc>
        <w:tcPr>
          <w:tcW w:w="3371" w:type="dxa"/>
        </w:tcPr>
        <w:p w14:paraId="2F37DF57" w14:textId="77777777" w:rsidR="00615ADF" w:rsidRPr="00E03CB1" w:rsidRDefault="00615ADF" w:rsidP="00615ADF">
          <w:pPr>
            <w:pStyle w:val="AltBilgi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 w:rsidRPr="00E03CB1">
            <w:rPr>
              <w:rFonts w:ascii="Times New Roman" w:hAnsi="Times New Roman"/>
              <w:sz w:val="24"/>
              <w:szCs w:val="24"/>
            </w:rPr>
            <w:t>Yürürlük</w:t>
          </w:r>
          <w:proofErr w:type="spellEnd"/>
          <w:r w:rsidRPr="00E03CB1"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spellStart"/>
          <w:r w:rsidRPr="00E03CB1">
            <w:rPr>
              <w:rFonts w:ascii="Times New Roman" w:hAnsi="Times New Roman"/>
              <w:sz w:val="24"/>
              <w:szCs w:val="24"/>
            </w:rPr>
            <w:t>Onayı</w:t>
          </w:r>
          <w:proofErr w:type="spellEnd"/>
        </w:p>
      </w:tc>
    </w:tr>
    <w:tr w:rsidR="00615ADF" w:rsidRPr="00AE6D38" w14:paraId="30B1841F" w14:textId="77777777" w:rsidTr="00F556CB">
      <w:trPr>
        <w:trHeight w:val="1002"/>
      </w:trPr>
      <w:tc>
        <w:tcPr>
          <w:tcW w:w="3259" w:type="dxa"/>
        </w:tcPr>
        <w:p w14:paraId="7D5CA4BB" w14:textId="77777777" w:rsidR="00615ADF" w:rsidRPr="00E03CB1" w:rsidRDefault="00615ADF" w:rsidP="00615ADF">
          <w:pPr>
            <w:pStyle w:val="AltBilgi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3259" w:type="dxa"/>
        </w:tcPr>
        <w:p w14:paraId="6628999C" w14:textId="77777777" w:rsidR="00615ADF" w:rsidRPr="00E03CB1" w:rsidRDefault="00615ADF" w:rsidP="00615ADF">
          <w:pPr>
            <w:pStyle w:val="AltBilgi"/>
            <w:jc w:val="center"/>
            <w:rPr>
              <w:rFonts w:ascii="Times New Roman" w:hAnsi="Times New Roman"/>
              <w:sz w:val="24"/>
              <w:szCs w:val="24"/>
            </w:rPr>
          </w:pPr>
          <w:r w:rsidRPr="00E03CB1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3371" w:type="dxa"/>
        </w:tcPr>
        <w:p w14:paraId="3E99E34B" w14:textId="252664DE" w:rsidR="00615ADF" w:rsidRPr="00E03CB1" w:rsidRDefault="00615ADF" w:rsidP="00615ADF">
          <w:pPr>
            <w:pStyle w:val="AltBilgi"/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Öğ</w:t>
          </w:r>
          <w:r>
            <w:rPr>
              <w:rFonts w:ascii="Times New Roman" w:hAnsi="Times New Roman"/>
              <w:sz w:val="24"/>
              <w:szCs w:val="24"/>
            </w:rPr>
            <w:t>r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. </w:t>
          </w:r>
          <w:proofErr w:type="spellStart"/>
          <w:r>
            <w:rPr>
              <w:rFonts w:ascii="Times New Roman" w:hAnsi="Times New Roman"/>
              <w:sz w:val="24"/>
              <w:szCs w:val="24"/>
            </w:rPr>
            <w:t>Gör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>. Cankat ÖZLÜ</w:t>
          </w:r>
        </w:p>
      </w:tc>
    </w:tr>
  </w:tbl>
  <w:p w14:paraId="48486BA7" w14:textId="77777777" w:rsidR="00615ADF" w:rsidRDefault="00615AD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6D99" w14:textId="77777777" w:rsidR="00615ADF" w:rsidRDefault="00615A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8E0B4" w14:textId="77777777" w:rsidR="00C47712" w:rsidRDefault="00C47712" w:rsidP="00615ADF">
      <w:pPr>
        <w:spacing w:after="0" w:line="240" w:lineRule="auto"/>
      </w:pPr>
      <w:r>
        <w:separator/>
      </w:r>
    </w:p>
  </w:footnote>
  <w:footnote w:type="continuationSeparator" w:id="0">
    <w:p w14:paraId="13CBC12E" w14:textId="77777777" w:rsidR="00C47712" w:rsidRDefault="00C47712" w:rsidP="00615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10B7" w14:textId="77777777" w:rsidR="00615ADF" w:rsidRDefault="00615AD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79607" w14:textId="77777777" w:rsidR="00615ADF" w:rsidRDefault="00615AD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CED0E" w14:textId="77777777" w:rsidR="00615ADF" w:rsidRDefault="00615AD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2749811">
    <w:abstractNumId w:val="8"/>
  </w:num>
  <w:num w:numId="2" w16cid:durableId="2090879036">
    <w:abstractNumId w:val="6"/>
  </w:num>
  <w:num w:numId="3" w16cid:durableId="1990281642">
    <w:abstractNumId w:val="5"/>
  </w:num>
  <w:num w:numId="4" w16cid:durableId="1453402102">
    <w:abstractNumId w:val="4"/>
  </w:num>
  <w:num w:numId="5" w16cid:durableId="1976369402">
    <w:abstractNumId w:val="7"/>
  </w:num>
  <w:num w:numId="6" w16cid:durableId="996804656">
    <w:abstractNumId w:val="3"/>
  </w:num>
  <w:num w:numId="7" w16cid:durableId="1049955867">
    <w:abstractNumId w:val="2"/>
  </w:num>
  <w:num w:numId="8" w16cid:durableId="224491198">
    <w:abstractNumId w:val="1"/>
  </w:num>
  <w:num w:numId="9" w16cid:durableId="1376588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280F"/>
    <w:rsid w:val="0029639D"/>
    <w:rsid w:val="00326F90"/>
    <w:rsid w:val="004254C7"/>
    <w:rsid w:val="00615ADF"/>
    <w:rsid w:val="008511DD"/>
    <w:rsid w:val="009C0F3A"/>
    <w:rsid w:val="00AA1D8D"/>
    <w:rsid w:val="00B47730"/>
    <w:rsid w:val="00C47712"/>
    <w:rsid w:val="00CB0664"/>
    <w:rsid w:val="00EE71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5C942"/>
  <w14:defaultImageDpi w14:val="300"/>
  <w15:docId w15:val="{FA655EE6-9FEE-554E-B285-78FB2CE2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2026-09-30T13:05:00Z</dcterms:modified>
  <cp:category/>
</cp:coreProperties>
</file>