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CE9B4" w14:textId="77777777" w:rsidR="00F84666" w:rsidRPr="006C58D1" w:rsidRDefault="006C58D1">
      <w:pPr>
        <w:spacing w:after="32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58D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T.C. </w:t>
      </w:r>
      <w:r w:rsidRPr="006C58D1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</w:r>
      <w:r w:rsidR="00CE715A" w:rsidRPr="006C58D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KONYA GIDA VE TARIM ÜNİVERSİTESİ</w:t>
      </w:r>
      <w:r w:rsidR="00CE715A" w:rsidRPr="006C58D1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  <w:t>ÖĞRENCİ TOPLULUKLARI YILLIK ÇALIŞMA RAPORU FORMU</w:t>
      </w:r>
    </w:p>
    <w:tbl>
      <w:tblPr>
        <w:tblW w:w="0" w:type="auto"/>
        <w:jc w:val="center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ook w:val="04A0" w:firstRow="1" w:lastRow="0" w:firstColumn="1" w:lastColumn="0" w:noHBand="0" w:noVBand="1"/>
      </w:tblPr>
      <w:tblGrid>
        <w:gridCol w:w="2688"/>
        <w:gridCol w:w="6662"/>
      </w:tblGrid>
      <w:tr w:rsidR="00F84666" w:rsidRPr="006C58D1" w14:paraId="0D0E745B" w14:textId="77777777" w:rsidTr="006C58D1">
        <w:trPr>
          <w:jc w:val="center"/>
        </w:trPr>
        <w:tc>
          <w:tcPr>
            <w:tcW w:w="269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EE81D1" w14:textId="77777777" w:rsidR="00F84666" w:rsidRPr="006C58D1" w:rsidRDefault="00CE715A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6C58D1">
              <w:rPr>
                <w:rFonts w:ascii="Times New Roman" w:hAnsi="Times New Roman" w:cs="Times New Roman"/>
                <w:b/>
                <w:color w:val="000000" w:themeColor="text1"/>
              </w:rPr>
              <w:t>Öğretim Yılı / Dönem:</w:t>
            </w:r>
          </w:p>
        </w:tc>
        <w:tc>
          <w:tcPr>
            <w:tcW w:w="666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F7308E" w14:textId="77777777" w:rsidR="00F84666" w:rsidRPr="006C58D1" w:rsidRDefault="006C58D1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6C58D1">
              <w:rPr>
                <w:rFonts w:ascii="Times New Roman" w:hAnsi="Times New Roman" w:cs="Times New Roman"/>
                <w:color w:val="000000" w:themeColor="text1"/>
              </w:rPr>
              <w:t>20… - 20…</w:t>
            </w:r>
            <w:r w:rsidR="00CE715A" w:rsidRPr="006C58D1">
              <w:rPr>
                <w:rFonts w:ascii="Times New Roman" w:hAnsi="Times New Roman" w:cs="Times New Roman"/>
                <w:color w:val="000000" w:themeColor="text1"/>
              </w:rPr>
              <w:t xml:space="preserve"> Eğitim-Öğretim Yılı</w:t>
            </w:r>
          </w:p>
        </w:tc>
      </w:tr>
      <w:tr w:rsidR="00F84666" w:rsidRPr="006C58D1" w14:paraId="7240AC21" w14:textId="77777777" w:rsidTr="006C58D1">
        <w:trPr>
          <w:jc w:val="center"/>
        </w:trPr>
        <w:tc>
          <w:tcPr>
            <w:tcW w:w="269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928672" w14:textId="77777777" w:rsidR="00F84666" w:rsidRPr="006C58D1" w:rsidRDefault="00CE715A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6C58D1">
              <w:rPr>
                <w:rFonts w:ascii="Times New Roman" w:hAnsi="Times New Roman" w:cs="Times New Roman"/>
                <w:b/>
                <w:color w:val="000000" w:themeColor="text1"/>
              </w:rPr>
              <w:t>Topluluk Adı:</w:t>
            </w:r>
          </w:p>
        </w:tc>
        <w:tc>
          <w:tcPr>
            <w:tcW w:w="666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3CB6E1" w14:textId="77777777" w:rsidR="00F84666" w:rsidRPr="006C58D1" w:rsidRDefault="00CE715A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6C58D1">
              <w:rPr>
                <w:rFonts w:ascii="Times New Roman" w:hAnsi="Times New Roman" w:cs="Times New Roman"/>
                <w:color w:val="000000" w:themeColor="text1"/>
              </w:rPr>
              <w:t>....................................................................................</w:t>
            </w:r>
            <w:r w:rsidR="006C58D1" w:rsidRPr="006C58D1">
              <w:rPr>
                <w:rFonts w:ascii="Times New Roman" w:hAnsi="Times New Roman" w:cs="Times New Roman"/>
                <w:color w:val="000000" w:themeColor="text1"/>
              </w:rPr>
              <w:t>..............</w:t>
            </w:r>
          </w:p>
        </w:tc>
      </w:tr>
      <w:tr w:rsidR="00F84666" w:rsidRPr="006C58D1" w14:paraId="29E1E02A" w14:textId="77777777" w:rsidTr="006C58D1">
        <w:trPr>
          <w:jc w:val="center"/>
        </w:trPr>
        <w:tc>
          <w:tcPr>
            <w:tcW w:w="269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185863" w14:textId="77777777" w:rsidR="00F84666" w:rsidRPr="006C58D1" w:rsidRDefault="00CE715A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6C58D1">
              <w:rPr>
                <w:rFonts w:ascii="Times New Roman" w:hAnsi="Times New Roman" w:cs="Times New Roman"/>
                <w:b/>
                <w:color w:val="000000" w:themeColor="text1"/>
              </w:rPr>
              <w:t>Akademik Danışman:</w:t>
            </w:r>
          </w:p>
        </w:tc>
        <w:tc>
          <w:tcPr>
            <w:tcW w:w="666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03A51B" w14:textId="77777777" w:rsidR="00F84666" w:rsidRPr="006C58D1" w:rsidRDefault="00CE715A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6C58D1">
              <w:rPr>
                <w:rFonts w:ascii="Times New Roman" w:hAnsi="Times New Roman" w:cs="Times New Roman"/>
                <w:color w:val="000000" w:themeColor="text1"/>
              </w:rPr>
              <w:t>Unvan, Ad Soyad: ....................................................................</w:t>
            </w:r>
          </w:p>
        </w:tc>
      </w:tr>
      <w:tr w:rsidR="00F84666" w:rsidRPr="006C58D1" w14:paraId="6CF5E697" w14:textId="77777777" w:rsidTr="006C58D1">
        <w:trPr>
          <w:jc w:val="center"/>
        </w:trPr>
        <w:tc>
          <w:tcPr>
            <w:tcW w:w="269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617F8D" w14:textId="77777777" w:rsidR="00F84666" w:rsidRPr="006C58D1" w:rsidRDefault="00CE715A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6C58D1">
              <w:rPr>
                <w:rFonts w:ascii="Times New Roman" w:hAnsi="Times New Roman" w:cs="Times New Roman"/>
                <w:b/>
                <w:color w:val="000000" w:themeColor="text1"/>
              </w:rPr>
              <w:t>Topluluk Başkanı:</w:t>
            </w:r>
          </w:p>
        </w:tc>
        <w:tc>
          <w:tcPr>
            <w:tcW w:w="666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672B54" w14:textId="77777777" w:rsidR="00F84666" w:rsidRPr="006C58D1" w:rsidRDefault="00CE715A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6C58D1">
              <w:rPr>
                <w:rFonts w:ascii="Times New Roman" w:hAnsi="Times New Roman" w:cs="Times New Roman"/>
                <w:color w:val="000000" w:themeColor="text1"/>
              </w:rPr>
              <w:t>Ad Soyad / Bölüm: ....................................................................</w:t>
            </w:r>
          </w:p>
        </w:tc>
      </w:tr>
      <w:tr w:rsidR="00F84666" w:rsidRPr="006C58D1" w14:paraId="1CD6F1D1" w14:textId="77777777" w:rsidTr="006C58D1">
        <w:trPr>
          <w:jc w:val="center"/>
        </w:trPr>
        <w:tc>
          <w:tcPr>
            <w:tcW w:w="269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9C2E16" w14:textId="77777777" w:rsidR="00F84666" w:rsidRPr="006C58D1" w:rsidRDefault="00CE715A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6C58D1">
              <w:rPr>
                <w:rFonts w:ascii="Times New Roman" w:hAnsi="Times New Roman" w:cs="Times New Roman"/>
                <w:b/>
                <w:color w:val="000000" w:themeColor="text1"/>
              </w:rPr>
              <w:t>Aktif Üye Sayısı:</w:t>
            </w:r>
          </w:p>
        </w:tc>
        <w:tc>
          <w:tcPr>
            <w:tcW w:w="666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A0C5F3" w14:textId="77777777" w:rsidR="00F84666" w:rsidRPr="006C58D1" w:rsidRDefault="00F84666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7D07A02F" w14:textId="77777777" w:rsidR="00F84666" w:rsidRPr="006C58D1" w:rsidRDefault="00F84666">
      <w:pPr>
        <w:spacing w:after="160"/>
        <w:rPr>
          <w:rFonts w:ascii="Times New Roman" w:hAnsi="Times New Roman" w:cs="Times New Roman"/>
        </w:rPr>
      </w:pPr>
    </w:p>
    <w:p w14:paraId="2899334C" w14:textId="77777777" w:rsidR="00F84666" w:rsidRPr="006C58D1" w:rsidRDefault="00CE715A">
      <w:pPr>
        <w:spacing w:after="120"/>
        <w:rPr>
          <w:rFonts w:ascii="Times New Roman" w:hAnsi="Times New Roman" w:cs="Times New Roman"/>
          <w:color w:val="000000" w:themeColor="text1"/>
        </w:rPr>
      </w:pPr>
      <w:r w:rsidRPr="006C58D1">
        <w:rPr>
          <w:rFonts w:ascii="Times New Roman" w:hAnsi="Times New Roman" w:cs="Times New Roman"/>
          <w:b/>
          <w:color w:val="000000" w:themeColor="text1"/>
        </w:rPr>
        <w:t>1. YIL İÇERİSİNDE GERÇEKLEŞTİRİLEN FAALİYETLER / ETKİNLİKLER</w:t>
      </w:r>
    </w:p>
    <w:tbl>
      <w:tblPr>
        <w:tblW w:w="9371" w:type="dxa"/>
        <w:jc w:val="center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ook w:val="04A0" w:firstRow="1" w:lastRow="0" w:firstColumn="1" w:lastColumn="0" w:noHBand="0" w:noVBand="1"/>
      </w:tblPr>
      <w:tblGrid>
        <w:gridCol w:w="485"/>
        <w:gridCol w:w="3490"/>
        <w:gridCol w:w="1418"/>
        <w:gridCol w:w="1349"/>
        <w:gridCol w:w="1338"/>
        <w:gridCol w:w="1291"/>
      </w:tblGrid>
      <w:tr w:rsidR="006C58D1" w:rsidRPr="006C58D1" w14:paraId="4B126A50" w14:textId="77777777" w:rsidTr="006C58D1">
        <w:trPr>
          <w:trHeight w:val="551"/>
          <w:jc w:val="center"/>
        </w:trPr>
        <w:tc>
          <w:tcPr>
            <w:tcW w:w="485" w:type="dxa"/>
            <w:shd w:val="clear" w:color="auto" w:fill="002060"/>
          </w:tcPr>
          <w:p w14:paraId="1851A6C8" w14:textId="77777777" w:rsidR="006C58D1" w:rsidRPr="006C58D1" w:rsidRDefault="006C58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FFFFFF"/>
              </w:rPr>
              <w:t>No</w:t>
            </w:r>
          </w:p>
        </w:tc>
        <w:tc>
          <w:tcPr>
            <w:tcW w:w="3490" w:type="dxa"/>
            <w:shd w:val="clear" w:color="auto" w:fill="002060"/>
          </w:tcPr>
          <w:p w14:paraId="0F77F4AA" w14:textId="77777777" w:rsidR="006C58D1" w:rsidRPr="006C58D1" w:rsidRDefault="006C58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C58D1">
              <w:rPr>
                <w:rFonts w:ascii="Times New Roman" w:hAnsi="Times New Roman" w:cs="Times New Roman"/>
                <w:b/>
                <w:color w:val="FFFFFF"/>
              </w:rPr>
              <w:t>Etkinlik Adı ve Türü</w:t>
            </w:r>
          </w:p>
        </w:tc>
        <w:tc>
          <w:tcPr>
            <w:tcW w:w="1418" w:type="dxa"/>
            <w:shd w:val="clear" w:color="auto" w:fill="002060"/>
          </w:tcPr>
          <w:p w14:paraId="07F1E578" w14:textId="77777777" w:rsidR="006C58D1" w:rsidRPr="006C58D1" w:rsidRDefault="006C58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C58D1">
              <w:rPr>
                <w:rFonts w:ascii="Times New Roman" w:hAnsi="Times New Roman" w:cs="Times New Roman"/>
                <w:b/>
                <w:color w:val="FFFFFF"/>
              </w:rPr>
              <w:t>Tarih / Yer</w:t>
            </w:r>
          </w:p>
        </w:tc>
        <w:tc>
          <w:tcPr>
            <w:tcW w:w="1349" w:type="dxa"/>
            <w:shd w:val="clear" w:color="auto" w:fill="002060"/>
          </w:tcPr>
          <w:p w14:paraId="65FCD98C" w14:textId="77777777" w:rsidR="006C58D1" w:rsidRPr="006C58D1" w:rsidRDefault="006C58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C58D1">
              <w:rPr>
                <w:rFonts w:ascii="Times New Roman" w:hAnsi="Times New Roman" w:cs="Times New Roman"/>
                <w:b/>
                <w:color w:val="FFFFFF"/>
              </w:rPr>
              <w:t>Katılımcı Sayısı</w:t>
            </w:r>
          </w:p>
        </w:tc>
        <w:tc>
          <w:tcPr>
            <w:tcW w:w="1338" w:type="dxa"/>
            <w:shd w:val="clear" w:color="auto" w:fill="002060"/>
          </w:tcPr>
          <w:p w14:paraId="3032CF77" w14:textId="77777777" w:rsidR="006C58D1" w:rsidRPr="006C58D1" w:rsidRDefault="006C58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C58D1">
              <w:rPr>
                <w:rFonts w:ascii="Times New Roman" w:hAnsi="Times New Roman" w:cs="Times New Roman"/>
                <w:b/>
                <w:color w:val="FFFFFF"/>
              </w:rPr>
              <w:t>Sponsor / Destekçi</w:t>
            </w:r>
          </w:p>
        </w:tc>
        <w:tc>
          <w:tcPr>
            <w:tcW w:w="1291" w:type="dxa"/>
            <w:shd w:val="clear" w:color="auto" w:fill="002060"/>
          </w:tcPr>
          <w:p w14:paraId="284DC885" w14:textId="77777777" w:rsidR="006C58D1" w:rsidRPr="006C58D1" w:rsidRDefault="006C58D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</w:rPr>
            </w:pPr>
            <w:r>
              <w:rPr>
                <w:rFonts w:ascii="Times New Roman" w:hAnsi="Times New Roman" w:cs="Times New Roman"/>
                <w:b/>
                <w:color w:val="FFFFFF"/>
              </w:rPr>
              <w:t>Katılımcı/</w:t>
            </w:r>
            <w:r>
              <w:rPr>
                <w:rFonts w:ascii="Times New Roman" w:hAnsi="Times New Roman" w:cs="Times New Roman"/>
                <w:b/>
                <w:color w:val="FFFFFF"/>
              </w:rPr>
              <w:br/>
              <w:t>Konuşmacı</w:t>
            </w:r>
          </w:p>
        </w:tc>
      </w:tr>
      <w:tr w:rsidR="006C58D1" w:rsidRPr="006C58D1" w14:paraId="504908AF" w14:textId="77777777" w:rsidTr="00CE715A">
        <w:trPr>
          <w:trHeight w:val="759"/>
          <w:jc w:val="center"/>
        </w:trPr>
        <w:tc>
          <w:tcPr>
            <w:tcW w:w="48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C854A4B" w14:textId="77777777" w:rsidR="006C58D1" w:rsidRPr="006C58D1" w:rsidRDefault="006C58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C58D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9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7FE0CF" w14:textId="77777777" w:rsidR="006C58D1" w:rsidRPr="006C58D1" w:rsidRDefault="006C58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4E03C92" w14:textId="77777777" w:rsidR="006C58D1" w:rsidRPr="006C58D1" w:rsidRDefault="006C58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9805893" w14:textId="77777777" w:rsidR="006C58D1" w:rsidRPr="006C58D1" w:rsidRDefault="006C58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D2C756" w14:textId="77777777" w:rsidR="006C58D1" w:rsidRPr="006C58D1" w:rsidRDefault="006C58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1" w:type="dxa"/>
          </w:tcPr>
          <w:p w14:paraId="2035F01B" w14:textId="77777777" w:rsidR="006C58D1" w:rsidRPr="006C58D1" w:rsidRDefault="006C58D1">
            <w:pPr>
              <w:rPr>
                <w:rFonts w:ascii="Times New Roman" w:hAnsi="Times New Roman" w:cs="Times New Roman"/>
              </w:rPr>
            </w:pPr>
          </w:p>
        </w:tc>
      </w:tr>
      <w:tr w:rsidR="006C58D1" w:rsidRPr="006C58D1" w14:paraId="2D055254" w14:textId="77777777" w:rsidTr="00CE715A">
        <w:trPr>
          <w:trHeight w:val="759"/>
          <w:jc w:val="center"/>
        </w:trPr>
        <w:tc>
          <w:tcPr>
            <w:tcW w:w="48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CDF095A" w14:textId="77777777" w:rsidR="006C58D1" w:rsidRPr="006C58D1" w:rsidRDefault="006C58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C58D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9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3768B20" w14:textId="77777777" w:rsidR="006C58D1" w:rsidRPr="006C58D1" w:rsidRDefault="006C58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5C424C3" w14:textId="77777777" w:rsidR="006C58D1" w:rsidRPr="006C58D1" w:rsidRDefault="006C58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0C33A63" w14:textId="77777777" w:rsidR="006C58D1" w:rsidRPr="006C58D1" w:rsidRDefault="006C58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A3B0DF" w14:textId="77777777" w:rsidR="006C58D1" w:rsidRPr="006C58D1" w:rsidRDefault="006C58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1" w:type="dxa"/>
          </w:tcPr>
          <w:p w14:paraId="3EC52ABC" w14:textId="77777777" w:rsidR="006C58D1" w:rsidRPr="006C58D1" w:rsidRDefault="006C58D1">
            <w:pPr>
              <w:rPr>
                <w:rFonts w:ascii="Times New Roman" w:hAnsi="Times New Roman" w:cs="Times New Roman"/>
              </w:rPr>
            </w:pPr>
          </w:p>
        </w:tc>
      </w:tr>
      <w:tr w:rsidR="006C58D1" w:rsidRPr="006C58D1" w14:paraId="3975C2D2" w14:textId="77777777" w:rsidTr="00CE715A">
        <w:trPr>
          <w:trHeight w:val="783"/>
          <w:jc w:val="center"/>
        </w:trPr>
        <w:tc>
          <w:tcPr>
            <w:tcW w:w="48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3426CC" w14:textId="77777777" w:rsidR="006C58D1" w:rsidRPr="006C58D1" w:rsidRDefault="006C58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C58D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49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BC1487C" w14:textId="77777777" w:rsidR="006C58D1" w:rsidRPr="006C58D1" w:rsidRDefault="006C58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10697DC" w14:textId="77777777" w:rsidR="006C58D1" w:rsidRPr="006C58D1" w:rsidRDefault="006C58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FCB274" w14:textId="77777777" w:rsidR="006C58D1" w:rsidRPr="006C58D1" w:rsidRDefault="006C58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56FCAF" w14:textId="77777777" w:rsidR="006C58D1" w:rsidRPr="006C58D1" w:rsidRDefault="006C58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1" w:type="dxa"/>
          </w:tcPr>
          <w:p w14:paraId="1D2898AC" w14:textId="77777777" w:rsidR="006C58D1" w:rsidRPr="006C58D1" w:rsidRDefault="006C58D1">
            <w:pPr>
              <w:rPr>
                <w:rFonts w:ascii="Times New Roman" w:hAnsi="Times New Roman" w:cs="Times New Roman"/>
              </w:rPr>
            </w:pPr>
          </w:p>
        </w:tc>
      </w:tr>
      <w:tr w:rsidR="006C58D1" w:rsidRPr="006C58D1" w14:paraId="498B667C" w14:textId="77777777" w:rsidTr="00CE715A">
        <w:trPr>
          <w:trHeight w:val="783"/>
          <w:jc w:val="center"/>
        </w:trPr>
        <w:tc>
          <w:tcPr>
            <w:tcW w:w="48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BFBEF0" w14:textId="77777777" w:rsidR="006C58D1" w:rsidRPr="006C58D1" w:rsidRDefault="006C58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C58D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49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0CF66C" w14:textId="77777777" w:rsidR="006C58D1" w:rsidRPr="006C58D1" w:rsidRDefault="006C58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456632E" w14:textId="77777777" w:rsidR="006C58D1" w:rsidRPr="006C58D1" w:rsidRDefault="006C58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1279C4E" w14:textId="77777777" w:rsidR="006C58D1" w:rsidRPr="006C58D1" w:rsidRDefault="006C58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7A3FF7A" w14:textId="77777777" w:rsidR="006C58D1" w:rsidRPr="006C58D1" w:rsidRDefault="006C58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1" w:type="dxa"/>
          </w:tcPr>
          <w:p w14:paraId="198CCC6E" w14:textId="77777777" w:rsidR="006C58D1" w:rsidRPr="006C58D1" w:rsidRDefault="006C58D1">
            <w:pPr>
              <w:rPr>
                <w:rFonts w:ascii="Times New Roman" w:hAnsi="Times New Roman" w:cs="Times New Roman"/>
              </w:rPr>
            </w:pPr>
          </w:p>
        </w:tc>
      </w:tr>
      <w:tr w:rsidR="006C58D1" w:rsidRPr="006C58D1" w14:paraId="5FBFC6D5" w14:textId="77777777" w:rsidTr="00CE715A">
        <w:trPr>
          <w:trHeight w:val="783"/>
          <w:jc w:val="center"/>
        </w:trPr>
        <w:tc>
          <w:tcPr>
            <w:tcW w:w="48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E78AAD" w14:textId="77777777" w:rsidR="006C58D1" w:rsidRPr="006C58D1" w:rsidRDefault="006C58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49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BFCA57" w14:textId="77777777" w:rsidR="006C58D1" w:rsidRPr="006C58D1" w:rsidRDefault="006C58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CC24DFD" w14:textId="77777777" w:rsidR="006C58D1" w:rsidRPr="006C58D1" w:rsidRDefault="006C58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36A958" w14:textId="77777777" w:rsidR="006C58D1" w:rsidRPr="006C58D1" w:rsidRDefault="006C58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D0B64EC" w14:textId="77777777" w:rsidR="006C58D1" w:rsidRPr="006C58D1" w:rsidRDefault="006C58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1" w:type="dxa"/>
          </w:tcPr>
          <w:p w14:paraId="092B5DF2" w14:textId="77777777" w:rsidR="006C58D1" w:rsidRPr="006C58D1" w:rsidRDefault="006C58D1">
            <w:pPr>
              <w:rPr>
                <w:rFonts w:ascii="Times New Roman" w:hAnsi="Times New Roman" w:cs="Times New Roman"/>
              </w:rPr>
            </w:pPr>
          </w:p>
        </w:tc>
      </w:tr>
      <w:tr w:rsidR="006C58D1" w:rsidRPr="006C58D1" w14:paraId="4E4DE8FF" w14:textId="77777777" w:rsidTr="00CE715A">
        <w:trPr>
          <w:trHeight w:val="783"/>
          <w:jc w:val="center"/>
        </w:trPr>
        <w:tc>
          <w:tcPr>
            <w:tcW w:w="48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B3BC2E0" w14:textId="77777777" w:rsidR="006C58D1" w:rsidRDefault="006C58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49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B001FD" w14:textId="77777777" w:rsidR="006C58D1" w:rsidRPr="006C58D1" w:rsidRDefault="006C58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1490EFD" w14:textId="77777777" w:rsidR="006C58D1" w:rsidRPr="006C58D1" w:rsidRDefault="006C58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D0F612" w14:textId="77777777" w:rsidR="006C58D1" w:rsidRPr="006C58D1" w:rsidRDefault="006C58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7CFB89" w14:textId="77777777" w:rsidR="006C58D1" w:rsidRPr="006C58D1" w:rsidRDefault="006C58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1" w:type="dxa"/>
          </w:tcPr>
          <w:p w14:paraId="4ECA9F4B" w14:textId="77777777" w:rsidR="006C58D1" w:rsidRPr="006C58D1" w:rsidRDefault="006C58D1">
            <w:pPr>
              <w:rPr>
                <w:rFonts w:ascii="Times New Roman" w:hAnsi="Times New Roman" w:cs="Times New Roman"/>
              </w:rPr>
            </w:pPr>
          </w:p>
        </w:tc>
      </w:tr>
      <w:tr w:rsidR="006C58D1" w:rsidRPr="006C58D1" w14:paraId="58ECD406" w14:textId="77777777" w:rsidTr="00CE715A">
        <w:trPr>
          <w:trHeight w:val="783"/>
          <w:jc w:val="center"/>
        </w:trPr>
        <w:tc>
          <w:tcPr>
            <w:tcW w:w="48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F055EE" w14:textId="77777777" w:rsidR="006C58D1" w:rsidRDefault="006C58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</w:t>
            </w:r>
          </w:p>
          <w:p w14:paraId="281D5664" w14:textId="77777777" w:rsidR="006C58D1" w:rsidRDefault="006C58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08880662" w14:textId="77777777" w:rsidR="006C58D1" w:rsidRDefault="006C58D1" w:rsidP="006C58D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49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5699F16" w14:textId="77777777" w:rsidR="006C58D1" w:rsidRPr="006C58D1" w:rsidRDefault="006C58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0905C1" w14:textId="77777777" w:rsidR="006C58D1" w:rsidRPr="006C58D1" w:rsidRDefault="006C58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2E9322" w14:textId="77777777" w:rsidR="006C58D1" w:rsidRPr="006C58D1" w:rsidRDefault="006C58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6CF46E9" w14:textId="77777777" w:rsidR="006C58D1" w:rsidRPr="006C58D1" w:rsidRDefault="006C58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1" w:type="dxa"/>
          </w:tcPr>
          <w:p w14:paraId="48E01E07" w14:textId="77777777" w:rsidR="006C58D1" w:rsidRPr="006C58D1" w:rsidRDefault="006C58D1">
            <w:pPr>
              <w:rPr>
                <w:rFonts w:ascii="Times New Roman" w:hAnsi="Times New Roman" w:cs="Times New Roman"/>
              </w:rPr>
            </w:pPr>
          </w:p>
        </w:tc>
      </w:tr>
      <w:tr w:rsidR="006C58D1" w:rsidRPr="006C58D1" w14:paraId="71F47F7D" w14:textId="77777777" w:rsidTr="00CE715A">
        <w:trPr>
          <w:trHeight w:val="783"/>
          <w:jc w:val="center"/>
        </w:trPr>
        <w:tc>
          <w:tcPr>
            <w:tcW w:w="48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8ED016" w14:textId="77777777" w:rsidR="006C58D1" w:rsidRDefault="006C58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49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1D190AB" w14:textId="77777777" w:rsidR="006C58D1" w:rsidRPr="006C58D1" w:rsidRDefault="006C58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A7BE32" w14:textId="77777777" w:rsidR="006C58D1" w:rsidRPr="006C58D1" w:rsidRDefault="006C58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386859" w14:textId="77777777" w:rsidR="006C58D1" w:rsidRPr="006C58D1" w:rsidRDefault="006C58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C07CC43" w14:textId="77777777" w:rsidR="006C58D1" w:rsidRPr="006C58D1" w:rsidRDefault="006C58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1" w:type="dxa"/>
          </w:tcPr>
          <w:p w14:paraId="12340D72" w14:textId="77777777" w:rsidR="006C58D1" w:rsidRPr="006C58D1" w:rsidRDefault="006C58D1">
            <w:pPr>
              <w:rPr>
                <w:rFonts w:ascii="Times New Roman" w:hAnsi="Times New Roman" w:cs="Times New Roman"/>
              </w:rPr>
            </w:pPr>
          </w:p>
        </w:tc>
      </w:tr>
    </w:tbl>
    <w:p w14:paraId="4BCBDDA3" w14:textId="77777777" w:rsidR="006C58D1" w:rsidRPr="006C58D1" w:rsidRDefault="006C58D1">
      <w:pPr>
        <w:spacing w:after="160"/>
        <w:rPr>
          <w:rFonts w:ascii="Times New Roman" w:hAnsi="Times New Roman" w:cs="Times New Roman"/>
          <w:color w:val="000000" w:themeColor="text1"/>
        </w:rPr>
      </w:pPr>
    </w:p>
    <w:p w14:paraId="6702A089" w14:textId="77777777" w:rsidR="00F84666" w:rsidRPr="006C58D1" w:rsidRDefault="00CE715A">
      <w:pPr>
        <w:spacing w:after="80"/>
        <w:rPr>
          <w:rFonts w:ascii="Times New Roman" w:hAnsi="Times New Roman" w:cs="Times New Roman"/>
          <w:color w:val="000000" w:themeColor="text1"/>
        </w:rPr>
      </w:pPr>
      <w:r w:rsidRPr="006C58D1">
        <w:rPr>
          <w:rFonts w:ascii="Times New Roman" w:hAnsi="Times New Roman" w:cs="Times New Roman"/>
          <w:b/>
          <w:color w:val="000000" w:themeColor="text1"/>
        </w:rPr>
        <w:t>2. DÖNEM DEĞERLENDİRMESİ VE ÖNERİLER</w:t>
      </w:r>
    </w:p>
    <w:p w14:paraId="6AD59E4E" w14:textId="77777777" w:rsidR="006C58D1" w:rsidRDefault="00CE715A" w:rsidP="006C58D1">
      <w:pPr>
        <w:tabs>
          <w:tab w:val="left" w:pos="9356"/>
        </w:tabs>
        <w:spacing w:after="240"/>
        <w:jc w:val="both"/>
        <w:rPr>
          <w:rFonts w:ascii="Times New Roman" w:hAnsi="Times New Roman" w:cs="Times New Roman"/>
          <w:b/>
          <w:i/>
          <w:color w:val="000000" w:themeColor="text1"/>
        </w:rPr>
      </w:pPr>
      <w:r w:rsidRPr="006C58D1">
        <w:rPr>
          <w:rFonts w:ascii="Times New Roman" w:hAnsi="Times New Roman" w:cs="Times New Roman"/>
          <w:color w:val="000000" w:themeColor="text1"/>
        </w:rPr>
        <w:t xml:space="preserve">Öğrenci Topluluğumuz, dönem boyunca Konya Gıda ve Tarım Üniversitesi Öğrenci Toplulukları Yönergesi ilke ve kurallarına uygun olarak yukarıda belirtilen faaliyetleri başarıyla tamamlamıştır. </w:t>
      </w:r>
      <w:r w:rsidRPr="006C58D1">
        <w:rPr>
          <w:rFonts w:ascii="Times New Roman" w:hAnsi="Times New Roman" w:cs="Times New Roman"/>
          <w:b/>
          <w:i/>
          <w:color w:val="000000" w:themeColor="text1"/>
        </w:rPr>
        <w:t>Yapılan etkinliklerin fotoğrafları, katılım listeleri ve duyuru metinleri topluluk arşivine eklenmiştir.</w:t>
      </w:r>
    </w:p>
    <w:p w14:paraId="2026FDD0" w14:textId="77777777" w:rsidR="006C58D1" w:rsidRDefault="006C58D1" w:rsidP="006C58D1">
      <w:pPr>
        <w:tabs>
          <w:tab w:val="left" w:pos="9356"/>
        </w:tabs>
        <w:spacing w:after="240"/>
        <w:jc w:val="both"/>
        <w:rPr>
          <w:rFonts w:ascii="Times New Roman" w:hAnsi="Times New Roman" w:cs="Times New Roman"/>
          <w:b/>
          <w:color w:val="000000" w:themeColor="text1"/>
        </w:rPr>
      </w:pPr>
      <w:r w:rsidRPr="006C58D1">
        <w:rPr>
          <w:rFonts w:ascii="Times New Roman" w:hAnsi="Times New Roman" w:cs="Times New Roman"/>
          <w:b/>
          <w:color w:val="000000" w:themeColor="text1"/>
        </w:rPr>
        <w:t>3. GÖRSELLER</w:t>
      </w:r>
    </w:p>
    <w:p w14:paraId="12E3E88F" w14:textId="77777777" w:rsidR="006C58D1" w:rsidRPr="006C58D1" w:rsidRDefault="006C58D1" w:rsidP="006C58D1">
      <w:pPr>
        <w:tabs>
          <w:tab w:val="left" w:pos="9356"/>
        </w:tabs>
        <w:spacing w:after="240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4C5D812D" w14:textId="77777777" w:rsidR="00F84666" w:rsidRPr="006C58D1" w:rsidRDefault="006C58D1">
      <w:pPr>
        <w:spacing w:after="12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4</w:t>
      </w:r>
      <w:r w:rsidR="00CE715A" w:rsidRPr="006C58D1">
        <w:rPr>
          <w:rFonts w:ascii="Times New Roman" w:hAnsi="Times New Roman" w:cs="Times New Roman"/>
          <w:b/>
          <w:color w:val="000000" w:themeColor="text1"/>
        </w:rPr>
        <w:t>. ONAY VE TESLİM BÖLÜMÜ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80"/>
        <w:gridCol w:w="4680"/>
      </w:tblGrid>
      <w:tr w:rsidR="00F84666" w:rsidRPr="006C58D1" w14:paraId="64B3C301" w14:textId="77777777">
        <w:trPr>
          <w:jc w:val="center"/>
        </w:trPr>
        <w:tc>
          <w:tcPr>
            <w:tcW w:w="4680" w:type="dxa"/>
          </w:tcPr>
          <w:p w14:paraId="3A318346" w14:textId="77777777" w:rsidR="00F84666" w:rsidRPr="006C58D1" w:rsidRDefault="00CE715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C58D1">
              <w:rPr>
                <w:rFonts w:ascii="Times New Roman" w:hAnsi="Times New Roman" w:cs="Times New Roman"/>
                <w:b/>
                <w:color w:val="000000" w:themeColor="text1"/>
              </w:rPr>
              <w:t>Hazırlayan (Topluluk Başkanı)</w:t>
            </w:r>
            <w:r w:rsidRPr="006C58D1">
              <w:rPr>
                <w:rFonts w:ascii="Times New Roman" w:hAnsi="Times New Roman" w:cs="Times New Roman"/>
                <w:b/>
                <w:color w:val="000000" w:themeColor="text1"/>
              </w:rPr>
              <w:br/>
            </w:r>
            <w:r w:rsidRPr="006C58D1">
              <w:rPr>
                <w:rFonts w:ascii="Times New Roman" w:hAnsi="Times New Roman" w:cs="Times New Roman"/>
                <w:color w:val="000000" w:themeColor="text1"/>
              </w:rPr>
              <w:t>Adı Soyadı: ...................................................</w:t>
            </w:r>
            <w:r w:rsidRPr="006C58D1">
              <w:rPr>
                <w:rFonts w:ascii="Times New Roman" w:hAnsi="Times New Roman" w:cs="Times New Roman"/>
                <w:color w:val="000000" w:themeColor="text1"/>
              </w:rPr>
              <w:br/>
              <w:t>Tarih: ..... / ..... / 2026</w:t>
            </w:r>
            <w:r w:rsidRPr="006C58D1">
              <w:rPr>
                <w:rFonts w:ascii="Times New Roman" w:hAnsi="Times New Roman" w:cs="Times New Roman"/>
                <w:color w:val="000000" w:themeColor="text1"/>
              </w:rPr>
              <w:br/>
              <w:t xml:space="preserve">İmza: </w:t>
            </w:r>
          </w:p>
        </w:tc>
        <w:tc>
          <w:tcPr>
            <w:tcW w:w="4680" w:type="dxa"/>
          </w:tcPr>
          <w:p w14:paraId="1885EBCC" w14:textId="77777777" w:rsidR="00F84666" w:rsidRPr="006C58D1" w:rsidRDefault="00CE715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C58D1">
              <w:rPr>
                <w:rFonts w:ascii="Times New Roman" w:hAnsi="Times New Roman" w:cs="Times New Roman"/>
                <w:b/>
                <w:color w:val="000000" w:themeColor="text1"/>
              </w:rPr>
              <w:t>Kontrol Eden ve Onaylayan (Akademik Danışman)</w:t>
            </w:r>
            <w:r w:rsidRPr="006C58D1">
              <w:rPr>
                <w:rFonts w:ascii="Times New Roman" w:hAnsi="Times New Roman" w:cs="Times New Roman"/>
                <w:b/>
                <w:color w:val="000000" w:themeColor="text1"/>
              </w:rPr>
              <w:br/>
            </w:r>
            <w:r w:rsidRPr="006C58D1">
              <w:rPr>
                <w:rFonts w:ascii="Times New Roman" w:hAnsi="Times New Roman" w:cs="Times New Roman"/>
                <w:color w:val="000000" w:themeColor="text1"/>
              </w:rPr>
              <w:t>Unvanı, Adı Soyadı: ...................................................</w:t>
            </w:r>
            <w:r w:rsidRPr="006C58D1">
              <w:rPr>
                <w:rFonts w:ascii="Times New Roman" w:hAnsi="Times New Roman" w:cs="Times New Roman"/>
                <w:color w:val="000000" w:themeColor="text1"/>
              </w:rPr>
              <w:br/>
              <w:t>Tarih: ..... / ..... / 2026</w:t>
            </w:r>
            <w:r w:rsidRPr="006C58D1">
              <w:rPr>
                <w:rFonts w:ascii="Times New Roman" w:hAnsi="Times New Roman" w:cs="Times New Roman"/>
                <w:color w:val="000000" w:themeColor="text1"/>
              </w:rPr>
              <w:br/>
              <w:t xml:space="preserve">İmza: </w:t>
            </w:r>
          </w:p>
        </w:tc>
      </w:tr>
    </w:tbl>
    <w:p w14:paraId="5F4CEBA8" w14:textId="77777777" w:rsidR="00F84666" w:rsidRPr="006C58D1" w:rsidRDefault="00F84666">
      <w:pPr>
        <w:spacing w:after="320"/>
        <w:rPr>
          <w:rFonts w:ascii="Times New Roman" w:hAnsi="Times New Roman" w:cs="Times New Roman"/>
          <w:color w:val="000000" w:themeColor="text1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360"/>
      </w:tblGrid>
      <w:tr w:rsidR="006C58D1" w:rsidRPr="006C58D1" w14:paraId="4AAB97E3" w14:textId="77777777" w:rsidTr="006C58D1">
        <w:trPr>
          <w:trHeight w:val="467"/>
        </w:trPr>
        <w:tc>
          <w:tcPr>
            <w:tcW w:w="93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4F97442" w14:textId="77777777" w:rsidR="00F84666" w:rsidRDefault="00CE715A" w:rsidP="006C58D1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C58D1">
              <w:rPr>
                <w:rFonts w:ascii="Times New Roman" w:hAnsi="Times New Roman" w:cs="Times New Roman"/>
                <w:b/>
                <w:color w:val="000000" w:themeColor="text1"/>
              </w:rPr>
              <w:t>AÇIKLAMA:</w:t>
            </w:r>
            <w:r w:rsidRPr="006C58D1">
              <w:rPr>
                <w:rFonts w:ascii="Times New Roman" w:hAnsi="Times New Roman" w:cs="Times New Roman"/>
                <w:b/>
                <w:color w:val="000000" w:themeColor="text1"/>
              </w:rPr>
              <w:br/>
            </w:r>
            <w:r w:rsidRPr="006C58D1">
              <w:rPr>
                <w:rFonts w:ascii="Times New Roman" w:hAnsi="Times New Roman" w:cs="Times New Roman"/>
                <w:color w:val="000000" w:themeColor="text1"/>
              </w:rPr>
              <w:t>İşbu Yıllık Çalışma Raporu, Öğrenci Toplulukları Yönergesi'nin 7. ve 23. maddeleri gereğince her akademik yılın sonunda hazırlanarak Sağlık, Kültür ve Spor Daire Başkanlığına teslim edilmek zorundadır.</w:t>
            </w:r>
          </w:p>
          <w:p w14:paraId="10EDD4DB" w14:textId="77777777" w:rsidR="006C58D1" w:rsidRDefault="006C58D1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F0B96F9" w14:textId="77777777" w:rsidR="006C58D1" w:rsidRPr="006C58D1" w:rsidRDefault="006C58D1" w:rsidP="006C58D1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33EEB99B" w14:textId="77777777" w:rsidR="00D91781" w:rsidRPr="006C58D1" w:rsidRDefault="00D91781">
      <w:pPr>
        <w:rPr>
          <w:color w:val="000000" w:themeColor="text1"/>
        </w:rPr>
      </w:pPr>
    </w:p>
    <w:sectPr w:rsidR="00D91781" w:rsidRPr="006C58D1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DB8D8E" w14:textId="77777777" w:rsidR="00787D49" w:rsidRDefault="00787D49" w:rsidP="00BD628D">
      <w:pPr>
        <w:spacing w:after="0" w:line="240" w:lineRule="auto"/>
      </w:pPr>
      <w:r>
        <w:separator/>
      </w:r>
    </w:p>
  </w:endnote>
  <w:endnote w:type="continuationSeparator" w:id="0">
    <w:p w14:paraId="77C81F9F" w14:textId="77777777" w:rsidR="00787D49" w:rsidRDefault="00787D49" w:rsidP="00BD62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9D712" w14:textId="77777777" w:rsidR="00BD628D" w:rsidRDefault="00BD628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40" w:type="dxa"/>
      <w:tblInd w:w="-14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430"/>
      <w:gridCol w:w="3284"/>
      <w:gridCol w:w="2926"/>
    </w:tblGrid>
    <w:tr w:rsidR="00BD628D" w14:paraId="5F823F6A" w14:textId="77777777" w:rsidTr="000143C2">
      <w:trPr>
        <w:trHeight w:val="334"/>
      </w:trPr>
      <w:tc>
        <w:tcPr>
          <w:tcW w:w="343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1C71A83D" w14:textId="77777777" w:rsidR="00BD628D" w:rsidRPr="007A3984" w:rsidRDefault="00BD628D" w:rsidP="00BD628D">
          <w:pPr>
            <w:pStyle w:val="AltBilgi"/>
            <w:spacing w:line="276" w:lineRule="auto"/>
            <w:rPr>
              <w:rFonts w:ascii="Times New Roman" w:hAnsi="Times New Roman"/>
              <w:sz w:val="24"/>
              <w:szCs w:val="24"/>
            </w:rPr>
          </w:pPr>
          <w:bookmarkStart w:id="0" w:name="_Hlk215577909"/>
          <w:bookmarkStart w:id="1" w:name="_Hlk215578482"/>
          <w:r w:rsidRPr="007A3984">
            <w:rPr>
              <w:rFonts w:ascii="Times New Roman" w:hAnsi="Times New Roman"/>
              <w:sz w:val="24"/>
              <w:szCs w:val="24"/>
            </w:rPr>
            <w:t>Hazırlayan</w:t>
          </w:r>
        </w:p>
      </w:tc>
      <w:tc>
        <w:tcPr>
          <w:tcW w:w="3284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4F4FFC08" w14:textId="77777777" w:rsidR="00BD628D" w:rsidRPr="007A3984" w:rsidRDefault="00BD628D" w:rsidP="00BD628D">
          <w:pPr>
            <w:pStyle w:val="AltBilgi"/>
            <w:spacing w:line="276" w:lineRule="auto"/>
            <w:rPr>
              <w:rFonts w:ascii="Times New Roman" w:hAnsi="Times New Roman"/>
              <w:sz w:val="24"/>
              <w:szCs w:val="24"/>
            </w:rPr>
          </w:pPr>
          <w:r w:rsidRPr="007A3984">
            <w:rPr>
              <w:rFonts w:ascii="Times New Roman" w:hAnsi="Times New Roman"/>
              <w:sz w:val="24"/>
              <w:szCs w:val="24"/>
            </w:rPr>
            <w:t>Sistem Onayı</w:t>
          </w:r>
        </w:p>
      </w:tc>
      <w:tc>
        <w:tcPr>
          <w:tcW w:w="2926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4A84B0DF" w14:textId="77777777" w:rsidR="00BD628D" w:rsidRPr="007A3984" w:rsidRDefault="00BD628D" w:rsidP="00BD628D">
          <w:pPr>
            <w:pStyle w:val="AltBilgi"/>
            <w:spacing w:line="276" w:lineRule="auto"/>
            <w:rPr>
              <w:rFonts w:ascii="Times New Roman" w:hAnsi="Times New Roman"/>
              <w:sz w:val="24"/>
              <w:szCs w:val="24"/>
            </w:rPr>
          </w:pPr>
          <w:r w:rsidRPr="007A3984">
            <w:rPr>
              <w:rFonts w:ascii="Times New Roman" w:hAnsi="Times New Roman"/>
              <w:sz w:val="24"/>
              <w:szCs w:val="24"/>
            </w:rPr>
            <w:t xml:space="preserve">           Yürürlük Onayı   </w:t>
          </w:r>
        </w:p>
      </w:tc>
    </w:tr>
    <w:tr w:rsidR="00BD628D" w:rsidRPr="00DB4EBF" w14:paraId="1BBBC9B5" w14:textId="77777777" w:rsidTr="000143C2">
      <w:trPr>
        <w:trHeight w:val="838"/>
      </w:trPr>
      <w:tc>
        <w:tcPr>
          <w:tcW w:w="343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22C7AEA2" w14:textId="77777777" w:rsidR="00BD628D" w:rsidRPr="00DB4EBF" w:rsidRDefault="00BD628D" w:rsidP="00BD628D">
          <w:pPr>
            <w:spacing w:after="0"/>
            <w:rPr>
              <w:rFonts w:ascii="Times New Roman" w:hAnsi="Times New Roman"/>
              <w:sz w:val="24"/>
              <w:szCs w:val="24"/>
            </w:rPr>
          </w:pPr>
          <w:r w:rsidRPr="00DB4EBF">
            <w:rPr>
              <w:rFonts w:ascii="Times New Roman" w:hAnsi="Times New Roman"/>
              <w:sz w:val="24"/>
              <w:szCs w:val="24"/>
            </w:rPr>
            <w:t>Büşra Nur Demirci</w:t>
          </w:r>
        </w:p>
      </w:tc>
      <w:tc>
        <w:tcPr>
          <w:tcW w:w="3284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6183509F" w14:textId="77777777" w:rsidR="00BD628D" w:rsidRPr="00DB4EBF" w:rsidRDefault="00BD628D" w:rsidP="00BD628D">
          <w:pPr>
            <w:spacing w:after="0"/>
            <w:rPr>
              <w:rFonts w:ascii="Times New Roman" w:hAnsi="Times New Roman"/>
              <w:sz w:val="24"/>
              <w:szCs w:val="24"/>
            </w:rPr>
          </w:pPr>
          <w:r w:rsidRPr="00DB4EBF">
            <w:rPr>
              <w:rFonts w:ascii="Times New Roman" w:hAnsi="Times New Roman"/>
              <w:sz w:val="24"/>
              <w:szCs w:val="24"/>
            </w:rPr>
            <w:t>Selin TOZOĞLU</w:t>
          </w:r>
        </w:p>
      </w:tc>
      <w:tc>
        <w:tcPr>
          <w:tcW w:w="2926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05B8C074" w14:textId="77777777" w:rsidR="00BD628D" w:rsidRPr="00DB4EBF" w:rsidRDefault="00BD628D" w:rsidP="00BD628D">
          <w:pPr>
            <w:spacing w:after="0"/>
            <w:rPr>
              <w:rFonts w:ascii="Times New Roman" w:hAnsi="Times New Roman"/>
              <w:sz w:val="24"/>
              <w:szCs w:val="24"/>
            </w:rPr>
          </w:pPr>
          <w:r w:rsidRPr="00DB4EBF">
            <w:rPr>
              <w:rFonts w:ascii="Times New Roman" w:hAnsi="Times New Roman"/>
              <w:sz w:val="24"/>
              <w:szCs w:val="24"/>
            </w:rPr>
            <w:t>Öğr. Gör. Cankat ÖZLÜ</w:t>
          </w:r>
        </w:p>
      </w:tc>
      <w:bookmarkEnd w:id="0"/>
      <w:bookmarkEnd w:id="1"/>
    </w:tr>
  </w:tbl>
  <w:p w14:paraId="3CD52C22" w14:textId="77777777" w:rsidR="00BD628D" w:rsidRDefault="00BD628D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43B9B" w14:textId="77777777" w:rsidR="00BD628D" w:rsidRDefault="00BD628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217F7D" w14:textId="77777777" w:rsidR="00787D49" w:rsidRDefault="00787D49" w:rsidP="00BD628D">
      <w:pPr>
        <w:spacing w:after="0" w:line="240" w:lineRule="auto"/>
      </w:pPr>
      <w:r>
        <w:separator/>
      </w:r>
    </w:p>
  </w:footnote>
  <w:footnote w:type="continuationSeparator" w:id="0">
    <w:p w14:paraId="0F55C595" w14:textId="77777777" w:rsidR="00787D49" w:rsidRDefault="00787D49" w:rsidP="00BD62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CD76A" w14:textId="77777777" w:rsidR="00BD628D" w:rsidRDefault="00BD628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930" w:type="dxa"/>
      <w:tblInd w:w="2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6"/>
      <w:gridCol w:w="4760"/>
      <w:gridCol w:w="1552"/>
      <w:gridCol w:w="1382"/>
    </w:tblGrid>
    <w:tr w:rsidR="00BD628D" w:rsidRPr="00F758DC" w14:paraId="09A8E750" w14:textId="77777777" w:rsidTr="000143C2">
      <w:trPr>
        <w:trHeight w:val="286"/>
      </w:trPr>
      <w:tc>
        <w:tcPr>
          <w:tcW w:w="1236" w:type="dxa"/>
          <w:vMerge w:val="restart"/>
          <w:vAlign w:val="center"/>
        </w:tcPr>
        <w:p w14:paraId="52E786BF" w14:textId="77777777" w:rsidR="00BD628D" w:rsidRPr="00F758DC" w:rsidRDefault="00BD628D" w:rsidP="00BD628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  <w:r w:rsidRPr="00F758DC">
            <w:rPr>
              <w:rFonts w:ascii="Arial" w:hAnsi="Arial" w:cs="Arial"/>
              <w:noProof/>
              <w:sz w:val="20"/>
              <w:szCs w:val="20"/>
              <w:lang w:eastAsia="tr-TR"/>
            </w:rPr>
            <w:drawing>
              <wp:inline distT="0" distB="0" distL="0" distR="0" wp14:anchorId="5805600A" wp14:editId="61423AF8">
                <wp:extent cx="640080" cy="922020"/>
                <wp:effectExtent l="0" t="0" r="7620" b="0"/>
                <wp:docPr id="1746649923" name="Resim 1" descr="logo, yazı tipi, simge, sembol, metin içeren bir resim&#10;&#10;Yapay zeka tarafından oluşturulan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46649923" name="Resim 1" descr="logo, yazı tipi, simge, sembol, metin içeren bir resim&#10;&#10;Yapay zeka tarafından oluşturulan içerik yanlış olabilir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0080" cy="922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60" w:type="dxa"/>
          <w:vMerge w:val="restart"/>
          <w:vAlign w:val="center"/>
        </w:tcPr>
        <w:p w14:paraId="172941AE" w14:textId="337787CC" w:rsidR="00BD628D" w:rsidRPr="00DB4EBF" w:rsidRDefault="00BD628D" w:rsidP="00BD628D">
          <w:pPr>
            <w:spacing w:after="0"/>
            <w:jc w:val="center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>ÖĞRENCİ TOPLULUKLARI YILLIK ÇALIŞMA RAPORU</w:t>
          </w:r>
        </w:p>
      </w:tc>
      <w:tc>
        <w:tcPr>
          <w:tcW w:w="1552" w:type="dxa"/>
          <w:vAlign w:val="center"/>
        </w:tcPr>
        <w:p w14:paraId="24C96018" w14:textId="77777777" w:rsidR="00BD628D" w:rsidRPr="00F758DC" w:rsidRDefault="00BD628D" w:rsidP="00BD628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sz w:val="18"/>
              <w:szCs w:val="20"/>
              <w:lang w:eastAsia="tr-TR"/>
            </w:rPr>
          </w:pPr>
          <w:r w:rsidRPr="00F758DC">
            <w:rPr>
              <w:rFonts w:ascii="Arial" w:hAnsi="Arial" w:cs="Arial"/>
              <w:sz w:val="18"/>
              <w:szCs w:val="20"/>
              <w:lang w:eastAsia="tr-TR"/>
            </w:rPr>
            <w:t>Doküman No</w:t>
          </w:r>
        </w:p>
      </w:tc>
      <w:tc>
        <w:tcPr>
          <w:tcW w:w="1382" w:type="dxa"/>
          <w:vAlign w:val="center"/>
        </w:tcPr>
        <w:p w14:paraId="5C782ED1" w14:textId="4A5780C2" w:rsidR="00BD628D" w:rsidRPr="00DB4EBF" w:rsidRDefault="00BD628D" w:rsidP="00BD628D">
          <w:pPr>
            <w:spacing w:after="0"/>
            <w:rPr>
              <w:b/>
              <w:bCs/>
            </w:rPr>
          </w:pPr>
          <w:r w:rsidRPr="00DB4EBF">
            <w:rPr>
              <w:b/>
              <w:bCs/>
            </w:rPr>
            <w:t>FR-SKS-0</w:t>
          </w:r>
          <w:r w:rsidR="003165D2">
            <w:rPr>
              <w:b/>
              <w:bCs/>
            </w:rPr>
            <w:t>023</w:t>
          </w:r>
        </w:p>
      </w:tc>
    </w:tr>
    <w:tr w:rsidR="00BD628D" w:rsidRPr="00F758DC" w14:paraId="79483E88" w14:textId="77777777" w:rsidTr="000143C2">
      <w:trPr>
        <w:trHeight w:val="286"/>
      </w:trPr>
      <w:tc>
        <w:tcPr>
          <w:tcW w:w="1236" w:type="dxa"/>
          <w:vMerge/>
          <w:vAlign w:val="center"/>
        </w:tcPr>
        <w:p w14:paraId="2FBEA44E" w14:textId="77777777" w:rsidR="00BD628D" w:rsidRPr="00F758DC" w:rsidRDefault="00BD628D" w:rsidP="00BD628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4760" w:type="dxa"/>
          <w:vMerge/>
          <w:vAlign w:val="center"/>
        </w:tcPr>
        <w:p w14:paraId="3FB21FAD" w14:textId="77777777" w:rsidR="00BD628D" w:rsidRPr="00F758DC" w:rsidRDefault="00BD628D" w:rsidP="00BD628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1552" w:type="dxa"/>
          <w:vAlign w:val="center"/>
        </w:tcPr>
        <w:p w14:paraId="2F75F36F" w14:textId="77777777" w:rsidR="00BD628D" w:rsidRPr="00F758DC" w:rsidRDefault="00BD628D" w:rsidP="00BD628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sz w:val="18"/>
              <w:szCs w:val="20"/>
              <w:lang w:eastAsia="tr-TR"/>
            </w:rPr>
          </w:pPr>
          <w:r w:rsidRPr="00F758DC">
            <w:rPr>
              <w:rFonts w:ascii="Arial" w:hAnsi="Arial" w:cs="Arial"/>
              <w:sz w:val="18"/>
              <w:szCs w:val="20"/>
              <w:lang w:eastAsia="tr-TR"/>
            </w:rPr>
            <w:t>İlk Yayın Tarihi</w:t>
          </w:r>
        </w:p>
      </w:tc>
      <w:tc>
        <w:tcPr>
          <w:tcW w:w="1382" w:type="dxa"/>
          <w:vAlign w:val="center"/>
        </w:tcPr>
        <w:p w14:paraId="5B08BD05" w14:textId="243BCE49" w:rsidR="00BD628D" w:rsidRPr="00F758DC" w:rsidRDefault="00BD628D" w:rsidP="00BD628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0"/>
              <w:lang w:eastAsia="tr-TR"/>
            </w:rPr>
          </w:pPr>
          <w:r>
            <w:rPr>
              <w:rFonts w:ascii="Arial" w:hAnsi="Arial" w:cs="Arial"/>
              <w:b/>
              <w:sz w:val="18"/>
              <w:szCs w:val="20"/>
              <w:lang w:eastAsia="tr-TR"/>
            </w:rPr>
            <w:t>30.09.2026</w:t>
          </w:r>
        </w:p>
      </w:tc>
    </w:tr>
    <w:tr w:rsidR="00BD628D" w:rsidRPr="00F758DC" w14:paraId="21B8FAE3" w14:textId="77777777" w:rsidTr="000143C2">
      <w:trPr>
        <w:trHeight w:val="286"/>
      </w:trPr>
      <w:tc>
        <w:tcPr>
          <w:tcW w:w="1236" w:type="dxa"/>
          <w:vMerge/>
          <w:vAlign w:val="center"/>
        </w:tcPr>
        <w:p w14:paraId="6393DFD0" w14:textId="77777777" w:rsidR="00BD628D" w:rsidRPr="00F758DC" w:rsidRDefault="00BD628D" w:rsidP="00BD628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4760" w:type="dxa"/>
          <w:vMerge/>
          <w:vAlign w:val="center"/>
        </w:tcPr>
        <w:p w14:paraId="3AFE2ADF" w14:textId="77777777" w:rsidR="00BD628D" w:rsidRPr="00F758DC" w:rsidRDefault="00BD628D" w:rsidP="00BD628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1552" w:type="dxa"/>
          <w:vAlign w:val="center"/>
        </w:tcPr>
        <w:p w14:paraId="43BF6D9A" w14:textId="77777777" w:rsidR="00BD628D" w:rsidRPr="00F758DC" w:rsidRDefault="00BD628D" w:rsidP="00BD628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sz w:val="18"/>
              <w:szCs w:val="20"/>
              <w:lang w:eastAsia="tr-TR"/>
            </w:rPr>
          </w:pPr>
          <w:r w:rsidRPr="00F758DC">
            <w:rPr>
              <w:rFonts w:ascii="Arial" w:hAnsi="Arial" w:cs="Arial"/>
              <w:sz w:val="18"/>
              <w:szCs w:val="20"/>
              <w:lang w:eastAsia="tr-TR"/>
            </w:rPr>
            <w:t>Revizyon Tarihi</w:t>
          </w:r>
        </w:p>
      </w:tc>
      <w:tc>
        <w:tcPr>
          <w:tcW w:w="1382" w:type="dxa"/>
          <w:vAlign w:val="center"/>
        </w:tcPr>
        <w:p w14:paraId="21DC7674" w14:textId="77777777" w:rsidR="00BD628D" w:rsidRPr="00F758DC" w:rsidRDefault="00BD628D" w:rsidP="00BD628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0"/>
              <w:lang w:eastAsia="tr-TR"/>
            </w:rPr>
          </w:pPr>
        </w:p>
      </w:tc>
    </w:tr>
    <w:tr w:rsidR="00BD628D" w:rsidRPr="00F758DC" w14:paraId="0AA3C027" w14:textId="77777777" w:rsidTr="000143C2">
      <w:trPr>
        <w:trHeight w:val="286"/>
      </w:trPr>
      <w:tc>
        <w:tcPr>
          <w:tcW w:w="1236" w:type="dxa"/>
          <w:vMerge/>
          <w:vAlign w:val="center"/>
        </w:tcPr>
        <w:p w14:paraId="507D9986" w14:textId="77777777" w:rsidR="00BD628D" w:rsidRPr="00F758DC" w:rsidRDefault="00BD628D" w:rsidP="00BD628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4760" w:type="dxa"/>
          <w:vMerge/>
          <w:vAlign w:val="center"/>
        </w:tcPr>
        <w:p w14:paraId="7D779952" w14:textId="77777777" w:rsidR="00BD628D" w:rsidRPr="00F758DC" w:rsidRDefault="00BD628D" w:rsidP="00BD628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1552" w:type="dxa"/>
          <w:vAlign w:val="center"/>
        </w:tcPr>
        <w:p w14:paraId="7041D15A" w14:textId="77777777" w:rsidR="00BD628D" w:rsidRPr="00F758DC" w:rsidRDefault="00BD628D" w:rsidP="00BD628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sz w:val="18"/>
              <w:szCs w:val="20"/>
              <w:lang w:eastAsia="tr-TR"/>
            </w:rPr>
          </w:pPr>
          <w:r w:rsidRPr="00F758DC">
            <w:rPr>
              <w:rFonts w:ascii="Arial" w:hAnsi="Arial" w:cs="Arial"/>
              <w:sz w:val="18"/>
              <w:szCs w:val="20"/>
              <w:lang w:eastAsia="tr-TR"/>
            </w:rPr>
            <w:t>Revizyon No</w:t>
          </w:r>
        </w:p>
      </w:tc>
      <w:tc>
        <w:tcPr>
          <w:tcW w:w="1382" w:type="dxa"/>
          <w:vAlign w:val="center"/>
        </w:tcPr>
        <w:p w14:paraId="28095F8F" w14:textId="77777777" w:rsidR="00BD628D" w:rsidRPr="00F758DC" w:rsidRDefault="00BD628D" w:rsidP="00BD628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0"/>
              <w:lang w:eastAsia="tr-TR"/>
            </w:rPr>
          </w:pPr>
        </w:p>
      </w:tc>
    </w:tr>
    <w:tr w:rsidR="00BD628D" w:rsidRPr="00F758DC" w14:paraId="767DED4B" w14:textId="77777777" w:rsidTr="000143C2">
      <w:trPr>
        <w:trHeight w:val="286"/>
      </w:trPr>
      <w:tc>
        <w:tcPr>
          <w:tcW w:w="1236" w:type="dxa"/>
          <w:vMerge/>
          <w:vAlign w:val="center"/>
        </w:tcPr>
        <w:p w14:paraId="470F4B6B" w14:textId="77777777" w:rsidR="00BD628D" w:rsidRPr="00F758DC" w:rsidRDefault="00BD628D" w:rsidP="00BD628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4760" w:type="dxa"/>
          <w:vMerge/>
          <w:vAlign w:val="center"/>
        </w:tcPr>
        <w:p w14:paraId="30CD2B01" w14:textId="77777777" w:rsidR="00BD628D" w:rsidRPr="00F758DC" w:rsidRDefault="00BD628D" w:rsidP="00BD628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1552" w:type="dxa"/>
          <w:vAlign w:val="center"/>
        </w:tcPr>
        <w:p w14:paraId="49F784C1" w14:textId="77777777" w:rsidR="00BD628D" w:rsidRPr="00F758DC" w:rsidRDefault="00BD628D" w:rsidP="00BD628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sz w:val="18"/>
              <w:szCs w:val="20"/>
              <w:lang w:eastAsia="tr-TR"/>
            </w:rPr>
          </w:pPr>
          <w:r w:rsidRPr="00F758DC">
            <w:rPr>
              <w:rFonts w:ascii="Arial" w:hAnsi="Arial" w:cs="Arial"/>
              <w:sz w:val="18"/>
              <w:szCs w:val="20"/>
              <w:lang w:eastAsia="tr-TR"/>
            </w:rPr>
            <w:t>Sayfa</w:t>
          </w:r>
        </w:p>
      </w:tc>
      <w:tc>
        <w:tcPr>
          <w:tcW w:w="1382" w:type="dxa"/>
          <w:vAlign w:val="center"/>
        </w:tcPr>
        <w:p w14:paraId="37ACAD37" w14:textId="77777777" w:rsidR="00BD628D" w:rsidRDefault="00BD628D" w:rsidP="00BD628D">
          <w:pPr>
            <w:spacing w:after="0"/>
            <w:jc w:val="center"/>
          </w:pPr>
          <w:r>
            <w:rPr>
              <w:rFonts w:ascii="Arial" w:hAnsi="Arial"/>
              <w:sz w:val="16"/>
            </w:rPr>
            <w:t>1/1</w:t>
          </w:r>
        </w:p>
      </w:tc>
    </w:tr>
  </w:tbl>
  <w:p w14:paraId="40B7C26E" w14:textId="77777777" w:rsidR="00BD628D" w:rsidRDefault="00BD628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52A65" w14:textId="77777777" w:rsidR="00BD628D" w:rsidRDefault="00BD628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37377614">
    <w:abstractNumId w:val="8"/>
  </w:num>
  <w:num w:numId="2" w16cid:durableId="904140920">
    <w:abstractNumId w:val="6"/>
  </w:num>
  <w:num w:numId="3" w16cid:durableId="1930967889">
    <w:abstractNumId w:val="5"/>
  </w:num>
  <w:num w:numId="4" w16cid:durableId="1485783270">
    <w:abstractNumId w:val="4"/>
  </w:num>
  <w:num w:numId="5" w16cid:durableId="980842609">
    <w:abstractNumId w:val="7"/>
  </w:num>
  <w:num w:numId="6" w16cid:durableId="423108305">
    <w:abstractNumId w:val="3"/>
  </w:num>
  <w:num w:numId="7" w16cid:durableId="1991322646">
    <w:abstractNumId w:val="2"/>
  </w:num>
  <w:num w:numId="8" w16cid:durableId="307709071">
    <w:abstractNumId w:val="1"/>
  </w:num>
  <w:num w:numId="9" w16cid:durableId="19749471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165D2"/>
    <w:rsid w:val="00326F90"/>
    <w:rsid w:val="004413FA"/>
    <w:rsid w:val="006C58D1"/>
    <w:rsid w:val="00787D49"/>
    <w:rsid w:val="00AA1D8D"/>
    <w:rsid w:val="00B47730"/>
    <w:rsid w:val="00B477EB"/>
    <w:rsid w:val="00BD628D"/>
    <w:rsid w:val="00CB0664"/>
    <w:rsid w:val="00CE715A"/>
    <w:rsid w:val="00D91781"/>
    <w:rsid w:val="00E42F0F"/>
    <w:rsid w:val="00F8466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8B817C"/>
  <w14:defaultImageDpi w14:val="300"/>
  <w15:docId w15:val="{2F402D3E-C682-4179-AE3E-2AF6DCED4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333333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515B097-D267-4C13-B3C6-0961BC9B2A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236</Words>
  <Characters>1346</Characters>
  <Application>Microsoft Office Word</Application>
  <DocSecurity>0</DocSecurity>
  <Lines>11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Selin Tozoglu</cp:lastModifiedBy>
  <cp:revision>5</cp:revision>
  <dcterms:created xsi:type="dcterms:W3CDTF">2026-09-30T12:33:00Z</dcterms:created>
  <dcterms:modified xsi:type="dcterms:W3CDTF">2026-09-30T13:58:00Z</dcterms:modified>
  <cp:category/>
</cp:coreProperties>
</file>