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57BD1" w14:textId="447A68DD" w:rsidR="00BE3DDD" w:rsidRPr="005829EA" w:rsidRDefault="008766B2">
      <w:pPr>
        <w:spacing w:after="320"/>
        <w:jc w:val="center"/>
        <w:rPr>
          <w:rFonts w:ascii="Times New Roman" w:hAnsi="Times New Roman" w:cs="Times New Roman"/>
          <w:color w:val="000000" w:themeColor="text1"/>
        </w:rPr>
      </w:pPr>
      <w:r w:rsidRPr="001002D9">
        <w:rPr>
          <w:rFonts w:ascii="Times New Roman" w:hAnsi="Times New Roman" w:cs="Times New Roman"/>
          <w:b/>
          <w:color w:val="000000" w:themeColor="text1"/>
          <w:sz w:val="24"/>
        </w:rPr>
        <w:br/>
      </w:r>
    </w:p>
    <w:tbl>
      <w:tblPr>
        <w:tblW w:w="9645"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05"/>
        <w:gridCol w:w="6840"/>
      </w:tblGrid>
      <w:tr w:rsidR="005829EA" w:rsidRPr="005829EA" w14:paraId="314C5C24" w14:textId="77777777" w:rsidTr="005829EA">
        <w:trPr>
          <w:trHeight w:val="252"/>
          <w:jc w:val="center"/>
        </w:trPr>
        <w:tc>
          <w:tcPr>
            <w:tcW w:w="2805" w:type="dxa"/>
            <w:tcMar>
              <w:top w:w="80" w:type="dxa"/>
              <w:left w:w="120" w:type="dxa"/>
              <w:bottom w:w="80" w:type="dxa"/>
              <w:right w:w="120" w:type="dxa"/>
            </w:tcMar>
          </w:tcPr>
          <w:p w14:paraId="051BBBAC" w14:textId="77777777" w:rsidR="00BE3DDD" w:rsidRPr="005829EA" w:rsidRDefault="008766B2">
            <w:pPr>
              <w:spacing w:after="0"/>
              <w:rPr>
                <w:rFonts w:ascii="Times New Roman" w:hAnsi="Times New Roman" w:cs="Times New Roman"/>
                <w:color w:val="000000" w:themeColor="text1"/>
              </w:rPr>
            </w:pPr>
            <w:proofErr w:type="spellStart"/>
            <w:r w:rsidRPr="005829EA">
              <w:rPr>
                <w:rFonts w:ascii="Times New Roman" w:hAnsi="Times New Roman" w:cs="Times New Roman"/>
                <w:b/>
                <w:color w:val="000000" w:themeColor="text1"/>
              </w:rPr>
              <w:t>Topluluk</w:t>
            </w:r>
            <w:proofErr w:type="spellEnd"/>
            <w:r w:rsidRPr="005829EA">
              <w:rPr>
                <w:rFonts w:ascii="Times New Roman" w:hAnsi="Times New Roman" w:cs="Times New Roman"/>
                <w:b/>
                <w:color w:val="000000" w:themeColor="text1"/>
              </w:rPr>
              <w:t xml:space="preserve"> Adı:</w:t>
            </w:r>
          </w:p>
        </w:tc>
        <w:tc>
          <w:tcPr>
            <w:tcW w:w="6840" w:type="dxa"/>
            <w:tcMar>
              <w:top w:w="80" w:type="dxa"/>
              <w:left w:w="120" w:type="dxa"/>
              <w:bottom w:w="80" w:type="dxa"/>
              <w:right w:w="120" w:type="dxa"/>
            </w:tcMar>
          </w:tcPr>
          <w:p w14:paraId="13FB788C" w14:textId="77777777" w:rsidR="00BE3DDD" w:rsidRPr="005829EA" w:rsidRDefault="008766B2">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t>....................................................................................</w:t>
            </w:r>
            <w:r w:rsidR="00A36E93" w:rsidRPr="005829EA">
              <w:rPr>
                <w:rFonts w:ascii="Times New Roman" w:hAnsi="Times New Roman" w:cs="Times New Roman"/>
                <w:color w:val="000000" w:themeColor="text1"/>
              </w:rPr>
              <w:t>............................</w:t>
            </w:r>
          </w:p>
        </w:tc>
      </w:tr>
      <w:tr w:rsidR="005829EA" w:rsidRPr="005829EA" w14:paraId="243EF649" w14:textId="77777777" w:rsidTr="005829EA">
        <w:trPr>
          <w:trHeight w:val="252"/>
          <w:jc w:val="center"/>
        </w:trPr>
        <w:tc>
          <w:tcPr>
            <w:tcW w:w="2805" w:type="dxa"/>
            <w:tcMar>
              <w:top w:w="80" w:type="dxa"/>
              <w:left w:w="120" w:type="dxa"/>
              <w:bottom w:w="80" w:type="dxa"/>
              <w:right w:w="120" w:type="dxa"/>
            </w:tcMar>
          </w:tcPr>
          <w:p w14:paraId="59779D47" w14:textId="77777777" w:rsidR="00BE3DDD" w:rsidRPr="005829EA" w:rsidRDefault="008766B2">
            <w:pPr>
              <w:spacing w:after="0"/>
              <w:rPr>
                <w:rFonts w:ascii="Times New Roman" w:hAnsi="Times New Roman" w:cs="Times New Roman"/>
                <w:color w:val="000000" w:themeColor="text1"/>
              </w:rPr>
            </w:pPr>
            <w:r w:rsidRPr="005829EA">
              <w:rPr>
                <w:rFonts w:ascii="Times New Roman" w:hAnsi="Times New Roman" w:cs="Times New Roman"/>
                <w:b/>
                <w:color w:val="000000" w:themeColor="text1"/>
              </w:rPr>
              <w:t xml:space="preserve">Genel </w:t>
            </w:r>
            <w:proofErr w:type="spellStart"/>
            <w:r w:rsidRPr="005829EA">
              <w:rPr>
                <w:rFonts w:ascii="Times New Roman" w:hAnsi="Times New Roman" w:cs="Times New Roman"/>
                <w:b/>
                <w:color w:val="000000" w:themeColor="text1"/>
              </w:rPr>
              <w:t>Kurul</w:t>
            </w:r>
            <w:proofErr w:type="spellEnd"/>
            <w:r w:rsidRPr="005829EA">
              <w:rPr>
                <w:rFonts w:ascii="Times New Roman" w:hAnsi="Times New Roman" w:cs="Times New Roman"/>
                <w:b/>
                <w:color w:val="000000" w:themeColor="text1"/>
              </w:rPr>
              <w:t xml:space="preserve"> </w:t>
            </w:r>
            <w:proofErr w:type="spellStart"/>
            <w:r w:rsidRPr="005829EA">
              <w:rPr>
                <w:rFonts w:ascii="Times New Roman" w:hAnsi="Times New Roman" w:cs="Times New Roman"/>
                <w:b/>
                <w:color w:val="000000" w:themeColor="text1"/>
              </w:rPr>
              <w:t>Tarihi</w:t>
            </w:r>
            <w:proofErr w:type="spellEnd"/>
            <w:r w:rsidRPr="005829EA">
              <w:rPr>
                <w:rFonts w:ascii="Times New Roman" w:hAnsi="Times New Roman" w:cs="Times New Roman"/>
                <w:b/>
                <w:color w:val="000000" w:themeColor="text1"/>
              </w:rPr>
              <w:t xml:space="preserve"> </w:t>
            </w:r>
            <w:proofErr w:type="spellStart"/>
            <w:r w:rsidRPr="005829EA">
              <w:rPr>
                <w:rFonts w:ascii="Times New Roman" w:hAnsi="Times New Roman" w:cs="Times New Roman"/>
                <w:b/>
                <w:color w:val="000000" w:themeColor="text1"/>
              </w:rPr>
              <w:t>ve</w:t>
            </w:r>
            <w:proofErr w:type="spellEnd"/>
            <w:r w:rsidRPr="005829EA">
              <w:rPr>
                <w:rFonts w:ascii="Times New Roman" w:hAnsi="Times New Roman" w:cs="Times New Roman"/>
                <w:b/>
                <w:color w:val="000000" w:themeColor="text1"/>
              </w:rPr>
              <w:t xml:space="preserve"> Saati:</w:t>
            </w:r>
          </w:p>
        </w:tc>
        <w:tc>
          <w:tcPr>
            <w:tcW w:w="6840" w:type="dxa"/>
            <w:tcMar>
              <w:top w:w="80" w:type="dxa"/>
              <w:left w:w="120" w:type="dxa"/>
              <w:bottom w:w="80" w:type="dxa"/>
              <w:right w:w="120" w:type="dxa"/>
            </w:tcMar>
          </w:tcPr>
          <w:p w14:paraId="5CD9A294" w14:textId="77777777" w:rsidR="00BE3DDD" w:rsidRPr="005829EA" w:rsidRDefault="00A36E93">
            <w:pPr>
              <w:spacing w:after="0"/>
              <w:rPr>
                <w:rFonts w:ascii="Times New Roman" w:hAnsi="Times New Roman" w:cs="Times New Roman"/>
                <w:color w:val="000000" w:themeColor="text1"/>
              </w:rPr>
            </w:pPr>
            <w:r w:rsidRPr="005829EA">
              <w:rPr>
                <w:rFonts w:ascii="Times New Roman" w:hAnsi="Times New Roman" w:cs="Times New Roman"/>
                <w:b/>
                <w:color w:val="000000" w:themeColor="text1"/>
              </w:rPr>
              <w:t>Tarih</w:t>
            </w:r>
            <w:r w:rsidRPr="005829EA">
              <w:rPr>
                <w:rFonts w:ascii="Times New Roman" w:hAnsi="Times New Roman" w:cs="Times New Roman"/>
                <w:color w:val="000000" w:themeColor="text1"/>
              </w:rPr>
              <w:t xml:space="preserve">: </w:t>
            </w:r>
            <w:r w:rsidR="008766B2" w:rsidRPr="005829EA">
              <w:rPr>
                <w:rFonts w:ascii="Times New Roman" w:hAnsi="Times New Roman" w:cs="Times New Roman"/>
                <w:color w:val="000000" w:themeColor="text1"/>
              </w:rPr>
              <w:t xml:space="preserve">..... / ..... / 2026 </w:t>
            </w:r>
            <w:proofErr w:type="gramStart"/>
            <w:r w:rsidR="008766B2" w:rsidRPr="005829EA">
              <w:rPr>
                <w:rFonts w:ascii="Times New Roman" w:hAnsi="Times New Roman" w:cs="Times New Roman"/>
                <w:color w:val="000000" w:themeColor="text1"/>
              </w:rPr>
              <w:t xml:space="preserve">- </w:t>
            </w:r>
            <w:r w:rsidRPr="005829EA">
              <w:rPr>
                <w:rFonts w:ascii="Times New Roman" w:hAnsi="Times New Roman" w:cs="Times New Roman"/>
                <w:color w:val="000000" w:themeColor="text1"/>
              </w:rPr>
              <w:t xml:space="preserve"> </w:t>
            </w:r>
            <w:r w:rsidRPr="005829EA">
              <w:rPr>
                <w:rFonts w:ascii="Times New Roman" w:hAnsi="Times New Roman" w:cs="Times New Roman"/>
                <w:b/>
                <w:color w:val="000000" w:themeColor="text1"/>
              </w:rPr>
              <w:t>Saat</w:t>
            </w:r>
            <w:proofErr w:type="gramEnd"/>
            <w:r w:rsidR="008766B2" w:rsidRPr="005829EA">
              <w:rPr>
                <w:rFonts w:ascii="Times New Roman" w:hAnsi="Times New Roman" w:cs="Times New Roman"/>
                <w:b/>
                <w:color w:val="000000" w:themeColor="text1"/>
              </w:rPr>
              <w:t>:</w:t>
            </w:r>
            <w:r w:rsidR="008766B2" w:rsidRPr="005829EA">
              <w:rPr>
                <w:rFonts w:ascii="Times New Roman" w:hAnsi="Times New Roman" w:cs="Times New Roman"/>
                <w:color w:val="000000" w:themeColor="text1"/>
              </w:rPr>
              <w:t xml:space="preserve"> </w:t>
            </w:r>
            <w:proofErr w:type="gramStart"/>
            <w:r w:rsidR="008766B2" w:rsidRPr="005829EA">
              <w:rPr>
                <w:rFonts w:ascii="Times New Roman" w:hAnsi="Times New Roman" w:cs="Times New Roman"/>
                <w:color w:val="000000" w:themeColor="text1"/>
              </w:rPr>
              <w:t>.....</w:t>
            </w:r>
            <w:proofErr w:type="gramEnd"/>
            <w:r w:rsidR="008766B2" w:rsidRPr="005829EA">
              <w:rPr>
                <w:rFonts w:ascii="Times New Roman" w:hAnsi="Times New Roman" w:cs="Times New Roman"/>
                <w:color w:val="000000" w:themeColor="text1"/>
              </w:rPr>
              <w:t xml:space="preserve"> : </w:t>
            </w:r>
            <w:proofErr w:type="gramStart"/>
            <w:r w:rsidR="008766B2" w:rsidRPr="005829EA">
              <w:rPr>
                <w:rFonts w:ascii="Times New Roman" w:hAnsi="Times New Roman" w:cs="Times New Roman"/>
                <w:color w:val="000000" w:themeColor="text1"/>
              </w:rPr>
              <w:t>.....</w:t>
            </w:r>
            <w:proofErr w:type="gramEnd"/>
          </w:p>
        </w:tc>
      </w:tr>
      <w:tr w:rsidR="005829EA" w:rsidRPr="005829EA" w14:paraId="70B03397" w14:textId="77777777" w:rsidTr="005829EA">
        <w:trPr>
          <w:trHeight w:val="252"/>
          <w:jc w:val="center"/>
        </w:trPr>
        <w:tc>
          <w:tcPr>
            <w:tcW w:w="2805" w:type="dxa"/>
            <w:tcMar>
              <w:top w:w="80" w:type="dxa"/>
              <w:left w:w="120" w:type="dxa"/>
              <w:bottom w:w="80" w:type="dxa"/>
              <w:right w:w="120" w:type="dxa"/>
            </w:tcMar>
          </w:tcPr>
          <w:p w14:paraId="1E7B254A" w14:textId="77777777" w:rsidR="00BE3DDD" w:rsidRPr="005829EA" w:rsidRDefault="008766B2">
            <w:pPr>
              <w:spacing w:after="0"/>
              <w:rPr>
                <w:rFonts w:ascii="Times New Roman" w:hAnsi="Times New Roman" w:cs="Times New Roman"/>
                <w:color w:val="000000" w:themeColor="text1"/>
              </w:rPr>
            </w:pPr>
            <w:proofErr w:type="spellStart"/>
            <w:r w:rsidRPr="005829EA">
              <w:rPr>
                <w:rFonts w:ascii="Times New Roman" w:hAnsi="Times New Roman" w:cs="Times New Roman"/>
                <w:b/>
                <w:color w:val="000000" w:themeColor="text1"/>
              </w:rPr>
              <w:t>Toplantı</w:t>
            </w:r>
            <w:proofErr w:type="spellEnd"/>
            <w:r w:rsidRPr="005829EA">
              <w:rPr>
                <w:rFonts w:ascii="Times New Roman" w:hAnsi="Times New Roman" w:cs="Times New Roman"/>
                <w:b/>
                <w:color w:val="000000" w:themeColor="text1"/>
              </w:rPr>
              <w:t xml:space="preserve"> Yeri ve Türü:</w:t>
            </w:r>
          </w:p>
        </w:tc>
        <w:tc>
          <w:tcPr>
            <w:tcW w:w="6840" w:type="dxa"/>
            <w:tcMar>
              <w:top w:w="80" w:type="dxa"/>
              <w:left w:w="120" w:type="dxa"/>
              <w:bottom w:w="80" w:type="dxa"/>
              <w:right w:w="120" w:type="dxa"/>
            </w:tcMar>
          </w:tcPr>
          <w:p w14:paraId="75524865" w14:textId="77777777" w:rsidR="00BE3DDD" w:rsidRPr="005829EA" w:rsidRDefault="008766B2">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t>................................................................... ( Olağan / Olağanüstü )</w:t>
            </w:r>
          </w:p>
        </w:tc>
      </w:tr>
      <w:tr w:rsidR="005829EA" w:rsidRPr="005829EA" w14:paraId="392E0AE2" w14:textId="77777777" w:rsidTr="005829EA">
        <w:trPr>
          <w:trHeight w:val="252"/>
          <w:jc w:val="center"/>
        </w:trPr>
        <w:tc>
          <w:tcPr>
            <w:tcW w:w="2805" w:type="dxa"/>
            <w:tcMar>
              <w:top w:w="80" w:type="dxa"/>
              <w:left w:w="120" w:type="dxa"/>
              <w:bottom w:w="80" w:type="dxa"/>
              <w:right w:w="120" w:type="dxa"/>
            </w:tcMar>
          </w:tcPr>
          <w:p w14:paraId="32B80D16" w14:textId="77777777" w:rsidR="00BE3DDD" w:rsidRPr="005829EA" w:rsidRDefault="008766B2">
            <w:pPr>
              <w:spacing w:after="0"/>
              <w:rPr>
                <w:rFonts w:ascii="Times New Roman" w:hAnsi="Times New Roman" w:cs="Times New Roman"/>
                <w:color w:val="000000" w:themeColor="text1"/>
              </w:rPr>
            </w:pPr>
            <w:proofErr w:type="spellStart"/>
            <w:r w:rsidRPr="005829EA">
              <w:rPr>
                <w:rFonts w:ascii="Times New Roman" w:hAnsi="Times New Roman" w:cs="Times New Roman"/>
                <w:b/>
                <w:color w:val="000000" w:themeColor="text1"/>
              </w:rPr>
              <w:t>Toplantı</w:t>
            </w:r>
            <w:proofErr w:type="spellEnd"/>
            <w:r w:rsidRPr="005829EA">
              <w:rPr>
                <w:rFonts w:ascii="Times New Roman" w:hAnsi="Times New Roman" w:cs="Times New Roman"/>
                <w:b/>
                <w:color w:val="000000" w:themeColor="text1"/>
              </w:rPr>
              <w:t xml:space="preserve"> Yeter Sayısı:</w:t>
            </w:r>
          </w:p>
        </w:tc>
        <w:tc>
          <w:tcPr>
            <w:tcW w:w="6840" w:type="dxa"/>
            <w:tcMar>
              <w:top w:w="80" w:type="dxa"/>
              <w:left w:w="120" w:type="dxa"/>
              <w:bottom w:w="80" w:type="dxa"/>
              <w:right w:w="120" w:type="dxa"/>
            </w:tcMar>
          </w:tcPr>
          <w:p w14:paraId="59DAC7C1" w14:textId="77777777" w:rsidR="00BE3DDD" w:rsidRPr="005829EA" w:rsidRDefault="008766B2">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t>Toplam Üye Sayısı: ....</w:t>
            </w:r>
            <w:r w:rsidR="00A36E93" w:rsidRPr="005829EA">
              <w:rPr>
                <w:rFonts w:ascii="Times New Roman" w:hAnsi="Times New Roman" w:cs="Times New Roman"/>
                <w:color w:val="000000" w:themeColor="text1"/>
              </w:rPr>
              <w:t>..</w:t>
            </w:r>
            <w:r w:rsidR="001002D9">
              <w:rPr>
                <w:rFonts w:ascii="Times New Roman" w:hAnsi="Times New Roman" w:cs="Times New Roman"/>
                <w:color w:val="000000" w:themeColor="text1"/>
              </w:rPr>
              <w:t xml:space="preserve">.  | </w:t>
            </w:r>
            <w:proofErr w:type="spellStart"/>
            <w:r w:rsidRPr="005829EA">
              <w:rPr>
                <w:rFonts w:ascii="Times New Roman" w:hAnsi="Times New Roman" w:cs="Times New Roman"/>
                <w:color w:val="000000" w:themeColor="text1"/>
              </w:rPr>
              <w:t>Katılan</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Üye</w:t>
            </w:r>
            <w:proofErr w:type="spellEnd"/>
            <w:r w:rsidRPr="005829EA">
              <w:rPr>
                <w:rFonts w:ascii="Times New Roman" w:hAnsi="Times New Roman" w:cs="Times New Roman"/>
                <w:color w:val="000000" w:themeColor="text1"/>
              </w:rPr>
              <w:t xml:space="preserve"> Sayısı: ....</w:t>
            </w:r>
            <w:r w:rsidR="00A36E93" w:rsidRPr="005829EA">
              <w:rPr>
                <w:rFonts w:ascii="Times New Roman" w:hAnsi="Times New Roman" w:cs="Times New Roman"/>
                <w:color w:val="000000" w:themeColor="text1"/>
              </w:rPr>
              <w:t>..</w:t>
            </w:r>
            <w:r w:rsidRPr="005829EA">
              <w:rPr>
                <w:rFonts w:ascii="Times New Roman" w:hAnsi="Times New Roman" w:cs="Times New Roman"/>
                <w:color w:val="000000" w:themeColor="text1"/>
              </w:rPr>
              <w:t>.  (Çoğunluk Sağlandı)</w:t>
            </w:r>
          </w:p>
        </w:tc>
      </w:tr>
      <w:tr w:rsidR="005829EA" w:rsidRPr="005829EA" w14:paraId="4F48CFF1" w14:textId="77777777" w:rsidTr="005829EA">
        <w:trPr>
          <w:trHeight w:val="492"/>
          <w:jc w:val="center"/>
        </w:trPr>
        <w:tc>
          <w:tcPr>
            <w:tcW w:w="2805" w:type="dxa"/>
            <w:tcMar>
              <w:top w:w="80" w:type="dxa"/>
              <w:left w:w="120" w:type="dxa"/>
              <w:bottom w:w="80" w:type="dxa"/>
              <w:right w:w="120" w:type="dxa"/>
            </w:tcMar>
          </w:tcPr>
          <w:p w14:paraId="36645CCA" w14:textId="77777777" w:rsidR="00BE3DDD" w:rsidRPr="005829EA" w:rsidRDefault="008766B2">
            <w:pPr>
              <w:spacing w:after="0"/>
              <w:rPr>
                <w:rFonts w:ascii="Times New Roman" w:hAnsi="Times New Roman" w:cs="Times New Roman"/>
                <w:color w:val="000000" w:themeColor="text1"/>
              </w:rPr>
            </w:pPr>
            <w:proofErr w:type="spellStart"/>
            <w:r w:rsidRPr="005829EA">
              <w:rPr>
                <w:rFonts w:ascii="Times New Roman" w:hAnsi="Times New Roman" w:cs="Times New Roman"/>
                <w:b/>
                <w:color w:val="000000" w:themeColor="text1"/>
              </w:rPr>
              <w:t>Gündem</w:t>
            </w:r>
            <w:proofErr w:type="spellEnd"/>
            <w:r w:rsidRPr="005829EA">
              <w:rPr>
                <w:rFonts w:ascii="Times New Roman" w:hAnsi="Times New Roman" w:cs="Times New Roman"/>
                <w:b/>
                <w:color w:val="000000" w:themeColor="text1"/>
              </w:rPr>
              <w:t xml:space="preserve"> Maddesi:</w:t>
            </w:r>
          </w:p>
        </w:tc>
        <w:tc>
          <w:tcPr>
            <w:tcW w:w="6840" w:type="dxa"/>
            <w:tcMar>
              <w:top w:w="80" w:type="dxa"/>
              <w:left w:w="120" w:type="dxa"/>
              <w:bottom w:w="80" w:type="dxa"/>
              <w:right w:w="120" w:type="dxa"/>
            </w:tcMar>
          </w:tcPr>
          <w:p w14:paraId="43487F4F" w14:textId="77777777" w:rsidR="00BE3DDD" w:rsidRPr="005829EA" w:rsidRDefault="008766B2">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t>Yönetim ve Denetleme Kurulu Seçimi ve Yeni Topluluk Başkanının Belirlenmesi</w:t>
            </w:r>
          </w:p>
        </w:tc>
      </w:tr>
    </w:tbl>
    <w:p w14:paraId="375E2D03" w14:textId="77777777" w:rsidR="00BE3DDD" w:rsidRPr="005829EA" w:rsidRDefault="00BE3DDD">
      <w:pPr>
        <w:spacing w:after="160"/>
        <w:rPr>
          <w:rFonts w:ascii="Times New Roman" w:hAnsi="Times New Roman" w:cs="Times New Roman"/>
          <w:color w:val="000000" w:themeColor="text1"/>
        </w:rPr>
      </w:pPr>
    </w:p>
    <w:p w14:paraId="32F1AB7A" w14:textId="77777777" w:rsidR="00BE3DDD" w:rsidRPr="005829EA" w:rsidRDefault="008766B2">
      <w:pPr>
        <w:spacing w:after="80"/>
        <w:rPr>
          <w:rFonts w:ascii="Times New Roman" w:hAnsi="Times New Roman" w:cs="Times New Roman"/>
          <w:color w:val="000000" w:themeColor="text1"/>
        </w:rPr>
      </w:pPr>
      <w:r w:rsidRPr="005829EA">
        <w:rPr>
          <w:rFonts w:ascii="Times New Roman" w:hAnsi="Times New Roman" w:cs="Times New Roman"/>
          <w:b/>
          <w:color w:val="000000" w:themeColor="text1"/>
        </w:rPr>
        <w:t>1. GENEL KURUL VE SEÇİM SÜRECİ ÖZETİ</w:t>
      </w:r>
    </w:p>
    <w:p w14:paraId="7C4C238F" w14:textId="77777777" w:rsidR="00BE3DDD" w:rsidRPr="005829EA" w:rsidRDefault="008766B2" w:rsidP="00A36E93">
      <w:pPr>
        <w:spacing w:after="240"/>
        <w:jc w:val="both"/>
        <w:rPr>
          <w:rFonts w:ascii="Times New Roman" w:hAnsi="Times New Roman" w:cs="Times New Roman"/>
          <w:color w:val="000000" w:themeColor="text1"/>
        </w:rPr>
      </w:pPr>
      <w:r w:rsidRPr="005829EA">
        <w:rPr>
          <w:rFonts w:ascii="Times New Roman" w:hAnsi="Times New Roman" w:cs="Times New Roman"/>
          <w:color w:val="000000" w:themeColor="text1"/>
        </w:rPr>
        <w:t xml:space="preserve">Konya Gıda ve Tarım Üniversitesi Öğrenci Toplulukları Yönergesi'nin 12, 13 ve 14. maddelerine uygun olarak Genel Kurul toplantısı yukarıda belirtilen tarih ve yerde gerçekleştirilmiştir. Toplantıda gizli oy, açık </w:t>
      </w:r>
      <w:proofErr w:type="spellStart"/>
      <w:r w:rsidRPr="005829EA">
        <w:rPr>
          <w:rFonts w:ascii="Times New Roman" w:hAnsi="Times New Roman" w:cs="Times New Roman"/>
          <w:color w:val="000000" w:themeColor="text1"/>
        </w:rPr>
        <w:t>tasnif</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usulü</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ile</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yapılan</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oylama</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sonucunda</w:t>
      </w:r>
      <w:proofErr w:type="spellEnd"/>
      <w:r w:rsidRPr="005829EA">
        <w:rPr>
          <w:rFonts w:ascii="Times New Roman" w:hAnsi="Times New Roman" w:cs="Times New Roman"/>
          <w:color w:val="000000" w:themeColor="text1"/>
        </w:rPr>
        <w:t xml:space="preserve"> </w:t>
      </w:r>
      <w:r w:rsidR="0085373B">
        <w:rPr>
          <w:rFonts w:ascii="Times New Roman" w:hAnsi="Times New Roman" w:cs="Times New Roman"/>
          <w:color w:val="000000" w:themeColor="text1"/>
        </w:rPr>
        <w:t xml:space="preserve">………. evet / …….. </w:t>
      </w:r>
      <w:proofErr w:type="spellStart"/>
      <w:r w:rsidR="0085373B">
        <w:rPr>
          <w:rFonts w:ascii="Times New Roman" w:hAnsi="Times New Roman" w:cs="Times New Roman"/>
          <w:color w:val="000000" w:themeColor="text1"/>
        </w:rPr>
        <w:t>hayır</w:t>
      </w:r>
      <w:proofErr w:type="spellEnd"/>
      <w:r w:rsidR="0085373B">
        <w:rPr>
          <w:rFonts w:ascii="Times New Roman" w:hAnsi="Times New Roman" w:cs="Times New Roman"/>
          <w:color w:val="000000" w:themeColor="text1"/>
        </w:rPr>
        <w:t xml:space="preserve"> </w:t>
      </w:r>
      <w:proofErr w:type="spellStart"/>
      <w:r w:rsidR="0085373B">
        <w:rPr>
          <w:rFonts w:ascii="Times New Roman" w:hAnsi="Times New Roman" w:cs="Times New Roman"/>
          <w:color w:val="000000" w:themeColor="text1"/>
        </w:rPr>
        <w:t>ile</w:t>
      </w:r>
      <w:proofErr w:type="spellEnd"/>
      <w:r w:rsidR="0085373B">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Yönetim</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Kurulu</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ve</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Denetleme</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Kurulu</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asil</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ve</w:t>
      </w:r>
      <w:proofErr w:type="spellEnd"/>
      <w:r w:rsidRPr="005829EA">
        <w:rPr>
          <w:rFonts w:ascii="Times New Roman" w:hAnsi="Times New Roman" w:cs="Times New Roman"/>
          <w:color w:val="000000" w:themeColor="text1"/>
        </w:rPr>
        <w:t xml:space="preserve"> yedek üyeleri seçilmiştir. Seçilen Yönetim Kurulu, yaptığı ilk toplantısında kendi arasında görev dağılımı yaparak Topluluk Başkanını ve diğer organ üyelerini oy birliği/oy çokluğu ile belirlemiştir.</w:t>
      </w:r>
    </w:p>
    <w:p w14:paraId="0FFD26A7" w14:textId="77777777" w:rsidR="00BE3DDD" w:rsidRPr="001002D9" w:rsidRDefault="008766B2">
      <w:pPr>
        <w:spacing w:after="120"/>
        <w:rPr>
          <w:rFonts w:ascii="Times New Roman" w:hAnsi="Times New Roman" w:cs="Times New Roman"/>
          <w:color w:val="auto"/>
        </w:rPr>
      </w:pPr>
      <w:r w:rsidRPr="001002D9">
        <w:rPr>
          <w:rFonts w:ascii="Times New Roman" w:hAnsi="Times New Roman" w:cs="Times New Roman"/>
          <w:b/>
          <w:color w:val="auto"/>
        </w:rPr>
        <w:t>2. SEÇİLEN YÖNETİM KURULU VE GÖREV DAĞILIMI</w:t>
      </w:r>
    </w:p>
    <w:tbl>
      <w:tblPr>
        <w:tblW w:w="9429"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972"/>
        <w:gridCol w:w="1276"/>
        <w:gridCol w:w="1754"/>
        <w:gridCol w:w="2127"/>
        <w:gridCol w:w="1300"/>
      </w:tblGrid>
      <w:tr w:rsidR="00A36E93" w:rsidRPr="005829EA" w14:paraId="379C3F88" w14:textId="77777777" w:rsidTr="001002D9">
        <w:trPr>
          <w:trHeight w:val="200"/>
          <w:jc w:val="center"/>
        </w:trPr>
        <w:tc>
          <w:tcPr>
            <w:tcW w:w="2972" w:type="dxa"/>
            <w:shd w:val="clear" w:color="auto" w:fill="002060"/>
          </w:tcPr>
          <w:p w14:paraId="7DC09853"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Görevi</w:t>
            </w:r>
            <w:proofErr w:type="spellEnd"/>
          </w:p>
        </w:tc>
        <w:tc>
          <w:tcPr>
            <w:tcW w:w="1276" w:type="dxa"/>
            <w:shd w:val="clear" w:color="auto" w:fill="002060"/>
          </w:tcPr>
          <w:p w14:paraId="60A0A92D"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Adı</w:t>
            </w:r>
            <w:proofErr w:type="spellEnd"/>
            <w:r w:rsidRPr="005829EA">
              <w:rPr>
                <w:rFonts w:ascii="Times New Roman" w:hAnsi="Times New Roman" w:cs="Times New Roman"/>
                <w:b/>
                <w:color w:val="FFFFFF"/>
              </w:rPr>
              <w:t xml:space="preserve"> </w:t>
            </w:r>
            <w:proofErr w:type="spellStart"/>
            <w:r w:rsidRPr="005829EA">
              <w:rPr>
                <w:rFonts w:ascii="Times New Roman" w:hAnsi="Times New Roman" w:cs="Times New Roman"/>
                <w:b/>
                <w:color w:val="FFFFFF"/>
              </w:rPr>
              <w:t>Soyadı</w:t>
            </w:r>
            <w:proofErr w:type="spellEnd"/>
          </w:p>
        </w:tc>
        <w:tc>
          <w:tcPr>
            <w:tcW w:w="1754" w:type="dxa"/>
            <w:shd w:val="clear" w:color="auto" w:fill="002060"/>
          </w:tcPr>
          <w:p w14:paraId="0E871B76" w14:textId="77777777" w:rsidR="00BE3DDD" w:rsidRPr="005829EA" w:rsidRDefault="008766B2">
            <w:pPr>
              <w:spacing w:after="0"/>
              <w:jc w:val="center"/>
              <w:rPr>
                <w:rFonts w:ascii="Times New Roman" w:hAnsi="Times New Roman" w:cs="Times New Roman"/>
              </w:rPr>
            </w:pPr>
            <w:r w:rsidRPr="005829EA">
              <w:rPr>
                <w:rFonts w:ascii="Times New Roman" w:hAnsi="Times New Roman" w:cs="Times New Roman"/>
                <w:b/>
                <w:color w:val="FFFFFF"/>
              </w:rPr>
              <w:t>Öğrenci No</w:t>
            </w:r>
          </w:p>
        </w:tc>
        <w:tc>
          <w:tcPr>
            <w:tcW w:w="2127" w:type="dxa"/>
            <w:shd w:val="clear" w:color="auto" w:fill="002060"/>
          </w:tcPr>
          <w:p w14:paraId="703537DC"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Fakülte</w:t>
            </w:r>
            <w:proofErr w:type="spellEnd"/>
            <w:r w:rsidRPr="005829EA">
              <w:rPr>
                <w:rFonts w:ascii="Times New Roman" w:hAnsi="Times New Roman" w:cs="Times New Roman"/>
                <w:b/>
                <w:color w:val="FFFFFF"/>
              </w:rPr>
              <w:t xml:space="preserve"> / </w:t>
            </w:r>
            <w:proofErr w:type="spellStart"/>
            <w:r w:rsidRPr="005829EA">
              <w:rPr>
                <w:rFonts w:ascii="Times New Roman" w:hAnsi="Times New Roman" w:cs="Times New Roman"/>
                <w:b/>
                <w:color w:val="FFFFFF"/>
              </w:rPr>
              <w:t>Bölüm</w:t>
            </w:r>
            <w:proofErr w:type="spellEnd"/>
          </w:p>
        </w:tc>
        <w:tc>
          <w:tcPr>
            <w:tcW w:w="1300" w:type="dxa"/>
            <w:shd w:val="clear" w:color="auto" w:fill="002060"/>
          </w:tcPr>
          <w:p w14:paraId="44ACE364"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İmza</w:t>
            </w:r>
            <w:proofErr w:type="spellEnd"/>
          </w:p>
        </w:tc>
      </w:tr>
      <w:tr w:rsidR="00A36E93" w:rsidRPr="005829EA" w14:paraId="282F5058" w14:textId="77777777" w:rsidTr="001002D9">
        <w:trPr>
          <w:trHeight w:val="340"/>
          <w:jc w:val="center"/>
        </w:trPr>
        <w:tc>
          <w:tcPr>
            <w:tcW w:w="2972" w:type="dxa"/>
            <w:tcMar>
              <w:top w:w="60" w:type="dxa"/>
              <w:left w:w="60" w:type="dxa"/>
              <w:bottom w:w="60" w:type="dxa"/>
              <w:right w:w="60" w:type="dxa"/>
            </w:tcMar>
          </w:tcPr>
          <w:p w14:paraId="003E13D6" w14:textId="77777777" w:rsidR="00BE3DDD" w:rsidRPr="001002D9" w:rsidRDefault="008766B2">
            <w:pPr>
              <w:spacing w:after="0"/>
              <w:rPr>
                <w:rFonts w:ascii="Times New Roman" w:hAnsi="Times New Roman" w:cs="Times New Roman"/>
                <w:color w:val="000000" w:themeColor="text1"/>
              </w:rPr>
            </w:pPr>
            <w:proofErr w:type="spellStart"/>
            <w:r w:rsidRPr="001002D9">
              <w:rPr>
                <w:rFonts w:ascii="Times New Roman" w:hAnsi="Times New Roman" w:cs="Times New Roman"/>
                <w:b/>
                <w:color w:val="000000" w:themeColor="text1"/>
              </w:rPr>
              <w:t>Topluluk</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Başkanı</w:t>
            </w:r>
            <w:proofErr w:type="spellEnd"/>
          </w:p>
        </w:tc>
        <w:tc>
          <w:tcPr>
            <w:tcW w:w="1276" w:type="dxa"/>
            <w:tcMar>
              <w:top w:w="60" w:type="dxa"/>
              <w:left w:w="60" w:type="dxa"/>
              <w:bottom w:w="60" w:type="dxa"/>
              <w:right w:w="60" w:type="dxa"/>
            </w:tcMar>
          </w:tcPr>
          <w:p w14:paraId="688B9A88" w14:textId="77777777" w:rsidR="00BE3DDD" w:rsidRPr="001002D9" w:rsidRDefault="00BE3DDD">
            <w:pPr>
              <w:rPr>
                <w:rFonts w:ascii="Times New Roman" w:hAnsi="Times New Roman" w:cs="Times New Roman"/>
                <w:color w:val="000000" w:themeColor="text1"/>
              </w:rPr>
            </w:pPr>
          </w:p>
        </w:tc>
        <w:tc>
          <w:tcPr>
            <w:tcW w:w="1754" w:type="dxa"/>
            <w:tcMar>
              <w:top w:w="60" w:type="dxa"/>
              <w:left w:w="60" w:type="dxa"/>
              <w:bottom w:w="60" w:type="dxa"/>
              <w:right w:w="60" w:type="dxa"/>
            </w:tcMar>
          </w:tcPr>
          <w:p w14:paraId="4EB4508A" w14:textId="77777777" w:rsidR="00BE3DDD" w:rsidRPr="005829EA" w:rsidRDefault="00BE3DDD">
            <w:pPr>
              <w:rPr>
                <w:rFonts w:ascii="Times New Roman" w:hAnsi="Times New Roman" w:cs="Times New Roman"/>
              </w:rPr>
            </w:pPr>
          </w:p>
        </w:tc>
        <w:tc>
          <w:tcPr>
            <w:tcW w:w="2127" w:type="dxa"/>
            <w:tcMar>
              <w:top w:w="60" w:type="dxa"/>
              <w:left w:w="60" w:type="dxa"/>
              <w:bottom w:w="60" w:type="dxa"/>
              <w:right w:w="60" w:type="dxa"/>
            </w:tcMar>
          </w:tcPr>
          <w:p w14:paraId="76828D08" w14:textId="77777777" w:rsidR="00BE3DDD" w:rsidRPr="005829EA" w:rsidRDefault="00BE3DDD">
            <w:pPr>
              <w:rPr>
                <w:rFonts w:ascii="Times New Roman" w:hAnsi="Times New Roman" w:cs="Times New Roman"/>
              </w:rPr>
            </w:pPr>
          </w:p>
        </w:tc>
        <w:tc>
          <w:tcPr>
            <w:tcW w:w="1300" w:type="dxa"/>
            <w:tcMar>
              <w:top w:w="60" w:type="dxa"/>
              <w:left w:w="60" w:type="dxa"/>
              <w:bottom w:w="60" w:type="dxa"/>
              <w:right w:w="60" w:type="dxa"/>
            </w:tcMar>
          </w:tcPr>
          <w:p w14:paraId="09695004" w14:textId="77777777" w:rsidR="00BE3DDD" w:rsidRPr="005829EA" w:rsidRDefault="00BE3DDD">
            <w:pPr>
              <w:rPr>
                <w:rFonts w:ascii="Times New Roman" w:hAnsi="Times New Roman" w:cs="Times New Roman"/>
              </w:rPr>
            </w:pPr>
          </w:p>
        </w:tc>
      </w:tr>
      <w:tr w:rsidR="00A36E93" w:rsidRPr="005829EA" w14:paraId="3DFC618A" w14:textId="77777777" w:rsidTr="001002D9">
        <w:trPr>
          <w:trHeight w:val="331"/>
          <w:jc w:val="center"/>
        </w:trPr>
        <w:tc>
          <w:tcPr>
            <w:tcW w:w="2972" w:type="dxa"/>
            <w:tcMar>
              <w:top w:w="60" w:type="dxa"/>
              <w:left w:w="60" w:type="dxa"/>
              <w:bottom w:w="60" w:type="dxa"/>
              <w:right w:w="60" w:type="dxa"/>
            </w:tcMar>
          </w:tcPr>
          <w:p w14:paraId="3A29FDDC" w14:textId="77777777" w:rsidR="00BE3DDD" w:rsidRPr="001002D9" w:rsidRDefault="008766B2">
            <w:pPr>
              <w:spacing w:after="0"/>
              <w:rPr>
                <w:rFonts w:ascii="Times New Roman" w:hAnsi="Times New Roman" w:cs="Times New Roman"/>
                <w:color w:val="000000" w:themeColor="text1"/>
              </w:rPr>
            </w:pPr>
            <w:r w:rsidRPr="001002D9">
              <w:rPr>
                <w:rFonts w:ascii="Times New Roman" w:hAnsi="Times New Roman" w:cs="Times New Roman"/>
                <w:b/>
                <w:color w:val="000000" w:themeColor="text1"/>
              </w:rPr>
              <w:t xml:space="preserve">Başkan </w:t>
            </w:r>
            <w:proofErr w:type="spellStart"/>
            <w:r w:rsidRPr="001002D9">
              <w:rPr>
                <w:rFonts w:ascii="Times New Roman" w:hAnsi="Times New Roman" w:cs="Times New Roman"/>
                <w:b/>
                <w:color w:val="000000" w:themeColor="text1"/>
              </w:rPr>
              <w:t>Yardımcısı</w:t>
            </w:r>
            <w:proofErr w:type="spellEnd"/>
            <w:r w:rsidRPr="001002D9">
              <w:rPr>
                <w:rFonts w:ascii="Times New Roman" w:hAnsi="Times New Roman" w:cs="Times New Roman"/>
                <w:b/>
                <w:color w:val="000000" w:themeColor="text1"/>
              </w:rPr>
              <w:t xml:space="preserve"> (1)</w:t>
            </w:r>
          </w:p>
        </w:tc>
        <w:tc>
          <w:tcPr>
            <w:tcW w:w="1276" w:type="dxa"/>
            <w:tcMar>
              <w:top w:w="60" w:type="dxa"/>
              <w:left w:w="60" w:type="dxa"/>
              <w:bottom w:w="60" w:type="dxa"/>
              <w:right w:w="60" w:type="dxa"/>
            </w:tcMar>
          </w:tcPr>
          <w:p w14:paraId="77FCBC1B" w14:textId="77777777" w:rsidR="00BE3DDD" w:rsidRPr="001002D9" w:rsidRDefault="00BE3DDD">
            <w:pPr>
              <w:rPr>
                <w:rFonts w:ascii="Times New Roman" w:hAnsi="Times New Roman" w:cs="Times New Roman"/>
                <w:color w:val="000000" w:themeColor="text1"/>
              </w:rPr>
            </w:pPr>
          </w:p>
        </w:tc>
        <w:tc>
          <w:tcPr>
            <w:tcW w:w="1754" w:type="dxa"/>
            <w:tcMar>
              <w:top w:w="60" w:type="dxa"/>
              <w:left w:w="60" w:type="dxa"/>
              <w:bottom w:w="60" w:type="dxa"/>
              <w:right w:w="60" w:type="dxa"/>
            </w:tcMar>
          </w:tcPr>
          <w:p w14:paraId="35C95A2F" w14:textId="77777777" w:rsidR="00BE3DDD" w:rsidRPr="005829EA" w:rsidRDefault="00BE3DDD">
            <w:pPr>
              <w:rPr>
                <w:rFonts w:ascii="Times New Roman" w:hAnsi="Times New Roman" w:cs="Times New Roman"/>
              </w:rPr>
            </w:pPr>
          </w:p>
        </w:tc>
        <w:tc>
          <w:tcPr>
            <w:tcW w:w="2127" w:type="dxa"/>
            <w:tcMar>
              <w:top w:w="60" w:type="dxa"/>
              <w:left w:w="60" w:type="dxa"/>
              <w:bottom w:w="60" w:type="dxa"/>
              <w:right w:w="60" w:type="dxa"/>
            </w:tcMar>
          </w:tcPr>
          <w:p w14:paraId="08959904" w14:textId="77777777" w:rsidR="00BE3DDD" w:rsidRPr="005829EA" w:rsidRDefault="00BE3DDD">
            <w:pPr>
              <w:rPr>
                <w:rFonts w:ascii="Times New Roman" w:hAnsi="Times New Roman" w:cs="Times New Roman"/>
              </w:rPr>
            </w:pPr>
          </w:p>
        </w:tc>
        <w:tc>
          <w:tcPr>
            <w:tcW w:w="1300" w:type="dxa"/>
            <w:tcMar>
              <w:top w:w="60" w:type="dxa"/>
              <w:left w:w="60" w:type="dxa"/>
              <w:bottom w:w="60" w:type="dxa"/>
              <w:right w:w="60" w:type="dxa"/>
            </w:tcMar>
          </w:tcPr>
          <w:p w14:paraId="6E1BDD0E" w14:textId="77777777" w:rsidR="00BE3DDD" w:rsidRPr="005829EA" w:rsidRDefault="00BE3DDD">
            <w:pPr>
              <w:rPr>
                <w:rFonts w:ascii="Times New Roman" w:hAnsi="Times New Roman" w:cs="Times New Roman"/>
              </w:rPr>
            </w:pPr>
          </w:p>
        </w:tc>
      </w:tr>
      <w:tr w:rsidR="00A36E93" w:rsidRPr="005829EA" w14:paraId="4B5D8E4C" w14:textId="77777777" w:rsidTr="001002D9">
        <w:trPr>
          <w:trHeight w:val="334"/>
          <w:jc w:val="center"/>
        </w:trPr>
        <w:tc>
          <w:tcPr>
            <w:tcW w:w="2972" w:type="dxa"/>
            <w:tcMar>
              <w:top w:w="60" w:type="dxa"/>
              <w:left w:w="60" w:type="dxa"/>
              <w:bottom w:w="60" w:type="dxa"/>
              <w:right w:w="60" w:type="dxa"/>
            </w:tcMar>
          </w:tcPr>
          <w:p w14:paraId="1636C3ED" w14:textId="77777777" w:rsidR="00BE3DDD" w:rsidRPr="001002D9" w:rsidRDefault="008766B2">
            <w:pPr>
              <w:spacing w:after="0"/>
              <w:rPr>
                <w:rFonts w:ascii="Times New Roman" w:hAnsi="Times New Roman" w:cs="Times New Roman"/>
                <w:color w:val="000000" w:themeColor="text1"/>
              </w:rPr>
            </w:pPr>
            <w:r w:rsidRPr="001002D9">
              <w:rPr>
                <w:rFonts w:ascii="Times New Roman" w:hAnsi="Times New Roman" w:cs="Times New Roman"/>
                <w:b/>
                <w:color w:val="000000" w:themeColor="text1"/>
              </w:rPr>
              <w:t xml:space="preserve">Başkan </w:t>
            </w:r>
            <w:proofErr w:type="spellStart"/>
            <w:r w:rsidRPr="001002D9">
              <w:rPr>
                <w:rFonts w:ascii="Times New Roman" w:hAnsi="Times New Roman" w:cs="Times New Roman"/>
                <w:b/>
                <w:color w:val="000000" w:themeColor="text1"/>
              </w:rPr>
              <w:t>Yardımcısı</w:t>
            </w:r>
            <w:proofErr w:type="spellEnd"/>
            <w:r w:rsidRPr="001002D9">
              <w:rPr>
                <w:rFonts w:ascii="Times New Roman" w:hAnsi="Times New Roman" w:cs="Times New Roman"/>
                <w:b/>
                <w:color w:val="000000" w:themeColor="text1"/>
              </w:rPr>
              <w:t xml:space="preserve"> (2)</w:t>
            </w:r>
          </w:p>
        </w:tc>
        <w:tc>
          <w:tcPr>
            <w:tcW w:w="1276" w:type="dxa"/>
            <w:tcMar>
              <w:top w:w="60" w:type="dxa"/>
              <w:left w:w="60" w:type="dxa"/>
              <w:bottom w:w="60" w:type="dxa"/>
              <w:right w:w="60" w:type="dxa"/>
            </w:tcMar>
          </w:tcPr>
          <w:p w14:paraId="4E0717F0" w14:textId="77777777" w:rsidR="00BE3DDD" w:rsidRPr="001002D9" w:rsidRDefault="00BE3DDD">
            <w:pPr>
              <w:rPr>
                <w:rFonts w:ascii="Times New Roman" w:hAnsi="Times New Roman" w:cs="Times New Roman"/>
                <w:color w:val="000000" w:themeColor="text1"/>
              </w:rPr>
            </w:pPr>
          </w:p>
        </w:tc>
        <w:tc>
          <w:tcPr>
            <w:tcW w:w="1754" w:type="dxa"/>
            <w:tcMar>
              <w:top w:w="60" w:type="dxa"/>
              <w:left w:w="60" w:type="dxa"/>
              <w:bottom w:w="60" w:type="dxa"/>
              <w:right w:w="60" w:type="dxa"/>
            </w:tcMar>
          </w:tcPr>
          <w:p w14:paraId="012E3EEA" w14:textId="77777777" w:rsidR="00BE3DDD" w:rsidRPr="005829EA" w:rsidRDefault="00BE3DDD">
            <w:pPr>
              <w:rPr>
                <w:rFonts w:ascii="Times New Roman" w:hAnsi="Times New Roman" w:cs="Times New Roman"/>
              </w:rPr>
            </w:pPr>
          </w:p>
        </w:tc>
        <w:tc>
          <w:tcPr>
            <w:tcW w:w="2127" w:type="dxa"/>
            <w:tcMar>
              <w:top w:w="60" w:type="dxa"/>
              <w:left w:w="60" w:type="dxa"/>
              <w:bottom w:w="60" w:type="dxa"/>
              <w:right w:w="60" w:type="dxa"/>
            </w:tcMar>
          </w:tcPr>
          <w:p w14:paraId="6630399F" w14:textId="77777777" w:rsidR="00BE3DDD" w:rsidRPr="005829EA" w:rsidRDefault="00BE3DDD">
            <w:pPr>
              <w:rPr>
                <w:rFonts w:ascii="Times New Roman" w:hAnsi="Times New Roman" w:cs="Times New Roman"/>
              </w:rPr>
            </w:pPr>
          </w:p>
        </w:tc>
        <w:tc>
          <w:tcPr>
            <w:tcW w:w="1300" w:type="dxa"/>
            <w:tcMar>
              <w:top w:w="60" w:type="dxa"/>
              <w:left w:w="60" w:type="dxa"/>
              <w:bottom w:w="60" w:type="dxa"/>
              <w:right w:w="60" w:type="dxa"/>
            </w:tcMar>
          </w:tcPr>
          <w:p w14:paraId="631F85D1" w14:textId="77777777" w:rsidR="00BE3DDD" w:rsidRPr="005829EA" w:rsidRDefault="00BE3DDD">
            <w:pPr>
              <w:rPr>
                <w:rFonts w:ascii="Times New Roman" w:hAnsi="Times New Roman" w:cs="Times New Roman"/>
              </w:rPr>
            </w:pPr>
          </w:p>
        </w:tc>
      </w:tr>
      <w:tr w:rsidR="00A36E93" w:rsidRPr="005829EA" w14:paraId="001F1B89" w14:textId="77777777" w:rsidTr="001002D9">
        <w:trPr>
          <w:trHeight w:val="262"/>
          <w:jc w:val="center"/>
        </w:trPr>
        <w:tc>
          <w:tcPr>
            <w:tcW w:w="2972" w:type="dxa"/>
            <w:tcMar>
              <w:top w:w="60" w:type="dxa"/>
              <w:left w:w="60" w:type="dxa"/>
              <w:bottom w:w="60" w:type="dxa"/>
              <w:right w:w="60" w:type="dxa"/>
            </w:tcMar>
          </w:tcPr>
          <w:p w14:paraId="5F28DE9C" w14:textId="77777777" w:rsidR="00BE3DDD" w:rsidRPr="001002D9" w:rsidRDefault="008766B2">
            <w:pPr>
              <w:spacing w:after="0"/>
              <w:rPr>
                <w:rFonts w:ascii="Times New Roman" w:hAnsi="Times New Roman" w:cs="Times New Roman"/>
                <w:color w:val="000000" w:themeColor="text1"/>
              </w:rPr>
            </w:pPr>
            <w:proofErr w:type="spellStart"/>
            <w:r w:rsidRPr="001002D9">
              <w:rPr>
                <w:rFonts w:ascii="Times New Roman" w:hAnsi="Times New Roman" w:cs="Times New Roman"/>
                <w:b/>
                <w:color w:val="000000" w:themeColor="text1"/>
              </w:rPr>
              <w:t>Sekreter</w:t>
            </w:r>
            <w:proofErr w:type="spellEnd"/>
          </w:p>
        </w:tc>
        <w:tc>
          <w:tcPr>
            <w:tcW w:w="1276" w:type="dxa"/>
            <w:tcMar>
              <w:top w:w="60" w:type="dxa"/>
              <w:left w:w="60" w:type="dxa"/>
              <w:bottom w:w="60" w:type="dxa"/>
              <w:right w:w="60" w:type="dxa"/>
            </w:tcMar>
          </w:tcPr>
          <w:p w14:paraId="3DF1012E" w14:textId="77777777" w:rsidR="00BE3DDD" w:rsidRPr="001002D9" w:rsidRDefault="00BE3DDD">
            <w:pPr>
              <w:rPr>
                <w:rFonts w:ascii="Times New Roman" w:hAnsi="Times New Roman" w:cs="Times New Roman"/>
                <w:color w:val="000000" w:themeColor="text1"/>
              </w:rPr>
            </w:pPr>
          </w:p>
        </w:tc>
        <w:tc>
          <w:tcPr>
            <w:tcW w:w="1754" w:type="dxa"/>
            <w:tcMar>
              <w:top w:w="60" w:type="dxa"/>
              <w:left w:w="60" w:type="dxa"/>
              <w:bottom w:w="60" w:type="dxa"/>
              <w:right w:w="60" w:type="dxa"/>
            </w:tcMar>
          </w:tcPr>
          <w:p w14:paraId="61C71AE0" w14:textId="77777777" w:rsidR="00BE3DDD" w:rsidRPr="005829EA" w:rsidRDefault="00BE3DDD">
            <w:pPr>
              <w:rPr>
                <w:rFonts w:ascii="Times New Roman" w:hAnsi="Times New Roman" w:cs="Times New Roman"/>
              </w:rPr>
            </w:pPr>
          </w:p>
        </w:tc>
        <w:tc>
          <w:tcPr>
            <w:tcW w:w="2127" w:type="dxa"/>
            <w:tcMar>
              <w:top w:w="60" w:type="dxa"/>
              <w:left w:w="60" w:type="dxa"/>
              <w:bottom w:w="60" w:type="dxa"/>
              <w:right w:w="60" w:type="dxa"/>
            </w:tcMar>
          </w:tcPr>
          <w:p w14:paraId="2E5EE30F" w14:textId="77777777" w:rsidR="00BE3DDD" w:rsidRPr="005829EA" w:rsidRDefault="00BE3DDD">
            <w:pPr>
              <w:rPr>
                <w:rFonts w:ascii="Times New Roman" w:hAnsi="Times New Roman" w:cs="Times New Roman"/>
              </w:rPr>
            </w:pPr>
          </w:p>
        </w:tc>
        <w:tc>
          <w:tcPr>
            <w:tcW w:w="1300" w:type="dxa"/>
            <w:tcMar>
              <w:top w:w="60" w:type="dxa"/>
              <w:left w:w="60" w:type="dxa"/>
              <w:bottom w:w="60" w:type="dxa"/>
              <w:right w:w="60" w:type="dxa"/>
            </w:tcMar>
          </w:tcPr>
          <w:p w14:paraId="09398E92" w14:textId="77777777" w:rsidR="00BE3DDD" w:rsidRPr="005829EA" w:rsidRDefault="00BE3DDD">
            <w:pPr>
              <w:rPr>
                <w:rFonts w:ascii="Times New Roman" w:hAnsi="Times New Roman" w:cs="Times New Roman"/>
              </w:rPr>
            </w:pPr>
          </w:p>
        </w:tc>
      </w:tr>
      <w:tr w:rsidR="00A36E93" w:rsidRPr="005829EA" w14:paraId="1903772E" w14:textId="77777777" w:rsidTr="001002D9">
        <w:trPr>
          <w:trHeight w:val="190"/>
          <w:jc w:val="center"/>
        </w:trPr>
        <w:tc>
          <w:tcPr>
            <w:tcW w:w="2972" w:type="dxa"/>
            <w:tcMar>
              <w:top w:w="60" w:type="dxa"/>
              <w:left w:w="60" w:type="dxa"/>
              <w:bottom w:w="60" w:type="dxa"/>
              <w:right w:w="60" w:type="dxa"/>
            </w:tcMar>
          </w:tcPr>
          <w:p w14:paraId="446FF57D" w14:textId="77777777" w:rsidR="00BE3DDD" w:rsidRPr="001002D9" w:rsidRDefault="008766B2">
            <w:pPr>
              <w:spacing w:after="0"/>
              <w:rPr>
                <w:rFonts w:ascii="Times New Roman" w:hAnsi="Times New Roman" w:cs="Times New Roman"/>
                <w:color w:val="000000" w:themeColor="text1"/>
              </w:rPr>
            </w:pPr>
            <w:r w:rsidRPr="001002D9">
              <w:rPr>
                <w:rFonts w:ascii="Times New Roman" w:hAnsi="Times New Roman" w:cs="Times New Roman"/>
                <w:b/>
                <w:color w:val="000000" w:themeColor="text1"/>
              </w:rPr>
              <w:t>Sayman</w:t>
            </w:r>
          </w:p>
        </w:tc>
        <w:tc>
          <w:tcPr>
            <w:tcW w:w="1276" w:type="dxa"/>
            <w:tcMar>
              <w:top w:w="60" w:type="dxa"/>
              <w:left w:w="60" w:type="dxa"/>
              <w:bottom w:w="60" w:type="dxa"/>
              <w:right w:w="60" w:type="dxa"/>
            </w:tcMar>
          </w:tcPr>
          <w:p w14:paraId="1629A863" w14:textId="77777777" w:rsidR="00BE3DDD" w:rsidRPr="001002D9" w:rsidRDefault="00BE3DDD">
            <w:pPr>
              <w:rPr>
                <w:rFonts w:ascii="Times New Roman" w:hAnsi="Times New Roman" w:cs="Times New Roman"/>
                <w:color w:val="000000" w:themeColor="text1"/>
              </w:rPr>
            </w:pPr>
          </w:p>
        </w:tc>
        <w:tc>
          <w:tcPr>
            <w:tcW w:w="1754" w:type="dxa"/>
            <w:tcMar>
              <w:top w:w="60" w:type="dxa"/>
              <w:left w:w="60" w:type="dxa"/>
              <w:bottom w:w="60" w:type="dxa"/>
              <w:right w:w="60" w:type="dxa"/>
            </w:tcMar>
          </w:tcPr>
          <w:p w14:paraId="572D9603" w14:textId="77777777" w:rsidR="00BE3DDD" w:rsidRPr="005829EA" w:rsidRDefault="00BE3DDD">
            <w:pPr>
              <w:rPr>
                <w:rFonts w:ascii="Times New Roman" w:hAnsi="Times New Roman" w:cs="Times New Roman"/>
              </w:rPr>
            </w:pPr>
          </w:p>
        </w:tc>
        <w:tc>
          <w:tcPr>
            <w:tcW w:w="2127" w:type="dxa"/>
            <w:tcMar>
              <w:top w:w="60" w:type="dxa"/>
              <w:left w:w="60" w:type="dxa"/>
              <w:bottom w:w="60" w:type="dxa"/>
              <w:right w:w="60" w:type="dxa"/>
            </w:tcMar>
          </w:tcPr>
          <w:p w14:paraId="0AE0C5D6" w14:textId="77777777" w:rsidR="00BE3DDD" w:rsidRPr="005829EA" w:rsidRDefault="00BE3DDD">
            <w:pPr>
              <w:rPr>
                <w:rFonts w:ascii="Times New Roman" w:hAnsi="Times New Roman" w:cs="Times New Roman"/>
              </w:rPr>
            </w:pPr>
          </w:p>
        </w:tc>
        <w:tc>
          <w:tcPr>
            <w:tcW w:w="1300" w:type="dxa"/>
            <w:tcMar>
              <w:top w:w="60" w:type="dxa"/>
              <w:left w:w="60" w:type="dxa"/>
              <w:bottom w:w="60" w:type="dxa"/>
              <w:right w:w="60" w:type="dxa"/>
            </w:tcMar>
          </w:tcPr>
          <w:p w14:paraId="6C1266ED" w14:textId="77777777" w:rsidR="00BE3DDD" w:rsidRPr="005829EA" w:rsidRDefault="00BE3DDD">
            <w:pPr>
              <w:rPr>
                <w:rFonts w:ascii="Times New Roman" w:hAnsi="Times New Roman" w:cs="Times New Roman"/>
              </w:rPr>
            </w:pPr>
          </w:p>
        </w:tc>
      </w:tr>
      <w:tr w:rsidR="001002D9" w:rsidRPr="005829EA" w14:paraId="1F1A6CC3" w14:textId="77777777" w:rsidTr="001002D9">
        <w:trPr>
          <w:trHeight w:val="190"/>
          <w:jc w:val="center"/>
        </w:trPr>
        <w:tc>
          <w:tcPr>
            <w:tcW w:w="2972" w:type="dxa"/>
            <w:tcMar>
              <w:top w:w="60" w:type="dxa"/>
              <w:left w:w="60" w:type="dxa"/>
              <w:bottom w:w="60" w:type="dxa"/>
              <w:right w:w="60" w:type="dxa"/>
            </w:tcMar>
          </w:tcPr>
          <w:p w14:paraId="34FFD489" w14:textId="77777777" w:rsidR="001002D9" w:rsidRPr="001002D9" w:rsidRDefault="001002D9">
            <w:pPr>
              <w:spacing w:after="0"/>
              <w:rPr>
                <w:rFonts w:ascii="Times New Roman" w:hAnsi="Times New Roman" w:cs="Times New Roman"/>
                <w:b/>
                <w:color w:val="000000" w:themeColor="text1"/>
              </w:rPr>
            </w:pPr>
            <w:r>
              <w:rPr>
                <w:rFonts w:ascii="Times New Roman" w:hAnsi="Times New Roman" w:cs="Times New Roman"/>
                <w:b/>
                <w:color w:val="000000" w:themeColor="text1"/>
              </w:rPr>
              <w:t xml:space="preserve">Asil </w:t>
            </w:r>
            <w:proofErr w:type="spellStart"/>
            <w:r>
              <w:rPr>
                <w:rFonts w:ascii="Times New Roman" w:hAnsi="Times New Roman" w:cs="Times New Roman"/>
                <w:b/>
                <w:color w:val="000000" w:themeColor="text1"/>
              </w:rPr>
              <w:t>Üye</w:t>
            </w:r>
            <w:proofErr w:type="spellEnd"/>
          </w:p>
        </w:tc>
        <w:tc>
          <w:tcPr>
            <w:tcW w:w="1276" w:type="dxa"/>
            <w:tcMar>
              <w:top w:w="60" w:type="dxa"/>
              <w:left w:w="60" w:type="dxa"/>
              <w:bottom w:w="60" w:type="dxa"/>
              <w:right w:w="60" w:type="dxa"/>
            </w:tcMar>
          </w:tcPr>
          <w:p w14:paraId="558967C8" w14:textId="77777777" w:rsidR="001002D9" w:rsidRPr="001002D9" w:rsidRDefault="001002D9">
            <w:pPr>
              <w:rPr>
                <w:rFonts w:ascii="Times New Roman" w:hAnsi="Times New Roman" w:cs="Times New Roman"/>
                <w:color w:val="000000" w:themeColor="text1"/>
              </w:rPr>
            </w:pPr>
          </w:p>
        </w:tc>
        <w:tc>
          <w:tcPr>
            <w:tcW w:w="1754" w:type="dxa"/>
            <w:tcMar>
              <w:top w:w="60" w:type="dxa"/>
              <w:left w:w="60" w:type="dxa"/>
              <w:bottom w:w="60" w:type="dxa"/>
              <w:right w:w="60" w:type="dxa"/>
            </w:tcMar>
          </w:tcPr>
          <w:p w14:paraId="135F3F99" w14:textId="77777777" w:rsidR="001002D9" w:rsidRPr="005829EA" w:rsidRDefault="001002D9">
            <w:pPr>
              <w:rPr>
                <w:rFonts w:ascii="Times New Roman" w:hAnsi="Times New Roman" w:cs="Times New Roman"/>
              </w:rPr>
            </w:pPr>
          </w:p>
        </w:tc>
        <w:tc>
          <w:tcPr>
            <w:tcW w:w="2127" w:type="dxa"/>
            <w:tcMar>
              <w:top w:w="60" w:type="dxa"/>
              <w:left w:w="60" w:type="dxa"/>
              <w:bottom w:w="60" w:type="dxa"/>
              <w:right w:w="60" w:type="dxa"/>
            </w:tcMar>
          </w:tcPr>
          <w:p w14:paraId="48177F30" w14:textId="77777777" w:rsidR="001002D9" w:rsidRPr="005829EA" w:rsidRDefault="001002D9">
            <w:pPr>
              <w:rPr>
                <w:rFonts w:ascii="Times New Roman" w:hAnsi="Times New Roman" w:cs="Times New Roman"/>
              </w:rPr>
            </w:pPr>
          </w:p>
        </w:tc>
        <w:tc>
          <w:tcPr>
            <w:tcW w:w="1300" w:type="dxa"/>
            <w:tcMar>
              <w:top w:w="60" w:type="dxa"/>
              <w:left w:w="60" w:type="dxa"/>
              <w:bottom w:w="60" w:type="dxa"/>
              <w:right w:w="60" w:type="dxa"/>
            </w:tcMar>
          </w:tcPr>
          <w:p w14:paraId="48772D87" w14:textId="77777777" w:rsidR="001002D9" w:rsidRPr="005829EA" w:rsidRDefault="001002D9">
            <w:pPr>
              <w:rPr>
                <w:rFonts w:ascii="Times New Roman" w:hAnsi="Times New Roman" w:cs="Times New Roman"/>
              </w:rPr>
            </w:pPr>
          </w:p>
        </w:tc>
      </w:tr>
      <w:tr w:rsidR="005C517D" w:rsidRPr="005829EA" w14:paraId="26E22100" w14:textId="77777777" w:rsidTr="001002D9">
        <w:trPr>
          <w:trHeight w:val="190"/>
          <w:jc w:val="center"/>
        </w:trPr>
        <w:tc>
          <w:tcPr>
            <w:tcW w:w="2972" w:type="dxa"/>
            <w:tcMar>
              <w:top w:w="60" w:type="dxa"/>
              <w:left w:w="60" w:type="dxa"/>
              <w:bottom w:w="60" w:type="dxa"/>
              <w:right w:w="60" w:type="dxa"/>
            </w:tcMar>
          </w:tcPr>
          <w:p w14:paraId="53CB2AB6" w14:textId="77777777" w:rsidR="005C517D" w:rsidRPr="001002D9" w:rsidRDefault="005C517D" w:rsidP="005C517D">
            <w:pPr>
              <w:spacing w:after="0"/>
              <w:rPr>
                <w:rFonts w:ascii="Times New Roman" w:hAnsi="Times New Roman" w:cs="Times New Roman"/>
                <w:b/>
                <w:color w:val="000000" w:themeColor="text1"/>
              </w:rPr>
            </w:pPr>
            <w:proofErr w:type="spellStart"/>
            <w:r w:rsidRPr="001002D9">
              <w:rPr>
                <w:rFonts w:ascii="Times New Roman" w:hAnsi="Times New Roman" w:cs="Times New Roman"/>
                <w:b/>
                <w:color w:val="000000" w:themeColor="text1"/>
              </w:rPr>
              <w:lastRenderedPageBreak/>
              <w:t>Yönetim</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Yedek</w:t>
            </w:r>
            <w:proofErr w:type="spellEnd"/>
            <w:r w:rsidRPr="001002D9">
              <w:rPr>
                <w:rFonts w:ascii="Times New Roman" w:hAnsi="Times New Roman" w:cs="Times New Roman"/>
                <w:b/>
                <w:color w:val="000000" w:themeColor="text1"/>
              </w:rPr>
              <w:t xml:space="preserve">) </w:t>
            </w:r>
          </w:p>
        </w:tc>
        <w:tc>
          <w:tcPr>
            <w:tcW w:w="1276" w:type="dxa"/>
            <w:tcMar>
              <w:top w:w="60" w:type="dxa"/>
              <w:left w:w="60" w:type="dxa"/>
              <w:bottom w:w="60" w:type="dxa"/>
              <w:right w:w="60" w:type="dxa"/>
            </w:tcMar>
          </w:tcPr>
          <w:p w14:paraId="343278F6" w14:textId="77777777" w:rsidR="005C517D" w:rsidRPr="005829EA" w:rsidRDefault="005C517D" w:rsidP="005C517D">
            <w:pPr>
              <w:rPr>
                <w:rFonts w:ascii="Times New Roman" w:hAnsi="Times New Roman" w:cs="Times New Roman"/>
              </w:rPr>
            </w:pPr>
          </w:p>
        </w:tc>
        <w:tc>
          <w:tcPr>
            <w:tcW w:w="1754" w:type="dxa"/>
            <w:tcMar>
              <w:top w:w="60" w:type="dxa"/>
              <w:left w:w="60" w:type="dxa"/>
              <w:bottom w:w="60" w:type="dxa"/>
              <w:right w:w="60" w:type="dxa"/>
            </w:tcMar>
          </w:tcPr>
          <w:p w14:paraId="0F573DFA" w14:textId="77777777" w:rsidR="005C517D" w:rsidRPr="005829EA" w:rsidRDefault="005C517D" w:rsidP="005C517D">
            <w:pPr>
              <w:rPr>
                <w:rFonts w:ascii="Times New Roman" w:hAnsi="Times New Roman" w:cs="Times New Roman"/>
              </w:rPr>
            </w:pPr>
          </w:p>
        </w:tc>
        <w:tc>
          <w:tcPr>
            <w:tcW w:w="2127" w:type="dxa"/>
            <w:tcMar>
              <w:top w:w="60" w:type="dxa"/>
              <w:left w:w="60" w:type="dxa"/>
              <w:bottom w:w="60" w:type="dxa"/>
              <w:right w:w="60" w:type="dxa"/>
            </w:tcMar>
          </w:tcPr>
          <w:p w14:paraId="20F153AC" w14:textId="77777777" w:rsidR="005C517D" w:rsidRPr="005829EA" w:rsidRDefault="005C517D" w:rsidP="005C517D">
            <w:pPr>
              <w:rPr>
                <w:rFonts w:ascii="Times New Roman" w:hAnsi="Times New Roman" w:cs="Times New Roman"/>
              </w:rPr>
            </w:pPr>
          </w:p>
        </w:tc>
        <w:tc>
          <w:tcPr>
            <w:tcW w:w="1300" w:type="dxa"/>
            <w:tcMar>
              <w:top w:w="60" w:type="dxa"/>
              <w:left w:w="60" w:type="dxa"/>
              <w:bottom w:w="60" w:type="dxa"/>
              <w:right w:w="60" w:type="dxa"/>
            </w:tcMar>
          </w:tcPr>
          <w:p w14:paraId="6523BBA2" w14:textId="77777777" w:rsidR="005C517D" w:rsidRPr="005829EA" w:rsidRDefault="005C517D" w:rsidP="005C517D">
            <w:pPr>
              <w:rPr>
                <w:rFonts w:ascii="Times New Roman" w:hAnsi="Times New Roman" w:cs="Times New Roman"/>
              </w:rPr>
            </w:pPr>
          </w:p>
        </w:tc>
      </w:tr>
      <w:tr w:rsidR="001002D9" w:rsidRPr="005829EA" w14:paraId="559B2E1A" w14:textId="77777777" w:rsidTr="001002D9">
        <w:trPr>
          <w:trHeight w:val="190"/>
          <w:jc w:val="center"/>
        </w:trPr>
        <w:tc>
          <w:tcPr>
            <w:tcW w:w="2972" w:type="dxa"/>
            <w:tcMar>
              <w:top w:w="60" w:type="dxa"/>
              <w:left w:w="60" w:type="dxa"/>
              <w:bottom w:w="60" w:type="dxa"/>
              <w:right w:w="60" w:type="dxa"/>
            </w:tcMar>
          </w:tcPr>
          <w:p w14:paraId="4C18CD19" w14:textId="77777777" w:rsidR="001002D9" w:rsidRPr="001002D9" w:rsidRDefault="001002D9" w:rsidP="001002D9">
            <w:pPr>
              <w:rPr>
                <w:rFonts w:ascii="Times New Roman" w:hAnsi="Times New Roman" w:cs="Times New Roman"/>
                <w:color w:val="auto"/>
              </w:rPr>
            </w:pPr>
            <w:proofErr w:type="spellStart"/>
            <w:r w:rsidRPr="001002D9">
              <w:rPr>
                <w:rFonts w:ascii="Times New Roman" w:hAnsi="Times New Roman" w:cs="Times New Roman"/>
                <w:b/>
                <w:color w:val="auto"/>
              </w:rPr>
              <w:t>Yönetim</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Kurulu</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Yedek</w:t>
            </w:r>
            <w:proofErr w:type="spellEnd"/>
            <w:r w:rsidRPr="001002D9">
              <w:rPr>
                <w:rFonts w:ascii="Times New Roman" w:hAnsi="Times New Roman" w:cs="Times New Roman"/>
                <w:b/>
                <w:color w:val="auto"/>
              </w:rPr>
              <w:t xml:space="preserve">) </w:t>
            </w:r>
          </w:p>
        </w:tc>
        <w:tc>
          <w:tcPr>
            <w:tcW w:w="1276" w:type="dxa"/>
            <w:tcMar>
              <w:top w:w="60" w:type="dxa"/>
              <w:left w:w="60" w:type="dxa"/>
              <w:bottom w:w="60" w:type="dxa"/>
              <w:right w:w="60" w:type="dxa"/>
            </w:tcMar>
          </w:tcPr>
          <w:p w14:paraId="6E811896" w14:textId="77777777" w:rsidR="001002D9" w:rsidRPr="005829EA" w:rsidRDefault="001002D9" w:rsidP="001002D9">
            <w:pPr>
              <w:rPr>
                <w:rFonts w:ascii="Times New Roman" w:hAnsi="Times New Roman" w:cs="Times New Roman"/>
              </w:rPr>
            </w:pPr>
          </w:p>
        </w:tc>
        <w:tc>
          <w:tcPr>
            <w:tcW w:w="1754" w:type="dxa"/>
            <w:tcMar>
              <w:top w:w="60" w:type="dxa"/>
              <w:left w:w="60" w:type="dxa"/>
              <w:bottom w:w="60" w:type="dxa"/>
              <w:right w:w="60" w:type="dxa"/>
            </w:tcMar>
          </w:tcPr>
          <w:p w14:paraId="699930E5" w14:textId="77777777" w:rsidR="001002D9" w:rsidRPr="005829EA" w:rsidRDefault="001002D9" w:rsidP="001002D9">
            <w:pPr>
              <w:rPr>
                <w:rFonts w:ascii="Times New Roman" w:hAnsi="Times New Roman" w:cs="Times New Roman"/>
              </w:rPr>
            </w:pPr>
          </w:p>
        </w:tc>
        <w:tc>
          <w:tcPr>
            <w:tcW w:w="2127" w:type="dxa"/>
            <w:tcMar>
              <w:top w:w="60" w:type="dxa"/>
              <w:left w:w="60" w:type="dxa"/>
              <w:bottom w:w="60" w:type="dxa"/>
              <w:right w:w="60" w:type="dxa"/>
            </w:tcMar>
          </w:tcPr>
          <w:p w14:paraId="34F5AB84" w14:textId="77777777" w:rsidR="001002D9" w:rsidRPr="005829EA" w:rsidRDefault="001002D9" w:rsidP="001002D9">
            <w:pPr>
              <w:rPr>
                <w:rFonts w:ascii="Times New Roman" w:hAnsi="Times New Roman" w:cs="Times New Roman"/>
              </w:rPr>
            </w:pPr>
          </w:p>
        </w:tc>
        <w:tc>
          <w:tcPr>
            <w:tcW w:w="1300" w:type="dxa"/>
            <w:tcMar>
              <w:top w:w="60" w:type="dxa"/>
              <w:left w:w="60" w:type="dxa"/>
              <w:bottom w:w="60" w:type="dxa"/>
              <w:right w:w="60" w:type="dxa"/>
            </w:tcMar>
          </w:tcPr>
          <w:p w14:paraId="4FC1B720" w14:textId="77777777" w:rsidR="001002D9" w:rsidRPr="005829EA" w:rsidRDefault="001002D9" w:rsidP="001002D9">
            <w:pPr>
              <w:rPr>
                <w:rFonts w:ascii="Times New Roman" w:hAnsi="Times New Roman" w:cs="Times New Roman"/>
              </w:rPr>
            </w:pPr>
          </w:p>
        </w:tc>
      </w:tr>
      <w:tr w:rsidR="001002D9" w:rsidRPr="005829EA" w14:paraId="44ED7FFA" w14:textId="77777777" w:rsidTr="001002D9">
        <w:trPr>
          <w:trHeight w:val="587"/>
          <w:jc w:val="center"/>
        </w:trPr>
        <w:tc>
          <w:tcPr>
            <w:tcW w:w="2972" w:type="dxa"/>
            <w:tcMar>
              <w:top w:w="60" w:type="dxa"/>
              <w:left w:w="60" w:type="dxa"/>
              <w:bottom w:w="60" w:type="dxa"/>
              <w:right w:w="60" w:type="dxa"/>
            </w:tcMar>
          </w:tcPr>
          <w:p w14:paraId="3D446F5E" w14:textId="77777777" w:rsidR="001002D9" w:rsidRPr="001002D9" w:rsidRDefault="001002D9" w:rsidP="001002D9">
            <w:pPr>
              <w:rPr>
                <w:rFonts w:ascii="Times New Roman" w:hAnsi="Times New Roman" w:cs="Times New Roman"/>
                <w:color w:val="auto"/>
              </w:rPr>
            </w:pPr>
            <w:proofErr w:type="spellStart"/>
            <w:r w:rsidRPr="001002D9">
              <w:rPr>
                <w:rFonts w:ascii="Times New Roman" w:hAnsi="Times New Roman" w:cs="Times New Roman"/>
                <w:b/>
                <w:color w:val="auto"/>
              </w:rPr>
              <w:t>Yönetim</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Kurulu</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Yedek</w:t>
            </w:r>
            <w:proofErr w:type="spellEnd"/>
            <w:r w:rsidRPr="001002D9">
              <w:rPr>
                <w:rFonts w:ascii="Times New Roman" w:hAnsi="Times New Roman" w:cs="Times New Roman"/>
                <w:b/>
                <w:color w:val="auto"/>
              </w:rPr>
              <w:t xml:space="preserve">) </w:t>
            </w:r>
          </w:p>
        </w:tc>
        <w:tc>
          <w:tcPr>
            <w:tcW w:w="1276" w:type="dxa"/>
            <w:tcMar>
              <w:top w:w="60" w:type="dxa"/>
              <w:left w:w="60" w:type="dxa"/>
              <w:bottom w:w="60" w:type="dxa"/>
              <w:right w:w="60" w:type="dxa"/>
            </w:tcMar>
          </w:tcPr>
          <w:p w14:paraId="05712D69" w14:textId="77777777" w:rsidR="001002D9" w:rsidRPr="005829EA" w:rsidRDefault="001002D9" w:rsidP="001002D9">
            <w:pPr>
              <w:rPr>
                <w:rFonts w:ascii="Times New Roman" w:hAnsi="Times New Roman" w:cs="Times New Roman"/>
              </w:rPr>
            </w:pPr>
          </w:p>
        </w:tc>
        <w:tc>
          <w:tcPr>
            <w:tcW w:w="1754" w:type="dxa"/>
            <w:tcMar>
              <w:top w:w="60" w:type="dxa"/>
              <w:left w:w="60" w:type="dxa"/>
              <w:bottom w:w="60" w:type="dxa"/>
              <w:right w:w="60" w:type="dxa"/>
            </w:tcMar>
          </w:tcPr>
          <w:p w14:paraId="61E7DAD3" w14:textId="77777777" w:rsidR="001002D9" w:rsidRPr="005829EA" w:rsidRDefault="001002D9" w:rsidP="001002D9">
            <w:pPr>
              <w:rPr>
                <w:rFonts w:ascii="Times New Roman" w:hAnsi="Times New Roman" w:cs="Times New Roman"/>
              </w:rPr>
            </w:pPr>
          </w:p>
        </w:tc>
        <w:tc>
          <w:tcPr>
            <w:tcW w:w="2127" w:type="dxa"/>
            <w:tcMar>
              <w:top w:w="60" w:type="dxa"/>
              <w:left w:w="60" w:type="dxa"/>
              <w:bottom w:w="60" w:type="dxa"/>
              <w:right w:w="60" w:type="dxa"/>
            </w:tcMar>
          </w:tcPr>
          <w:p w14:paraId="16C2CE03" w14:textId="77777777" w:rsidR="001002D9" w:rsidRPr="005829EA" w:rsidRDefault="001002D9" w:rsidP="001002D9">
            <w:pPr>
              <w:rPr>
                <w:rFonts w:ascii="Times New Roman" w:hAnsi="Times New Roman" w:cs="Times New Roman"/>
              </w:rPr>
            </w:pPr>
          </w:p>
        </w:tc>
        <w:tc>
          <w:tcPr>
            <w:tcW w:w="1300" w:type="dxa"/>
            <w:tcMar>
              <w:top w:w="60" w:type="dxa"/>
              <w:left w:w="60" w:type="dxa"/>
              <w:bottom w:w="60" w:type="dxa"/>
              <w:right w:w="60" w:type="dxa"/>
            </w:tcMar>
          </w:tcPr>
          <w:p w14:paraId="4A65F825" w14:textId="77777777" w:rsidR="001002D9" w:rsidRPr="005829EA" w:rsidRDefault="001002D9" w:rsidP="001002D9">
            <w:pPr>
              <w:rPr>
                <w:rFonts w:ascii="Times New Roman" w:hAnsi="Times New Roman" w:cs="Times New Roman"/>
              </w:rPr>
            </w:pPr>
          </w:p>
        </w:tc>
      </w:tr>
      <w:tr w:rsidR="001002D9" w:rsidRPr="005829EA" w14:paraId="2221C9FD" w14:textId="77777777" w:rsidTr="001002D9">
        <w:trPr>
          <w:trHeight w:val="587"/>
          <w:jc w:val="center"/>
        </w:trPr>
        <w:tc>
          <w:tcPr>
            <w:tcW w:w="2972" w:type="dxa"/>
            <w:tcMar>
              <w:top w:w="60" w:type="dxa"/>
              <w:left w:w="60" w:type="dxa"/>
              <w:bottom w:w="60" w:type="dxa"/>
              <w:right w:w="60" w:type="dxa"/>
            </w:tcMar>
          </w:tcPr>
          <w:p w14:paraId="6653802C" w14:textId="77777777" w:rsidR="001002D9" w:rsidRPr="001002D9" w:rsidRDefault="001002D9" w:rsidP="001002D9">
            <w:pPr>
              <w:rPr>
                <w:rFonts w:ascii="Times New Roman" w:hAnsi="Times New Roman" w:cs="Times New Roman"/>
                <w:color w:val="auto"/>
              </w:rPr>
            </w:pPr>
            <w:proofErr w:type="spellStart"/>
            <w:r w:rsidRPr="001002D9">
              <w:rPr>
                <w:rFonts w:ascii="Times New Roman" w:hAnsi="Times New Roman" w:cs="Times New Roman"/>
                <w:b/>
                <w:color w:val="auto"/>
              </w:rPr>
              <w:t>Yönetim</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Kurulu</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Yedek</w:t>
            </w:r>
            <w:proofErr w:type="spellEnd"/>
            <w:r w:rsidRPr="001002D9">
              <w:rPr>
                <w:rFonts w:ascii="Times New Roman" w:hAnsi="Times New Roman" w:cs="Times New Roman"/>
                <w:b/>
                <w:color w:val="auto"/>
              </w:rPr>
              <w:t xml:space="preserve">) </w:t>
            </w:r>
          </w:p>
        </w:tc>
        <w:tc>
          <w:tcPr>
            <w:tcW w:w="1276" w:type="dxa"/>
            <w:tcMar>
              <w:top w:w="60" w:type="dxa"/>
              <w:left w:w="60" w:type="dxa"/>
              <w:bottom w:w="60" w:type="dxa"/>
              <w:right w:w="60" w:type="dxa"/>
            </w:tcMar>
          </w:tcPr>
          <w:p w14:paraId="2C68F678" w14:textId="77777777" w:rsidR="001002D9" w:rsidRPr="005829EA" w:rsidRDefault="001002D9" w:rsidP="001002D9">
            <w:pPr>
              <w:rPr>
                <w:rFonts w:ascii="Times New Roman" w:hAnsi="Times New Roman" w:cs="Times New Roman"/>
              </w:rPr>
            </w:pPr>
          </w:p>
        </w:tc>
        <w:tc>
          <w:tcPr>
            <w:tcW w:w="1754" w:type="dxa"/>
            <w:tcMar>
              <w:top w:w="60" w:type="dxa"/>
              <w:left w:w="60" w:type="dxa"/>
              <w:bottom w:w="60" w:type="dxa"/>
              <w:right w:w="60" w:type="dxa"/>
            </w:tcMar>
          </w:tcPr>
          <w:p w14:paraId="51C4354E" w14:textId="77777777" w:rsidR="001002D9" w:rsidRPr="005829EA" w:rsidRDefault="001002D9" w:rsidP="001002D9">
            <w:pPr>
              <w:rPr>
                <w:rFonts w:ascii="Times New Roman" w:hAnsi="Times New Roman" w:cs="Times New Roman"/>
              </w:rPr>
            </w:pPr>
          </w:p>
        </w:tc>
        <w:tc>
          <w:tcPr>
            <w:tcW w:w="2127" w:type="dxa"/>
            <w:tcMar>
              <w:top w:w="60" w:type="dxa"/>
              <w:left w:w="60" w:type="dxa"/>
              <w:bottom w:w="60" w:type="dxa"/>
              <w:right w:w="60" w:type="dxa"/>
            </w:tcMar>
          </w:tcPr>
          <w:p w14:paraId="6F3DD7C3" w14:textId="77777777" w:rsidR="001002D9" w:rsidRPr="005829EA" w:rsidRDefault="001002D9" w:rsidP="001002D9">
            <w:pPr>
              <w:rPr>
                <w:rFonts w:ascii="Times New Roman" w:hAnsi="Times New Roman" w:cs="Times New Roman"/>
              </w:rPr>
            </w:pPr>
          </w:p>
        </w:tc>
        <w:tc>
          <w:tcPr>
            <w:tcW w:w="1300" w:type="dxa"/>
            <w:tcMar>
              <w:top w:w="60" w:type="dxa"/>
              <w:left w:w="60" w:type="dxa"/>
              <w:bottom w:w="60" w:type="dxa"/>
              <w:right w:w="60" w:type="dxa"/>
            </w:tcMar>
          </w:tcPr>
          <w:p w14:paraId="328B394B" w14:textId="77777777" w:rsidR="001002D9" w:rsidRPr="005829EA" w:rsidRDefault="001002D9" w:rsidP="001002D9">
            <w:pPr>
              <w:rPr>
                <w:rFonts w:ascii="Times New Roman" w:hAnsi="Times New Roman" w:cs="Times New Roman"/>
              </w:rPr>
            </w:pPr>
          </w:p>
        </w:tc>
      </w:tr>
      <w:tr w:rsidR="001002D9" w:rsidRPr="005829EA" w14:paraId="101AD239" w14:textId="77777777" w:rsidTr="001002D9">
        <w:trPr>
          <w:trHeight w:val="587"/>
          <w:jc w:val="center"/>
        </w:trPr>
        <w:tc>
          <w:tcPr>
            <w:tcW w:w="2972" w:type="dxa"/>
            <w:tcMar>
              <w:top w:w="60" w:type="dxa"/>
              <w:left w:w="60" w:type="dxa"/>
              <w:bottom w:w="60" w:type="dxa"/>
              <w:right w:w="60" w:type="dxa"/>
            </w:tcMar>
          </w:tcPr>
          <w:p w14:paraId="054EBD4A" w14:textId="77777777" w:rsidR="001002D9" w:rsidRPr="001002D9" w:rsidRDefault="001002D9" w:rsidP="001002D9">
            <w:pPr>
              <w:rPr>
                <w:rFonts w:ascii="Times New Roman" w:hAnsi="Times New Roman" w:cs="Times New Roman"/>
                <w:color w:val="auto"/>
              </w:rPr>
            </w:pPr>
            <w:proofErr w:type="spellStart"/>
            <w:r w:rsidRPr="001002D9">
              <w:rPr>
                <w:rFonts w:ascii="Times New Roman" w:hAnsi="Times New Roman" w:cs="Times New Roman"/>
                <w:b/>
                <w:color w:val="auto"/>
              </w:rPr>
              <w:t>Yönetim</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Kurulu</w:t>
            </w:r>
            <w:proofErr w:type="spellEnd"/>
            <w:r w:rsidRPr="001002D9">
              <w:rPr>
                <w:rFonts w:ascii="Times New Roman" w:hAnsi="Times New Roman" w:cs="Times New Roman"/>
                <w:b/>
                <w:color w:val="auto"/>
              </w:rPr>
              <w:t xml:space="preserve"> (</w:t>
            </w:r>
            <w:proofErr w:type="spellStart"/>
            <w:r w:rsidRPr="001002D9">
              <w:rPr>
                <w:rFonts w:ascii="Times New Roman" w:hAnsi="Times New Roman" w:cs="Times New Roman"/>
                <w:b/>
                <w:color w:val="auto"/>
              </w:rPr>
              <w:t>Yedek</w:t>
            </w:r>
            <w:proofErr w:type="spellEnd"/>
            <w:r w:rsidRPr="001002D9">
              <w:rPr>
                <w:rFonts w:ascii="Times New Roman" w:hAnsi="Times New Roman" w:cs="Times New Roman"/>
                <w:b/>
                <w:color w:val="auto"/>
              </w:rPr>
              <w:t xml:space="preserve">) </w:t>
            </w:r>
          </w:p>
        </w:tc>
        <w:tc>
          <w:tcPr>
            <w:tcW w:w="1276" w:type="dxa"/>
            <w:tcMar>
              <w:top w:w="60" w:type="dxa"/>
              <w:left w:w="60" w:type="dxa"/>
              <w:bottom w:w="60" w:type="dxa"/>
              <w:right w:w="60" w:type="dxa"/>
            </w:tcMar>
          </w:tcPr>
          <w:p w14:paraId="38C07336" w14:textId="77777777" w:rsidR="001002D9" w:rsidRPr="005829EA" w:rsidRDefault="001002D9" w:rsidP="001002D9">
            <w:pPr>
              <w:rPr>
                <w:rFonts w:ascii="Times New Roman" w:hAnsi="Times New Roman" w:cs="Times New Roman"/>
              </w:rPr>
            </w:pPr>
          </w:p>
        </w:tc>
        <w:tc>
          <w:tcPr>
            <w:tcW w:w="1754" w:type="dxa"/>
            <w:tcMar>
              <w:top w:w="60" w:type="dxa"/>
              <w:left w:w="60" w:type="dxa"/>
              <w:bottom w:w="60" w:type="dxa"/>
              <w:right w:w="60" w:type="dxa"/>
            </w:tcMar>
          </w:tcPr>
          <w:p w14:paraId="4A10A25A" w14:textId="77777777" w:rsidR="001002D9" w:rsidRPr="005829EA" w:rsidRDefault="001002D9" w:rsidP="001002D9">
            <w:pPr>
              <w:rPr>
                <w:rFonts w:ascii="Times New Roman" w:hAnsi="Times New Roman" w:cs="Times New Roman"/>
              </w:rPr>
            </w:pPr>
          </w:p>
        </w:tc>
        <w:tc>
          <w:tcPr>
            <w:tcW w:w="2127" w:type="dxa"/>
            <w:tcMar>
              <w:top w:w="60" w:type="dxa"/>
              <w:left w:w="60" w:type="dxa"/>
              <w:bottom w:w="60" w:type="dxa"/>
              <w:right w:w="60" w:type="dxa"/>
            </w:tcMar>
          </w:tcPr>
          <w:p w14:paraId="7B313853" w14:textId="77777777" w:rsidR="001002D9" w:rsidRPr="005829EA" w:rsidRDefault="001002D9" w:rsidP="001002D9">
            <w:pPr>
              <w:rPr>
                <w:rFonts w:ascii="Times New Roman" w:hAnsi="Times New Roman" w:cs="Times New Roman"/>
              </w:rPr>
            </w:pPr>
          </w:p>
        </w:tc>
        <w:tc>
          <w:tcPr>
            <w:tcW w:w="1300" w:type="dxa"/>
            <w:tcMar>
              <w:top w:w="60" w:type="dxa"/>
              <w:left w:w="60" w:type="dxa"/>
              <w:bottom w:w="60" w:type="dxa"/>
              <w:right w:w="60" w:type="dxa"/>
            </w:tcMar>
          </w:tcPr>
          <w:p w14:paraId="2A4ABBFE" w14:textId="77777777" w:rsidR="001002D9" w:rsidRPr="005829EA" w:rsidRDefault="001002D9" w:rsidP="001002D9">
            <w:pPr>
              <w:rPr>
                <w:rFonts w:ascii="Times New Roman" w:hAnsi="Times New Roman" w:cs="Times New Roman"/>
              </w:rPr>
            </w:pPr>
          </w:p>
        </w:tc>
      </w:tr>
    </w:tbl>
    <w:p w14:paraId="6FFF8B1A" w14:textId="77777777" w:rsidR="00A36E93" w:rsidRPr="005829EA" w:rsidRDefault="00A36E93">
      <w:pPr>
        <w:spacing w:after="120"/>
        <w:rPr>
          <w:rFonts w:ascii="Times New Roman" w:hAnsi="Times New Roman" w:cs="Times New Roman"/>
        </w:rPr>
      </w:pPr>
    </w:p>
    <w:p w14:paraId="39885FB4" w14:textId="77777777" w:rsidR="00BE3DDD" w:rsidRPr="005829EA" w:rsidRDefault="008766B2">
      <w:pPr>
        <w:spacing w:after="120"/>
        <w:rPr>
          <w:rFonts w:ascii="Times New Roman" w:hAnsi="Times New Roman" w:cs="Times New Roman"/>
          <w:color w:val="000000" w:themeColor="text1"/>
        </w:rPr>
      </w:pPr>
      <w:r w:rsidRPr="005829EA">
        <w:rPr>
          <w:rFonts w:ascii="Times New Roman" w:hAnsi="Times New Roman" w:cs="Times New Roman"/>
          <w:b/>
          <w:color w:val="000000" w:themeColor="text1"/>
        </w:rPr>
        <w:t>3. SEÇİLEN DENETLEME KURULU ÜYELERİ</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972"/>
        <w:gridCol w:w="1276"/>
        <w:gridCol w:w="1701"/>
        <w:gridCol w:w="2268"/>
        <w:gridCol w:w="1133"/>
      </w:tblGrid>
      <w:tr w:rsidR="00BE3DDD" w:rsidRPr="005829EA" w14:paraId="3B36752B" w14:textId="77777777" w:rsidTr="001002D9">
        <w:trPr>
          <w:jc w:val="center"/>
        </w:trPr>
        <w:tc>
          <w:tcPr>
            <w:tcW w:w="2972" w:type="dxa"/>
            <w:shd w:val="clear" w:color="auto" w:fill="002060"/>
          </w:tcPr>
          <w:p w14:paraId="3FCC4E96"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Görevi</w:t>
            </w:r>
            <w:proofErr w:type="spellEnd"/>
          </w:p>
        </w:tc>
        <w:tc>
          <w:tcPr>
            <w:tcW w:w="1276" w:type="dxa"/>
            <w:shd w:val="clear" w:color="auto" w:fill="002060"/>
          </w:tcPr>
          <w:p w14:paraId="1BEFB44D"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Adı</w:t>
            </w:r>
            <w:proofErr w:type="spellEnd"/>
            <w:r w:rsidRPr="005829EA">
              <w:rPr>
                <w:rFonts w:ascii="Times New Roman" w:hAnsi="Times New Roman" w:cs="Times New Roman"/>
                <w:b/>
                <w:color w:val="FFFFFF"/>
              </w:rPr>
              <w:t xml:space="preserve"> </w:t>
            </w:r>
            <w:proofErr w:type="spellStart"/>
            <w:r w:rsidRPr="005829EA">
              <w:rPr>
                <w:rFonts w:ascii="Times New Roman" w:hAnsi="Times New Roman" w:cs="Times New Roman"/>
                <w:b/>
                <w:color w:val="FFFFFF"/>
              </w:rPr>
              <w:t>Soyadı</w:t>
            </w:r>
            <w:proofErr w:type="spellEnd"/>
          </w:p>
        </w:tc>
        <w:tc>
          <w:tcPr>
            <w:tcW w:w="1701" w:type="dxa"/>
            <w:shd w:val="clear" w:color="auto" w:fill="002060"/>
          </w:tcPr>
          <w:p w14:paraId="55E49F59" w14:textId="77777777" w:rsidR="00BE3DDD" w:rsidRPr="005829EA" w:rsidRDefault="008766B2">
            <w:pPr>
              <w:spacing w:after="0"/>
              <w:jc w:val="center"/>
              <w:rPr>
                <w:rFonts w:ascii="Times New Roman" w:hAnsi="Times New Roman" w:cs="Times New Roman"/>
              </w:rPr>
            </w:pPr>
            <w:r w:rsidRPr="005829EA">
              <w:rPr>
                <w:rFonts w:ascii="Times New Roman" w:hAnsi="Times New Roman" w:cs="Times New Roman"/>
                <w:b/>
                <w:color w:val="FFFFFF"/>
              </w:rPr>
              <w:t>Öğrenci No</w:t>
            </w:r>
          </w:p>
        </w:tc>
        <w:tc>
          <w:tcPr>
            <w:tcW w:w="2268" w:type="dxa"/>
            <w:shd w:val="clear" w:color="auto" w:fill="002060"/>
          </w:tcPr>
          <w:p w14:paraId="3EC20E12"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Fakülte</w:t>
            </w:r>
            <w:proofErr w:type="spellEnd"/>
            <w:r w:rsidRPr="005829EA">
              <w:rPr>
                <w:rFonts w:ascii="Times New Roman" w:hAnsi="Times New Roman" w:cs="Times New Roman"/>
                <w:b/>
                <w:color w:val="FFFFFF"/>
              </w:rPr>
              <w:t xml:space="preserve"> / </w:t>
            </w:r>
            <w:proofErr w:type="spellStart"/>
            <w:r w:rsidRPr="005829EA">
              <w:rPr>
                <w:rFonts w:ascii="Times New Roman" w:hAnsi="Times New Roman" w:cs="Times New Roman"/>
                <w:b/>
                <w:color w:val="FFFFFF"/>
              </w:rPr>
              <w:t>Bölüm</w:t>
            </w:r>
            <w:proofErr w:type="spellEnd"/>
          </w:p>
        </w:tc>
        <w:tc>
          <w:tcPr>
            <w:tcW w:w="1133" w:type="dxa"/>
            <w:shd w:val="clear" w:color="auto" w:fill="002060"/>
          </w:tcPr>
          <w:p w14:paraId="35A2A23B" w14:textId="77777777" w:rsidR="00BE3DDD" w:rsidRPr="005829EA" w:rsidRDefault="008766B2">
            <w:pPr>
              <w:spacing w:after="0"/>
              <w:jc w:val="center"/>
              <w:rPr>
                <w:rFonts w:ascii="Times New Roman" w:hAnsi="Times New Roman" w:cs="Times New Roman"/>
              </w:rPr>
            </w:pPr>
            <w:proofErr w:type="spellStart"/>
            <w:r w:rsidRPr="005829EA">
              <w:rPr>
                <w:rFonts w:ascii="Times New Roman" w:hAnsi="Times New Roman" w:cs="Times New Roman"/>
                <w:b/>
                <w:color w:val="FFFFFF"/>
              </w:rPr>
              <w:t>İmza</w:t>
            </w:r>
            <w:proofErr w:type="spellEnd"/>
          </w:p>
        </w:tc>
      </w:tr>
      <w:tr w:rsidR="00BE3DDD" w:rsidRPr="005829EA" w14:paraId="13C41485" w14:textId="77777777" w:rsidTr="001002D9">
        <w:trPr>
          <w:jc w:val="center"/>
        </w:trPr>
        <w:tc>
          <w:tcPr>
            <w:tcW w:w="2972" w:type="dxa"/>
            <w:tcMar>
              <w:top w:w="60" w:type="dxa"/>
              <w:left w:w="60" w:type="dxa"/>
              <w:bottom w:w="60" w:type="dxa"/>
              <w:right w:w="60" w:type="dxa"/>
            </w:tcMar>
          </w:tcPr>
          <w:p w14:paraId="3339D441" w14:textId="77777777" w:rsidR="00BE3DDD" w:rsidRPr="001002D9" w:rsidRDefault="005C517D" w:rsidP="005C517D">
            <w:pPr>
              <w:spacing w:after="0"/>
              <w:rPr>
                <w:rFonts w:ascii="Times New Roman" w:hAnsi="Times New Roman" w:cs="Times New Roman"/>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(Asil)</w:t>
            </w:r>
          </w:p>
        </w:tc>
        <w:tc>
          <w:tcPr>
            <w:tcW w:w="1276" w:type="dxa"/>
            <w:tcMar>
              <w:top w:w="60" w:type="dxa"/>
              <w:left w:w="60" w:type="dxa"/>
              <w:bottom w:w="60" w:type="dxa"/>
              <w:right w:w="60" w:type="dxa"/>
            </w:tcMar>
          </w:tcPr>
          <w:p w14:paraId="4C908F17" w14:textId="77777777" w:rsidR="00BE3DDD" w:rsidRPr="005829EA" w:rsidRDefault="00BE3DDD">
            <w:pPr>
              <w:rPr>
                <w:rFonts w:ascii="Times New Roman" w:hAnsi="Times New Roman" w:cs="Times New Roman"/>
              </w:rPr>
            </w:pPr>
          </w:p>
        </w:tc>
        <w:tc>
          <w:tcPr>
            <w:tcW w:w="1701" w:type="dxa"/>
            <w:tcMar>
              <w:top w:w="60" w:type="dxa"/>
              <w:left w:w="60" w:type="dxa"/>
              <w:bottom w:w="60" w:type="dxa"/>
              <w:right w:w="60" w:type="dxa"/>
            </w:tcMar>
          </w:tcPr>
          <w:p w14:paraId="60CE3826" w14:textId="77777777" w:rsidR="00BE3DDD" w:rsidRPr="005829EA" w:rsidRDefault="00BE3DDD">
            <w:pPr>
              <w:rPr>
                <w:rFonts w:ascii="Times New Roman" w:hAnsi="Times New Roman" w:cs="Times New Roman"/>
              </w:rPr>
            </w:pPr>
          </w:p>
        </w:tc>
        <w:tc>
          <w:tcPr>
            <w:tcW w:w="2268" w:type="dxa"/>
            <w:tcMar>
              <w:top w:w="60" w:type="dxa"/>
              <w:left w:w="60" w:type="dxa"/>
              <w:bottom w:w="60" w:type="dxa"/>
              <w:right w:w="60" w:type="dxa"/>
            </w:tcMar>
          </w:tcPr>
          <w:p w14:paraId="624CFEFE" w14:textId="77777777" w:rsidR="00BE3DDD" w:rsidRPr="005829EA" w:rsidRDefault="00BE3DDD">
            <w:pPr>
              <w:rPr>
                <w:rFonts w:ascii="Times New Roman" w:hAnsi="Times New Roman" w:cs="Times New Roman"/>
              </w:rPr>
            </w:pPr>
          </w:p>
        </w:tc>
        <w:tc>
          <w:tcPr>
            <w:tcW w:w="1133" w:type="dxa"/>
            <w:tcMar>
              <w:top w:w="60" w:type="dxa"/>
              <w:left w:w="60" w:type="dxa"/>
              <w:bottom w:w="60" w:type="dxa"/>
              <w:right w:w="60" w:type="dxa"/>
            </w:tcMar>
          </w:tcPr>
          <w:p w14:paraId="3EDF3369" w14:textId="77777777" w:rsidR="00BE3DDD" w:rsidRPr="005829EA" w:rsidRDefault="00BE3DDD">
            <w:pPr>
              <w:rPr>
                <w:rFonts w:ascii="Times New Roman" w:hAnsi="Times New Roman" w:cs="Times New Roman"/>
              </w:rPr>
            </w:pPr>
          </w:p>
        </w:tc>
      </w:tr>
      <w:tr w:rsidR="00BE3DDD" w:rsidRPr="005829EA" w14:paraId="7FBC43B2" w14:textId="77777777" w:rsidTr="001002D9">
        <w:trPr>
          <w:jc w:val="center"/>
        </w:trPr>
        <w:tc>
          <w:tcPr>
            <w:tcW w:w="2972" w:type="dxa"/>
            <w:tcMar>
              <w:top w:w="60" w:type="dxa"/>
              <w:left w:w="60" w:type="dxa"/>
              <w:bottom w:w="60" w:type="dxa"/>
              <w:right w:w="60" w:type="dxa"/>
            </w:tcMar>
          </w:tcPr>
          <w:p w14:paraId="6453EFD5" w14:textId="77777777" w:rsidR="00BE3DDD" w:rsidRPr="001002D9" w:rsidRDefault="005C517D" w:rsidP="005C517D">
            <w:pPr>
              <w:spacing w:after="0"/>
              <w:rPr>
                <w:rFonts w:ascii="Times New Roman" w:hAnsi="Times New Roman" w:cs="Times New Roman"/>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(Asil)</w:t>
            </w:r>
            <w:r w:rsidR="008766B2" w:rsidRPr="001002D9">
              <w:rPr>
                <w:rFonts w:ascii="Times New Roman" w:hAnsi="Times New Roman" w:cs="Times New Roman"/>
                <w:b/>
                <w:color w:val="000000" w:themeColor="text1"/>
              </w:rPr>
              <w:t xml:space="preserve"> </w:t>
            </w:r>
          </w:p>
        </w:tc>
        <w:tc>
          <w:tcPr>
            <w:tcW w:w="1276" w:type="dxa"/>
            <w:tcMar>
              <w:top w:w="60" w:type="dxa"/>
              <w:left w:w="60" w:type="dxa"/>
              <w:bottom w:w="60" w:type="dxa"/>
              <w:right w:w="60" w:type="dxa"/>
            </w:tcMar>
          </w:tcPr>
          <w:p w14:paraId="03249D18" w14:textId="77777777" w:rsidR="00BE3DDD" w:rsidRPr="005829EA" w:rsidRDefault="00BE3DDD">
            <w:pPr>
              <w:rPr>
                <w:rFonts w:ascii="Times New Roman" w:hAnsi="Times New Roman" w:cs="Times New Roman"/>
              </w:rPr>
            </w:pPr>
          </w:p>
        </w:tc>
        <w:tc>
          <w:tcPr>
            <w:tcW w:w="1701" w:type="dxa"/>
            <w:tcMar>
              <w:top w:w="60" w:type="dxa"/>
              <w:left w:w="60" w:type="dxa"/>
              <w:bottom w:w="60" w:type="dxa"/>
              <w:right w:w="60" w:type="dxa"/>
            </w:tcMar>
          </w:tcPr>
          <w:p w14:paraId="2EAB459C" w14:textId="77777777" w:rsidR="00BE3DDD" w:rsidRPr="005829EA" w:rsidRDefault="00BE3DDD">
            <w:pPr>
              <w:rPr>
                <w:rFonts w:ascii="Times New Roman" w:hAnsi="Times New Roman" w:cs="Times New Roman"/>
              </w:rPr>
            </w:pPr>
          </w:p>
        </w:tc>
        <w:tc>
          <w:tcPr>
            <w:tcW w:w="2268" w:type="dxa"/>
            <w:tcMar>
              <w:top w:w="60" w:type="dxa"/>
              <w:left w:w="60" w:type="dxa"/>
              <w:bottom w:w="60" w:type="dxa"/>
              <w:right w:w="60" w:type="dxa"/>
            </w:tcMar>
          </w:tcPr>
          <w:p w14:paraId="7B9A4BBC" w14:textId="77777777" w:rsidR="00BE3DDD" w:rsidRPr="005829EA" w:rsidRDefault="00BE3DDD">
            <w:pPr>
              <w:rPr>
                <w:rFonts w:ascii="Times New Roman" w:hAnsi="Times New Roman" w:cs="Times New Roman"/>
              </w:rPr>
            </w:pPr>
          </w:p>
        </w:tc>
        <w:tc>
          <w:tcPr>
            <w:tcW w:w="1133" w:type="dxa"/>
            <w:tcMar>
              <w:top w:w="60" w:type="dxa"/>
              <w:left w:w="60" w:type="dxa"/>
              <w:bottom w:w="60" w:type="dxa"/>
              <w:right w:w="60" w:type="dxa"/>
            </w:tcMar>
          </w:tcPr>
          <w:p w14:paraId="695868E0" w14:textId="77777777" w:rsidR="00BE3DDD" w:rsidRPr="005829EA" w:rsidRDefault="00BE3DDD">
            <w:pPr>
              <w:rPr>
                <w:rFonts w:ascii="Times New Roman" w:hAnsi="Times New Roman" w:cs="Times New Roman"/>
              </w:rPr>
            </w:pPr>
          </w:p>
        </w:tc>
      </w:tr>
      <w:tr w:rsidR="00BE3DDD" w:rsidRPr="005829EA" w14:paraId="54CC9947" w14:textId="77777777" w:rsidTr="001002D9">
        <w:trPr>
          <w:jc w:val="center"/>
        </w:trPr>
        <w:tc>
          <w:tcPr>
            <w:tcW w:w="2972" w:type="dxa"/>
            <w:tcMar>
              <w:top w:w="60" w:type="dxa"/>
              <w:left w:w="60" w:type="dxa"/>
              <w:bottom w:w="60" w:type="dxa"/>
              <w:right w:w="60" w:type="dxa"/>
            </w:tcMar>
          </w:tcPr>
          <w:p w14:paraId="747DFA33" w14:textId="77777777" w:rsidR="00BE3DDD" w:rsidRPr="001002D9" w:rsidRDefault="005C517D">
            <w:pPr>
              <w:spacing w:after="0"/>
              <w:rPr>
                <w:rFonts w:ascii="Times New Roman" w:hAnsi="Times New Roman" w:cs="Times New Roman"/>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(Asil)</w:t>
            </w:r>
          </w:p>
        </w:tc>
        <w:tc>
          <w:tcPr>
            <w:tcW w:w="1276" w:type="dxa"/>
            <w:tcMar>
              <w:top w:w="60" w:type="dxa"/>
              <w:left w:w="60" w:type="dxa"/>
              <w:bottom w:w="60" w:type="dxa"/>
              <w:right w:w="60" w:type="dxa"/>
            </w:tcMar>
          </w:tcPr>
          <w:p w14:paraId="1FF45E28" w14:textId="77777777" w:rsidR="00BE3DDD" w:rsidRPr="005829EA" w:rsidRDefault="00BE3DDD">
            <w:pPr>
              <w:rPr>
                <w:rFonts w:ascii="Times New Roman" w:hAnsi="Times New Roman" w:cs="Times New Roman"/>
              </w:rPr>
            </w:pPr>
          </w:p>
        </w:tc>
        <w:tc>
          <w:tcPr>
            <w:tcW w:w="1701" w:type="dxa"/>
            <w:tcMar>
              <w:top w:w="60" w:type="dxa"/>
              <w:left w:w="60" w:type="dxa"/>
              <w:bottom w:w="60" w:type="dxa"/>
              <w:right w:w="60" w:type="dxa"/>
            </w:tcMar>
          </w:tcPr>
          <w:p w14:paraId="7CCCE019" w14:textId="77777777" w:rsidR="00BE3DDD" w:rsidRPr="005829EA" w:rsidRDefault="00BE3DDD">
            <w:pPr>
              <w:rPr>
                <w:rFonts w:ascii="Times New Roman" w:hAnsi="Times New Roman" w:cs="Times New Roman"/>
              </w:rPr>
            </w:pPr>
          </w:p>
        </w:tc>
        <w:tc>
          <w:tcPr>
            <w:tcW w:w="2268" w:type="dxa"/>
            <w:tcMar>
              <w:top w:w="60" w:type="dxa"/>
              <w:left w:w="60" w:type="dxa"/>
              <w:bottom w:w="60" w:type="dxa"/>
              <w:right w:w="60" w:type="dxa"/>
            </w:tcMar>
          </w:tcPr>
          <w:p w14:paraId="5ABE086E" w14:textId="77777777" w:rsidR="00BE3DDD" w:rsidRPr="005829EA" w:rsidRDefault="00BE3DDD">
            <w:pPr>
              <w:rPr>
                <w:rFonts w:ascii="Times New Roman" w:hAnsi="Times New Roman" w:cs="Times New Roman"/>
              </w:rPr>
            </w:pPr>
          </w:p>
        </w:tc>
        <w:tc>
          <w:tcPr>
            <w:tcW w:w="1133" w:type="dxa"/>
            <w:tcMar>
              <w:top w:w="60" w:type="dxa"/>
              <w:left w:w="60" w:type="dxa"/>
              <w:bottom w:w="60" w:type="dxa"/>
              <w:right w:w="60" w:type="dxa"/>
            </w:tcMar>
          </w:tcPr>
          <w:p w14:paraId="47564CC9" w14:textId="77777777" w:rsidR="00BE3DDD" w:rsidRPr="005829EA" w:rsidRDefault="00BE3DDD">
            <w:pPr>
              <w:rPr>
                <w:rFonts w:ascii="Times New Roman" w:hAnsi="Times New Roman" w:cs="Times New Roman"/>
              </w:rPr>
            </w:pPr>
          </w:p>
        </w:tc>
      </w:tr>
      <w:tr w:rsidR="005C517D" w:rsidRPr="005829EA" w14:paraId="30D49AD8" w14:textId="77777777" w:rsidTr="001002D9">
        <w:trPr>
          <w:trHeight w:val="297"/>
          <w:jc w:val="center"/>
        </w:trPr>
        <w:tc>
          <w:tcPr>
            <w:tcW w:w="2972" w:type="dxa"/>
            <w:tcMar>
              <w:top w:w="60" w:type="dxa"/>
              <w:left w:w="60" w:type="dxa"/>
              <w:bottom w:w="60" w:type="dxa"/>
              <w:right w:w="60" w:type="dxa"/>
            </w:tcMar>
          </w:tcPr>
          <w:p w14:paraId="482125F7" w14:textId="77777777" w:rsidR="005C517D" w:rsidRPr="001002D9" w:rsidRDefault="005C517D" w:rsidP="005C517D">
            <w:pPr>
              <w:spacing w:after="0"/>
              <w:rPr>
                <w:rFonts w:ascii="Times New Roman" w:hAnsi="Times New Roman" w:cs="Times New Roman"/>
                <w:b/>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Yedek</w:t>
            </w:r>
            <w:proofErr w:type="spellEnd"/>
            <w:r w:rsidRPr="001002D9">
              <w:rPr>
                <w:rFonts w:ascii="Times New Roman" w:hAnsi="Times New Roman" w:cs="Times New Roman"/>
                <w:b/>
                <w:color w:val="000000" w:themeColor="text1"/>
              </w:rPr>
              <w:t>)</w:t>
            </w:r>
          </w:p>
        </w:tc>
        <w:tc>
          <w:tcPr>
            <w:tcW w:w="1276" w:type="dxa"/>
            <w:tcMar>
              <w:top w:w="60" w:type="dxa"/>
              <w:left w:w="60" w:type="dxa"/>
              <w:bottom w:w="60" w:type="dxa"/>
              <w:right w:w="60" w:type="dxa"/>
            </w:tcMar>
          </w:tcPr>
          <w:p w14:paraId="3ABA4128" w14:textId="77777777" w:rsidR="005C517D" w:rsidRPr="005829EA" w:rsidRDefault="005C517D">
            <w:pPr>
              <w:rPr>
                <w:rFonts w:ascii="Times New Roman" w:hAnsi="Times New Roman" w:cs="Times New Roman"/>
              </w:rPr>
            </w:pPr>
          </w:p>
        </w:tc>
        <w:tc>
          <w:tcPr>
            <w:tcW w:w="1701" w:type="dxa"/>
            <w:tcMar>
              <w:top w:w="60" w:type="dxa"/>
              <w:left w:w="60" w:type="dxa"/>
              <w:bottom w:w="60" w:type="dxa"/>
              <w:right w:w="60" w:type="dxa"/>
            </w:tcMar>
          </w:tcPr>
          <w:p w14:paraId="16627FDD" w14:textId="77777777" w:rsidR="005C517D" w:rsidRPr="005829EA" w:rsidRDefault="005C517D">
            <w:pPr>
              <w:rPr>
                <w:rFonts w:ascii="Times New Roman" w:hAnsi="Times New Roman" w:cs="Times New Roman"/>
              </w:rPr>
            </w:pPr>
          </w:p>
        </w:tc>
        <w:tc>
          <w:tcPr>
            <w:tcW w:w="2268" w:type="dxa"/>
            <w:tcMar>
              <w:top w:w="60" w:type="dxa"/>
              <w:left w:w="60" w:type="dxa"/>
              <w:bottom w:w="60" w:type="dxa"/>
              <w:right w:w="60" w:type="dxa"/>
            </w:tcMar>
          </w:tcPr>
          <w:p w14:paraId="5BCFFD14" w14:textId="77777777" w:rsidR="005C517D" w:rsidRPr="005829EA" w:rsidRDefault="005C517D">
            <w:pPr>
              <w:rPr>
                <w:rFonts w:ascii="Times New Roman" w:hAnsi="Times New Roman" w:cs="Times New Roman"/>
              </w:rPr>
            </w:pPr>
          </w:p>
        </w:tc>
        <w:tc>
          <w:tcPr>
            <w:tcW w:w="1133" w:type="dxa"/>
            <w:tcMar>
              <w:top w:w="60" w:type="dxa"/>
              <w:left w:w="60" w:type="dxa"/>
              <w:bottom w:w="60" w:type="dxa"/>
              <w:right w:w="60" w:type="dxa"/>
            </w:tcMar>
          </w:tcPr>
          <w:p w14:paraId="552CC028" w14:textId="77777777" w:rsidR="005C517D" w:rsidRPr="005829EA" w:rsidRDefault="005C517D">
            <w:pPr>
              <w:rPr>
                <w:rFonts w:ascii="Times New Roman" w:hAnsi="Times New Roman" w:cs="Times New Roman"/>
              </w:rPr>
            </w:pPr>
          </w:p>
        </w:tc>
      </w:tr>
      <w:tr w:rsidR="005C517D" w:rsidRPr="005829EA" w14:paraId="676ADE9E" w14:textId="77777777" w:rsidTr="001002D9">
        <w:trPr>
          <w:jc w:val="center"/>
        </w:trPr>
        <w:tc>
          <w:tcPr>
            <w:tcW w:w="2972" w:type="dxa"/>
            <w:tcMar>
              <w:top w:w="60" w:type="dxa"/>
              <w:left w:w="60" w:type="dxa"/>
              <w:bottom w:w="60" w:type="dxa"/>
              <w:right w:w="60" w:type="dxa"/>
            </w:tcMar>
          </w:tcPr>
          <w:p w14:paraId="674521EA" w14:textId="77777777" w:rsidR="005C517D" w:rsidRPr="001002D9" w:rsidRDefault="005C517D">
            <w:pPr>
              <w:spacing w:after="0"/>
              <w:rPr>
                <w:rFonts w:ascii="Times New Roman" w:hAnsi="Times New Roman" w:cs="Times New Roman"/>
                <w:b/>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Yedek</w:t>
            </w:r>
            <w:proofErr w:type="spellEnd"/>
            <w:r w:rsidRPr="001002D9">
              <w:rPr>
                <w:rFonts w:ascii="Times New Roman" w:hAnsi="Times New Roman" w:cs="Times New Roman"/>
                <w:b/>
                <w:color w:val="000000" w:themeColor="text1"/>
              </w:rPr>
              <w:t>)</w:t>
            </w:r>
          </w:p>
        </w:tc>
        <w:tc>
          <w:tcPr>
            <w:tcW w:w="1276" w:type="dxa"/>
            <w:tcMar>
              <w:top w:w="60" w:type="dxa"/>
              <w:left w:w="60" w:type="dxa"/>
              <w:bottom w:w="60" w:type="dxa"/>
              <w:right w:w="60" w:type="dxa"/>
            </w:tcMar>
          </w:tcPr>
          <w:p w14:paraId="6232F8DB" w14:textId="77777777" w:rsidR="005C517D" w:rsidRPr="005829EA" w:rsidRDefault="005C517D">
            <w:pPr>
              <w:rPr>
                <w:rFonts w:ascii="Times New Roman" w:hAnsi="Times New Roman" w:cs="Times New Roman"/>
              </w:rPr>
            </w:pPr>
          </w:p>
        </w:tc>
        <w:tc>
          <w:tcPr>
            <w:tcW w:w="1701" w:type="dxa"/>
            <w:tcMar>
              <w:top w:w="60" w:type="dxa"/>
              <w:left w:w="60" w:type="dxa"/>
              <w:bottom w:w="60" w:type="dxa"/>
              <w:right w:w="60" w:type="dxa"/>
            </w:tcMar>
          </w:tcPr>
          <w:p w14:paraId="5881C425" w14:textId="77777777" w:rsidR="005C517D" w:rsidRPr="005829EA" w:rsidRDefault="005C517D">
            <w:pPr>
              <w:rPr>
                <w:rFonts w:ascii="Times New Roman" w:hAnsi="Times New Roman" w:cs="Times New Roman"/>
              </w:rPr>
            </w:pPr>
          </w:p>
        </w:tc>
        <w:tc>
          <w:tcPr>
            <w:tcW w:w="2268" w:type="dxa"/>
            <w:tcMar>
              <w:top w:w="60" w:type="dxa"/>
              <w:left w:w="60" w:type="dxa"/>
              <w:bottom w:w="60" w:type="dxa"/>
              <w:right w:w="60" w:type="dxa"/>
            </w:tcMar>
          </w:tcPr>
          <w:p w14:paraId="054EB070" w14:textId="77777777" w:rsidR="005C517D" w:rsidRPr="005829EA" w:rsidRDefault="005C517D">
            <w:pPr>
              <w:rPr>
                <w:rFonts w:ascii="Times New Roman" w:hAnsi="Times New Roman" w:cs="Times New Roman"/>
              </w:rPr>
            </w:pPr>
          </w:p>
        </w:tc>
        <w:tc>
          <w:tcPr>
            <w:tcW w:w="1133" w:type="dxa"/>
            <w:tcMar>
              <w:top w:w="60" w:type="dxa"/>
              <w:left w:w="60" w:type="dxa"/>
              <w:bottom w:w="60" w:type="dxa"/>
              <w:right w:w="60" w:type="dxa"/>
            </w:tcMar>
          </w:tcPr>
          <w:p w14:paraId="36D368DE" w14:textId="77777777" w:rsidR="005C517D" w:rsidRPr="005829EA" w:rsidRDefault="005C517D">
            <w:pPr>
              <w:rPr>
                <w:rFonts w:ascii="Times New Roman" w:hAnsi="Times New Roman" w:cs="Times New Roman"/>
              </w:rPr>
            </w:pPr>
          </w:p>
        </w:tc>
      </w:tr>
      <w:tr w:rsidR="005C517D" w:rsidRPr="005829EA" w14:paraId="7FF74A3B" w14:textId="77777777" w:rsidTr="001002D9">
        <w:trPr>
          <w:jc w:val="center"/>
        </w:trPr>
        <w:tc>
          <w:tcPr>
            <w:tcW w:w="2972" w:type="dxa"/>
            <w:tcMar>
              <w:top w:w="60" w:type="dxa"/>
              <w:left w:w="60" w:type="dxa"/>
              <w:bottom w:w="60" w:type="dxa"/>
              <w:right w:w="60" w:type="dxa"/>
            </w:tcMar>
          </w:tcPr>
          <w:p w14:paraId="09EB48AA" w14:textId="77777777" w:rsidR="005C517D" w:rsidRPr="001002D9" w:rsidRDefault="005C517D">
            <w:pPr>
              <w:spacing w:after="0"/>
              <w:rPr>
                <w:rFonts w:ascii="Times New Roman" w:hAnsi="Times New Roman" w:cs="Times New Roman"/>
                <w:b/>
                <w:color w:val="000000" w:themeColor="text1"/>
              </w:rPr>
            </w:pPr>
            <w:proofErr w:type="spellStart"/>
            <w:r w:rsidRPr="001002D9">
              <w:rPr>
                <w:rFonts w:ascii="Times New Roman" w:hAnsi="Times New Roman" w:cs="Times New Roman"/>
                <w:b/>
                <w:color w:val="000000" w:themeColor="text1"/>
              </w:rPr>
              <w:t>Denetleme</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Kurulu</w:t>
            </w:r>
            <w:proofErr w:type="spellEnd"/>
            <w:r w:rsidRPr="001002D9">
              <w:rPr>
                <w:rFonts w:ascii="Times New Roman" w:hAnsi="Times New Roman" w:cs="Times New Roman"/>
                <w:b/>
                <w:color w:val="000000" w:themeColor="text1"/>
              </w:rPr>
              <w:t xml:space="preserve"> (</w:t>
            </w:r>
            <w:proofErr w:type="spellStart"/>
            <w:r w:rsidRPr="001002D9">
              <w:rPr>
                <w:rFonts w:ascii="Times New Roman" w:hAnsi="Times New Roman" w:cs="Times New Roman"/>
                <w:b/>
                <w:color w:val="000000" w:themeColor="text1"/>
              </w:rPr>
              <w:t>Yedek</w:t>
            </w:r>
            <w:proofErr w:type="spellEnd"/>
            <w:r w:rsidRPr="001002D9">
              <w:rPr>
                <w:rFonts w:ascii="Times New Roman" w:hAnsi="Times New Roman" w:cs="Times New Roman"/>
                <w:b/>
                <w:color w:val="000000" w:themeColor="text1"/>
              </w:rPr>
              <w:t>)</w:t>
            </w:r>
          </w:p>
        </w:tc>
        <w:tc>
          <w:tcPr>
            <w:tcW w:w="1276" w:type="dxa"/>
            <w:tcMar>
              <w:top w:w="60" w:type="dxa"/>
              <w:left w:w="60" w:type="dxa"/>
              <w:bottom w:w="60" w:type="dxa"/>
              <w:right w:w="60" w:type="dxa"/>
            </w:tcMar>
          </w:tcPr>
          <w:p w14:paraId="224F5F80" w14:textId="77777777" w:rsidR="005C517D" w:rsidRPr="005829EA" w:rsidRDefault="005C517D">
            <w:pPr>
              <w:rPr>
                <w:rFonts w:ascii="Times New Roman" w:hAnsi="Times New Roman" w:cs="Times New Roman"/>
              </w:rPr>
            </w:pPr>
          </w:p>
        </w:tc>
        <w:tc>
          <w:tcPr>
            <w:tcW w:w="1701" w:type="dxa"/>
            <w:tcMar>
              <w:top w:w="60" w:type="dxa"/>
              <w:left w:w="60" w:type="dxa"/>
              <w:bottom w:w="60" w:type="dxa"/>
              <w:right w:w="60" w:type="dxa"/>
            </w:tcMar>
          </w:tcPr>
          <w:p w14:paraId="5A0F7EC0" w14:textId="77777777" w:rsidR="005C517D" w:rsidRPr="005829EA" w:rsidRDefault="005C517D">
            <w:pPr>
              <w:rPr>
                <w:rFonts w:ascii="Times New Roman" w:hAnsi="Times New Roman" w:cs="Times New Roman"/>
              </w:rPr>
            </w:pPr>
          </w:p>
        </w:tc>
        <w:tc>
          <w:tcPr>
            <w:tcW w:w="2268" w:type="dxa"/>
            <w:tcMar>
              <w:top w:w="60" w:type="dxa"/>
              <w:left w:w="60" w:type="dxa"/>
              <w:bottom w:w="60" w:type="dxa"/>
              <w:right w:w="60" w:type="dxa"/>
            </w:tcMar>
          </w:tcPr>
          <w:p w14:paraId="1F7E7002" w14:textId="77777777" w:rsidR="005C517D" w:rsidRPr="005829EA" w:rsidRDefault="005C517D">
            <w:pPr>
              <w:rPr>
                <w:rFonts w:ascii="Times New Roman" w:hAnsi="Times New Roman" w:cs="Times New Roman"/>
              </w:rPr>
            </w:pPr>
          </w:p>
        </w:tc>
        <w:tc>
          <w:tcPr>
            <w:tcW w:w="1133" w:type="dxa"/>
            <w:tcMar>
              <w:top w:w="60" w:type="dxa"/>
              <w:left w:w="60" w:type="dxa"/>
              <w:bottom w:w="60" w:type="dxa"/>
              <w:right w:w="60" w:type="dxa"/>
            </w:tcMar>
          </w:tcPr>
          <w:p w14:paraId="509BB18D" w14:textId="77777777" w:rsidR="005C517D" w:rsidRPr="005829EA" w:rsidRDefault="005C517D">
            <w:pPr>
              <w:rPr>
                <w:rFonts w:ascii="Times New Roman" w:hAnsi="Times New Roman" w:cs="Times New Roman"/>
              </w:rPr>
            </w:pPr>
          </w:p>
        </w:tc>
      </w:tr>
    </w:tbl>
    <w:p w14:paraId="4CE7BBBC" w14:textId="77777777" w:rsidR="00BE3DDD" w:rsidRPr="005829EA" w:rsidRDefault="00BE3DDD">
      <w:pPr>
        <w:spacing w:after="240"/>
        <w:rPr>
          <w:rFonts w:ascii="Times New Roman" w:hAnsi="Times New Roman" w:cs="Times New Roman"/>
          <w:color w:val="000000" w:themeColor="text1"/>
        </w:rPr>
      </w:pPr>
    </w:p>
    <w:tbl>
      <w:tblPr>
        <w:tblW w:w="9795" w:type="dxa"/>
        <w:jc w:val="center"/>
        <w:tblLook w:val="04A0" w:firstRow="1" w:lastRow="0" w:firstColumn="1" w:lastColumn="0" w:noHBand="0" w:noVBand="1"/>
      </w:tblPr>
      <w:tblGrid>
        <w:gridCol w:w="9795"/>
      </w:tblGrid>
      <w:tr w:rsidR="005829EA" w:rsidRPr="005829EA" w14:paraId="55C90D84" w14:textId="77777777" w:rsidTr="00A36E93">
        <w:trPr>
          <w:trHeight w:val="3551"/>
          <w:jc w:val="center"/>
        </w:trPr>
        <w:tc>
          <w:tcPr>
            <w:tcW w:w="9795" w:type="dxa"/>
            <w:tcMar>
              <w:top w:w="100" w:type="dxa"/>
              <w:left w:w="150" w:type="dxa"/>
              <w:bottom w:w="100" w:type="dxa"/>
              <w:right w:w="150" w:type="dxa"/>
            </w:tcMar>
          </w:tcPr>
          <w:p w14:paraId="7119F056" w14:textId="77777777" w:rsidR="00A36E93" w:rsidRPr="005829EA" w:rsidRDefault="008766B2" w:rsidP="00A36E93">
            <w:pPr>
              <w:spacing w:after="0"/>
              <w:jc w:val="both"/>
              <w:rPr>
                <w:rFonts w:ascii="Times New Roman" w:hAnsi="Times New Roman" w:cs="Times New Roman"/>
                <w:b/>
                <w:color w:val="000000" w:themeColor="text1"/>
              </w:rPr>
            </w:pPr>
            <w:r w:rsidRPr="005829EA">
              <w:rPr>
                <w:rFonts w:ascii="Times New Roman" w:hAnsi="Times New Roman" w:cs="Times New Roman"/>
                <w:b/>
                <w:color w:val="000000" w:themeColor="text1"/>
              </w:rPr>
              <w:lastRenderedPageBreak/>
              <w:t>TAA</w:t>
            </w:r>
            <w:r w:rsidR="00A36E93" w:rsidRPr="005829EA">
              <w:rPr>
                <w:rFonts w:ascii="Times New Roman" w:hAnsi="Times New Roman" w:cs="Times New Roman"/>
                <w:b/>
                <w:color w:val="000000" w:themeColor="text1"/>
              </w:rPr>
              <w:t>HHÜT VE AKADEMİK DANIŞMAN ONAYI</w:t>
            </w:r>
          </w:p>
          <w:p w14:paraId="0B2619AB" w14:textId="77777777" w:rsidR="00A36E93" w:rsidRPr="005829EA" w:rsidRDefault="008766B2" w:rsidP="00A36E93">
            <w:pPr>
              <w:spacing w:after="0"/>
              <w:jc w:val="both"/>
              <w:rPr>
                <w:rFonts w:ascii="Times New Roman" w:hAnsi="Times New Roman" w:cs="Times New Roman"/>
                <w:color w:val="000000" w:themeColor="text1"/>
              </w:rPr>
            </w:pPr>
            <w:proofErr w:type="spellStart"/>
            <w:r w:rsidRPr="005829EA">
              <w:rPr>
                <w:rFonts w:ascii="Times New Roman" w:hAnsi="Times New Roman" w:cs="Times New Roman"/>
                <w:color w:val="000000" w:themeColor="text1"/>
              </w:rPr>
              <w:t>Seçilen</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Yönetim</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ve</w:t>
            </w:r>
            <w:proofErr w:type="spellEnd"/>
            <w:r w:rsidRPr="005829EA">
              <w:rPr>
                <w:rFonts w:ascii="Times New Roman" w:hAnsi="Times New Roman" w:cs="Times New Roman"/>
                <w:color w:val="000000" w:themeColor="text1"/>
              </w:rPr>
              <w:t xml:space="preserve"> </w:t>
            </w:r>
            <w:proofErr w:type="spellStart"/>
            <w:r w:rsidRPr="005829EA">
              <w:rPr>
                <w:rFonts w:ascii="Times New Roman" w:hAnsi="Times New Roman" w:cs="Times New Roman"/>
                <w:color w:val="000000" w:themeColor="text1"/>
              </w:rPr>
              <w:t>Denetleme</w:t>
            </w:r>
            <w:proofErr w:type="spellEnd"/>
            <w:r w:rsidRPr="005829EA">
              <w:rPr>
                <w:rFonts w:ascii="Times New Roman" w:hAnsi="Times New Roman" w:cs="Times New Roman"/>
                <w:color w:val="000000" w:themeColor="text1"/>
              </w:rPr>
              <w:t xml:space="preserve"> Kurulu üyelerinin Yükseköğretim Kurumları Öğrenci Disiplin Yönetmeliği kapsamında herhangi bir disiplin cezası bulunmadığı, çifte yönetim kurulu görevi almadıkları beyan edilmiş olup Genel Kurul ve Başkanlık seçimi bilgim ve denetimim dahilinde gerçekleştirilmiştir.</w:t>
            </w:r>
            <w:r w:rsidRPr="005829EA">
              <w:rPr>
                <w:rFonts w:ascii="Times New Roman" w:hAnsi="Times New Roman" w:cs="Times New Roman"/>
                <w:color w:val="000000" w:themeColor="text1"/>
              </w:rPr>
              <w:br/>
            </w:r>
          </w:p>
          <w:p w14:paraId="4FB36380" w14:textId="77777777" w:rsidR="00A36E93" w:rsidRPr="005829EA" w:rsidRDefault="00A36E93">
            <w:pPr>
              <w:spacing w:after="0"/>
              <w:rPr>
                <w:rFonts w:ascii="Times New Roman" w:hAnsi="Times New Roman" w:cs="Times New Roman"/>
                <w:color w:val="000000" w:themeColor="text1"/>
              </w:rPr>
            </w:pPr>
          </w:p>
          <w:p w14:paraId="2FFD100D" w14:textId="77777777" w:rsidR="005829EA" w:rsidRDefault="005829EA" w:rsidP="00A36E93">
            <w:pPr>
              <w:spacing w:after="0"/>
              <w:rPr>
                <w:rFonts w:ascii="Times New Roman" w:hAnsi="Times New Roman" w:cs="Times New Roman"/>
                <w:color w:val="000000" w:themeColor="text1"/>
              </w:rPr>
            </w:pPr>
          </w:p>
          <w:p w14:paraId="1A5D8171" w14:textId="77777777" w:rsidR="00A36E93" w:rsidRPr="005829EA" w:rsidRDefault="008766B2" w:rsidP="00A36E93">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br/>
              <w:t>Akademik Danışman Unvanı, Adı Soyadı: ....................................................................................</w:t>
            </w:r>
          </w:p>
          <w:p w14:paraId="103B80CE" w14:textId="77777777" w:rsidR="00BE3DDD" w:rsidRPr="005829EA" w:rsidRDefault="008766B2" w:rsidP="00A36E93">
            <w:pPr>
              <w:spacing w:after="0"/>
              <w:rPr>
                <w:rFonts w:ascii="Times New Roman" w:hAnsi="Times New Roman" w:cs="Times New Roman"/>
                <w:color w:val="000000" w:themeColor="text1"/>
              </w:rPr>
            </w:pPr>
            <w:r w:rsidRPr="005829EA">
              <w:rPr>
                <w:rFonts w:ascii="Times New Roman" w:hAnsi="Times New Roman" w:cs="Times New Roman"/>
                <w:color w:val="000000" w:themeColor="text1"/>
              </w:rPr>
              <w:br/>
              <w:t>Tarih: ..... / ..... / 2026             İmza: ........................................</w:t>
            </w:r>
          </w:p>
        </w:tc>
      </w:tr>
    </w:tbl>
    <w:p w14:paraId="1D186103" w14:textId="77777777" w:rsidR="008766B2" w:rsidRPr="005829EA" w:rsidRDefault="008766B2">
      <w:pPr>
        <w:rPr>
          <w:rFonts w:ascii="Times New Roman" w:hAnsi="Times New Roman" w:cs="Times New Roman"/>
          <w:color w:val="000000" w:themeColor="text1"/>
        </w:rPr>
      </w:pPr>
    </w:p>
    <w:sectPr w:rsidR="008766B2" w:rsidRPr="005829EA" w:rsidSect="005829EA">
      <w:headerReference w:type="even" r:id="rId8"/>
      <w:headerReference w:type="default" r:id="rId9"/>
      <w:footerReference w:type="even" r:id="rId10"/>
      <w:footerReference w:type="default" r:id="rId11"/>
      <w:headerReference w:type="first" r:id="rId12"/>
      <w:footerReference w:type="first" r:id="rId13"/>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7378" w14:textId="77777777" w:rsidR="001D2AC3" w:rsidRDefault="001D2AC3" w:rsidP="008A1A8F">
      <w:pPr>
        <w:spacing w:after="0" w:line="240" w:lineRule="auto"/>
      </w:pPr>
      <w:r>
        <w:separator/>
      </w:r>
    </w:p>
  </w:endnote>
  <w:endnote w:type="continuationSeparator" w:id="0">
    <w:p w14:paraId="64BF274B" w14:textId="77777777" w:rsidR="001D2AC3" w:rsidRDefault="001D2AC3" w:rsidP="008A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D89D" w14:textId="77777777" w:rsidR="008A1A8F" w:rsidRDefault="008A1A8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30"/>
      <w:gridCol w:w="3284"/>
      <w:gridCol w:w="2926"/>
    </w:tblGrid>
    <w:tr w:rsidR="008A1A8F" w14:paraId="5B08F105" w14:textId="77777777" w:rsidTr="009E2017">
      <w:trPr>
        <w:trHeight w:val="334"/>
      </w:trPr>
      <w:tc>
        <w:tcPr>
          <w:tcW w:w="3430" w:type="dxa"/>
          <w:tcBorders>
            <w:top w:val="single" w:sz="4" w:space="0" w:color="auto"/>
            <w:left w:val="single" w:sz="4" w:space="0" w:color="auto"/>
            <w:bottom w:val="nil"/>
            <w:right w:val="nil"/>
          </w:tcBorders>
          <w:hideMark/>
        </w:tcPr>
        <w:p w14:paraId="663C3728" w14:textId="77777777" w:rsidR="008A1A8F" w:rsidRPr="007A3984" w:rsidRDefault="008A1A8F" w:rsidP="008A1A8F">
          <w:pPr>
            <w:pStyle w:val="AltBilgi"/>
            <w:spacing w:line="276" w:lineRule="auto"/>
            <w:rPr>
              <w:rFonts w:ascii="Times New Roman" w:hAnsi="Times New Roman"/>
              <w:sz w:val="24"/>
              <w:szCs w:val="24"/>
            </w:rPr>
          </w:pPr>
          <w:bookmarkStart w:id="0" w:name="_Hlk215577909"/>
          <w:bookmarkStart w:id="1" w:name="_Hlk215578482"/>
          <w:proofErr w:type="spellStart"/>
          <w:r w:rsidRPr="007A3984">
            <w:rPr>
              <w:rFonts w:ascii="Times New Roman" w:hAnsi="Times New Roman"/>
              <w:sz w:val="24"/>
              <w:szCs w:val="24"/>
            </w:rPr>
            <w:t>Hazırlayan</w:t>
          </w:r>
          <w:proofErr w:type="spellEnd"/>
        </w:p>
      </w:tc>
      <w:tc>
        <w:tcPr>
          <w:tcW w:w="3284" w:type="dxa"/>
          <w:tcBorders>
            <w:top w:val="single" w:sz="4" w:space="0" w:color="auto"/>
            <w:left w:val="nil"/>
            <w:bottom w:val="nil"/>
            <w:right w:val="nil"/>
          </w:tcBorders>
          <w:hideMark/>
        </w:tcPr>
        <w:p w14:paraId="2F1CEAF9" w14:textId="77777777" w:rsidR="008A1A8F" w:rsidRPr="007A3984" w:rsidRDefault="008A1A8F" w:rsidP="008A1A8F">
          <w:pPr>
            <w:pStyle w:val="AltBilgi"/>
            <w:spacing w:line="276" w:lineRule="auto"/>
            <w:rPr>
              <w:rFonts w:ascii="Times New Roman" w:hAnsi="Times New Roman"/>
              <w:sz w:val="24"/>
              <w:szCs w:val="24"/>
            </w:rPr>
          </w:pPr>
          <w:proofErr w:type="spellStart"/>
          <w:r w:rsidRPr="007A3984">
            <w:rPr>
              <w:rFonts w:ascii="Times New Roman" w:hAnsi="Times New Roman"/>
              <w:sz w:val="24"/>
              <w:szCs w:val="24"/>
            </w:rPr>
            <w:t>Sistem</w:t>
          </w:r>
          <w:proofErr w:type="spellEnd"/>
          <w:r w:rsidRPr="007A3984">
            <w:rPr>
              <w:rFonts w:ascii="Times New Roman" w:hAnsi="Times New Roman"/>
              <w:sz w:val="24"/>
              <w:szCs w:val="24"/>
            </w:rPr>
            <w:t xml:space="preserve"> </w:t>
          </w:r>
          <w:proofErr w:type="spellStart"/>
          <w:r w:rsidRPr="007A3984">
            <w:rPr>
              <w:rFonts w:ascii="Times New Roman" w:hAnsi="Times New Roman"/>
              <w:sz w:val="24"/>
              <w:szCs w:val="24"/>
            </w:rPr>
            <w:t>Onayı</w:t>
          </w:r>
          <w:proofErr w:type="spellEnd"/>
        </w:p>
      </w:tc>
      <w:tc>
        <w:tcPr>
          <w:tcW w:w="2926" w:type="dxa"/>
          <w:tcBorders>
            <w:top w:val="single" w:sz="4" w:space="0" w:color="auto"/>
            <w:left w:val="nil"/>
            <w:bottom w:val="nil"/>
            <w:right w:val="single" w:sz="4" w:space="0" w:color="auto"/>
          </w:tcBorders>
          <w:hideMark/>
        </w:tcPr>
        <w:p w14:paraId="036F2C73" w14:textId="77777777" w:rsidR="008A1A8F" w:rsidRPr="007A3984" w:rsidRDefault="008A1A8F" w:rsidP="008A1A8F">
          <w:pPr>
            <w:pStyle w:val="AltBilgi"/>
            <w:spacing w:line="276" w:lineRule="auto"/>
            <w:rPr>
              <w:rFonts w:ascii="Times New Roman" w:hAnsi="Times New Roman"/>
              <w:sz w:val="24"/>
              <w:szCs w:val="24"/>
            </w:rPr>
          </w:pPr>
          <w:r w:rsidRPr="007A3984">
            <w:rPr>
              <w:rFonts w:ascii="Times New Roman" w:hAnsi="Times New Roman"/>
              <w:sz w:val="24"/>
              <w:szCs w:val="24"/>
            </w:rPr>
            <w:t xml:space="preserve">           </w:t>
          </w:r>
          <w:proofErr w:type="spellStart"/>
          <w:r w:rsidRPr="007A3984">
            <w:rPr>
              <w:rFonts w:ascii="Times New Roman" w:hAnsi="Times New Roman"/>
              <w:sz w:val="24"/>
              <w:szCs w:val="24"/>
            </w:rPr>
            <w:t>Yürürlük</w:t>
          </w:r>
          <w:proofErr w:type="spellEnd"/>
          <w:r w:rsidRPr="007A3984">
            <w:rPr>
              <w:rFonts w:ascii="Times New Roman" w:hAnsi="Times New Roman"/>
              <w:sz w:val="24"/>
              <w:szCs w:val="24"/>
            </w:rPr>
            <w:t xml:space="preserve"> </w:t>
          </w:r>
          <w:proofErr w:type="spellStart"/>
          <w:r w:rsidRPr="007A3984">
            <w:rPr>
              <w:rFonts w:ascii="Times New Roman" w:hAnsi="Times New Roman"/>
              <w:sz w:val="24"/>
              <w:szCs w:val="24"/>
            </w:rPr>
            <w:t>Onayı</w:t>
          </w:r>
          <w:proofErr w:type="spellEnd"/>
          <w:r w:rsidRPr="007A3984">
            <w:rPr>
              <w:rFonts w:ascii="Times New Roman" w:hAnsi="Times New Roman"/>
              <w:sz w:val="24"/>
              <w:szCs w:val="24"/>
            </w:rPr>
            <w:t xml:space="preserve">   </w:t>
          </w:r>
        </w:p>
      </w:tc>
    </w:tr>
    <w:tr w:rsidR="008A1A8F" w:rsidRPr="00DB4EBF" w14:paraId="284458A5" w14:textId="77777777" w:rsidTr="009E2017">
      <w:trPr>
        <w:trHeight w:val="838"/>
      </w:trPr>
      <w:tc>
        <w:tcPr>
          <w:tcW w:w="3430" w:type="dxa"/>
          <w:tcBorders>
            <w:top w:val="nil"/>
            <w:left w:val="single" w:sz="4" w:space="0" w:color="auto"/>
            <w:bottom w:val="single" w:sz="4" w:space="0" w:color="auto"/>
            <w:right w:val="nil"/>
          </w:tcBorders>
          <w:hideMark/>
        </w:tcPr>
        <w:p w14:paraId="01134455" w14:textId="77777777" w:rsidR="008A1A8F" w:rsidRPr="00DB4EBF" w:rsidRDefault="008A1A8F" w:rsidP="008A1A8F">
          <w:pPr>
            <w:spacing w:after="0"/>
            <w:rPr>
              <w:rFonts w:ascii="Times New Roman" w:hAnsi="Times New Roman"/>
              <w:sz w:val="24"/>
              <w:szCs w:val="24"/>
            </w:rPr>
          </w:pPr>
          <w:r w:rsidRPr="00DB4EBF">
            <w:rPr>
              <w:rFonts w:ascii="Times New Roman" w:hAnsi="Times New Roman"/>
              <w:sz w:val="24"/>
              <w:szCs w:val="24"/>
            </w:rPr>
            <w:t>Büşra Nur Demirci</w:t>
          </w:r>
        </w:p>
      </w:tc>
      <w:tc>
        <w:tcPr>
          <w:tcW w:w="3284" w:type="dxa"/>
          <w:tcBorders>
            <w:top w:val="nil"/>
            <w:left w:val="nil"/>
            <w:bottom w:val="single" w:sz="4" w:space="0" w:color="auto"/>
            <w:right w:val="nil"/>
          </w:tcBorders>
          <w:hideMark/>
        </w:tcPr>
        <w:p w14:paraId="5B31197D" w14:textId="77777777" w:rsidR="008A1A8F" w:rsidRPr="00DB4EBF" w:rsidRDefault="008A1A8F" w:rsidP="008A1A8F">
          <w:pPr>
            <w:spacing w:after="0"/>
            <w:rPr>
              <w:rFonts w:ascii="Times New Roman" w:hAnsi="Times New Roman"/>
              <w:sz w:val="24"/>
              <w:szCs w:val="24"/>
            </w:rPr>
          </w:pPr>
          <w:r w:rsidRPr="00DB4EBF">
            <w:rPr>
              <w:rFonts w:ascii="Times New Roman" w:hAnsi="Times New Roman"/>
              <w:sz w:val="24"/>
              <w:szCs w:val="24"/>
            </w:rPr>
            <w:t>Selin TOZOĞLU</w:t>
          </w:r>
        </w:p>
      </w:tc>
      <w:tc>
        <w:tcPr>
          <w:tcW w:w="2926" w:type="dxa"/>
          <w:tcBorders>
            <w:top w:val="nil"/>
            <w:left w:val="nil"/>
            <w:bottom w:val="single" w:sz="4" w:space="0" w:color="auto"/>
            <w:right w:val="single" w:sz="4" w:space="0" w:color="auto"/>
          </w:tcBorders>
          <w:hideMark/>
        </w:tcPr>
        <w:p w14:paraId="05ABBB7D" w14:textId="77777777" w:rsidR="008A1A8F" w:rsidRPr="00DB4EBF" w:rsidRDefault="008A1A8F" w:rsidP="008A1A8F">
          <w:pPr>
            <w:spacing w:after="0"/>
            <w:rPr>
              <w:rFonts w:ascii="Times New Roman" w:hAnsi="Times New Roman"/>
              <w:sz w:val="24"/>
              <w:szCs w:val="24"/>
            </w:rPr>
          </w:pPr>
          <w:proofErr w:type="spellStart"/>
          <w:r w:rsidRPr="00DB4EBF">
            <w:rPr>
              <w:rFonts w:ascii="Times New Roman" w:hAnsi="Times New Roman"/>
              <w:sz w:val="24"/>
              <w:szCs w:val="24"/>
            </w:rPr>
            <w:t>Öğr</w:t>
          </w:r>
          <w:proofErr w:type="spellEnd"/>
          <w:r w:rsidRPr="00DB4EBF">
            <w:rPr>
              <w:rFonts w:ascii="Times New Roman" w:hAnsi="Times New Roman"/>
              <w:sz w:val="24"/>
              <w:szCs w:val="24"/>
            </w:rPr>
            <w:t xml:space="preserve">. </w:t>
          </w:r>
          <w:proofErr w:type="spellStart"/>
          <w:r w:rsidRPr="00DB4EBF">
            <w:rPr>
              <w:rFonts w:ascii="Times New Roman" w:hAnsi="Times New Roman"/>
              <w:sz w:val="24"/>
              <w:szCs w:val="24"/>
            </w:rPr>
            <w:t>Gör</w:t>
          </w:r>
          <w:proofErr w:type="spellEnd"/>
          <w:r w:rsidRPr="00DB4EBF">
            <w:rPr>
              <w:rFonts w:ascii="Times New Roman" w:hAnsi="Times New Roman"/>
              <w:sz w:val="24"/>
              <w:szCs w:val="24"/>
            </w:rPr>
            <w:t>. Cankat ÖZLÜ</w:t>
          </w:r>
        </w:p>
      </w:tc>
      <w:bookmarkEnd w:id="0"/>
      <w:bookmarkEnd w:id="1"/>
    </w:tr>
  </w:tbl>
  <w:p w14:paraId="5342E988" w14:textId="77777777" w:rsidR="008A1A8F" w:rsidRDefault="008A1A8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9744" w14:textId="77777777" w:rsidR="008A1A8F" w:rsidRDefault="008A1A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AD73" w14:textId="77777777" w:rsidR="001D2AC3" w:rsidRDefault="001D2AC3" w:rsidP="008A1A8F">
      <w:pPr>
        <w:spacing w:after="0" w:line="240" w:lineRule="auto"/>
      </w:pPr>
      <w:r>
        <w:separator/>
      </w:r>
    </w:p>
  </w:footnote>
  <w:footnote w:type="continuationSeparator" w:id="0">
    <w:p w14:paraId="73715EB6" w14:textId="77777777" w:rsidR="001D2AC3" w:rsidRDefault="001D2AC3" w:rsidP="008A1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CB32" w14:textId="77777777" w:rsidR="008A1A8F" w:rsidRDefault="008A1A8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760"/>
      <w:gridCol w:w="1552"/>
      <w:gridCol w:w="1382"/>
    </w:tblGrid>
    <w:tr w:rsidR="008A1A8F" w:rsidRPr="00F758DC" w14:paraId="50334954" w14:textId="77777777" w:rsidTr="009E2017">
      <w:trPr>
        <w:trHeight w:val="286"/>
      </w:trPr>
      <w:tc>
        <w:tcPr>
          <w:tcW w:w="1236" w:type="dxa"/>
          <w:vMerge w:val="restart"/>
          <w:vAlign w:val="center"/>
        </w:tcPr>
        <w:p w14:paraId="4DAB4E28"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r w:rsidRPr="00F758DC">
            <w:rPr>
              <w:rFonts w:ascii="Arial" w:hAnsi="Arial" w:cs="Arial"/>
              <w:noProof/>
              <w:sz w:val="20"/>
              <w:szCs w:val="20"/>
              <w:lang w:eastAsia="tr-TR"/>
            </w:rPr>
            <w:drawing>
              <wp:inline distT="0" distB="0" distL="0" distR="0" wp14:anchorId="73D6699B" wp14:editId="039E479D">
                <wp:extent cx="640080" cy="922020"/>
                <wp:effectExtent l="0" t="0" r="7620" b="0"/>
                <wp:docPr id="1746649923"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49923"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922020"/>
                        </a:xfrm>
                        <a:prstGeom prst="rect">
                          <a:avLst/>
                        </a:prstGeom>
                        <a:noFill/>
                        <a:ln>
                          <a:noFill/>
                        </a:ln>
                      </pic:spPr>
                    </pic:pic>
                  </a:graphicData>
                </a:graphic>
              </wp:inline>
            </w:drawing>
          </w:r>
        </w:p>
      </w:tc>
      <w:tc>
        <w:tcPr>
          <w:tcW w:w="4760" w:type="dxa"/>
          <w:vMerge w:val="restart"/>
          <w:vAlign w:val="center"/>
        </w:tcPr>
        <w:p w14:paraId="3FE234D1" w14:textId="7A43DF05" w:rsidR="008A1A8F" w:rsidRPr="00DB4EBF" w:rsidRDefault="008A1A8F" w:rsidP="008A1A8F">
          <w:pPr>
            <w:spacing w:after="0"/>
            <w:jc w:val="center"/>
            <w:rPr>
              <w:rFonts w:ascii="Times New Roman" w:hAnsi="Times New Roman"/>
              <w:sz w:val="24"/>
              <w:szCs w:val="24"/>
            </w:rPr>
          </w:pPr>
          <w:r w:rsidRPr="001002D9">
            <w:rPr>
              <w:rFonts w:ascii="Times New Roman" w:hAnsi="Times New Roman" w:cs="Times New Roman"/>
              <w:b/>
              <w:color w:val="000000" w:themeColor="text1"/>
              <w:sz w:val="24"/>
            </w:rPr>
            <w:t>ÖĞRENCİ TOPLULUĞU GENEL KURUL VE BAŞKANLIK SEÇİM TUTANAĞI</w:t>
          </w:r>
        </w:p>
      </w:tc>
      <w:tc>
        <w:tcPr>
          <w:tcW w:w="1552" w:type="dxa"/>
          <w:vAlign w:val="center"/>
        </w:tcPr>
        <w:p w14:paraId="64111010" w14:textId="77777777" w:rsidR="008A1A8F" w:rsidRPr="00F758DC" w:rsidRDefault="008A1A8F" w:rsidP="008A1A8F">
          <w:pPr>
            <w:tabs>
              <w:tab w:val="center" w:pos="4536"/>
              <w:tab w:val="right" w:pos="9072"/>
            </w:tabs>
            <w:spacing w:after="0" w:line="240" w:lineRule="auto"/>
            <w:rPr>
              <w:rFonts w:ascii="Arial" w:hAnsi="Arial" w:cs="Arial"/>
              <w:sz w:val="18"/>
              <w:szCs w:val="20"/>
              <w:lang w:eastAsia="tr-TR"/>
            </w:rPr>
          </w:pPr>
          <w:proofErr w:type="spellStart"/>
          <w:r w:rsidRPr="00F758DC">
            <w:rPr>
              <w:rFonts w:ascii="Arial" w:hAnsi="Arial" w:cs="Arial"/>
              <w:sz w:val="18"/>
              <w:szCs w:val="20"/>
              <w:lang w:eastAsia="tr-TR"/>
            </w:rPr>
            <w:t>Doküman</w:t>
          </w:r>
          <w:proofErr w:type="spellEnd"/>
          <w:r w:rsidRPr="00F758DC">
            <w:rPr>
              <w:rFonts w:ascii="Arial" w:hAnsi="Arial" w:cs="Arial"/>
              <w:sz w:val="18"/>
              <w:szCs w:val="20"/>
              <w:lang w:eastAsia="tr-TR"/>
            </w:rPr>
            <w:t xml:space="preserve"> No</w:t>
          </w:r>
        </w:p>
      </w:tc>
      <w:tc>
        <w:tcPr>
          <w:tcW w:w="1382" w:type="dxa"/>
          <w:vAlign w:val="center"/>
        </w:tcPr>
        <w:p w14:paraId="7DA2235B" w14:textId="452AD005" w:rsidR="008A1A8F" w:rsidRPr="00DB4EBF" w:rsidRDefault="008A1A8F" w:rsidP="008A1A8F">
          <w:pPr>
            <w:spacing w:after="0"/>
            <w:rPr>
              <w:b/>
              <w:bCs/>
            </w:rPr>
          </w:pPr>
          <w:r w:rsidRPr="00DB4EBF">
            <w:rPr>
              <w:b/>
              <w:bCs/>
            </w:rPr>
            <w:t>FR-SKS-0</w:t>
          </w:r>
          <w:r>
            <w:rPr>
              <w:b/>
              <w:bCs/>
            </w:rPr>
            <w:t>215</w:t>
          </w:r>
        </w:p>
      </w:tc>
    </w:tr>
    <w:tr w:rsidR="008A1A8F" w:rsidRPr="00F758DC" w14:paraId="4C137F8C" w14:textId="77777777" w:rsidTr="009E2017">
      <w:trPr>
        <w:trHeight w:val="286"/>
      </w:trPr>
      <w:tc>
        <w:tcPr>
          <w:tcW w:w="1236" w:type="dxa"/>
          <w:vMerge/>
          <w:vAlign w:val="center"/>
        </w:tcPr>
        <w:p w14:paraId="5A90EB50"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04A04710"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13D2F2FA" w14:textId="77777777" w:rsidR="008A1A8F" w:rsidRPr="00F758DC" w:rsidRDefault="008A1A8F" w:rsidP="008A1A8F">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 xml:space="preserve">İlk </w:t>
          </w:r>
          <w:proofErr w:type="spellStart"/>
          <w:r w:rsidRPr="00F758DC">
            <w:rPr>
              <w:rFonts w:ascii="Arial" w:hAnsi="Arial" w:cs="Arial"/>
              <w:sz w:val="18"/>
              <w:szCs w:val="20"/>
              <w:lang w:eastAsia="tr-TR"/>
            </w:rPr>
            <w:t>Yayın</w:t>
          </w:r>
          <w:proofErr w:type="spellEnd"/>
          <w:r w:rsidRPr="00F758DC">
            <w:rPr>
              <w:rFonts w:ascii="Arial" w:hAnsi="Arial" w:cs="Arial"/>
              <w:sz w:val="18"/>
              <w:szCs w:val="20"/>
              <w:lang w:eastAsia="tr-TR"/>
            </w:rPr>
            <w:t xml:space="preserve"> </w:t>
          </w:r>
          <w:proofErr w:type="spellStart"/>
          <w:r w:rsidRPr="00F758DC">
            <w:rPr>
              <w:rFonts w:ascii="Arial" w:hAnsi="Arial" w:cs="Arial"/>
              <w:sz w:val="18"/>
              <w:szCs w:val="20"/>
              <w:lang w:eastAsia="tr-TR"/>
            </w:rPr>
            <w:t>Tarihi</w:t>
          </w:r>
          <w:proofErr w:type="spellEnd"/>
        </w:p>
      </w:tc>
      <w:tc>
        <w:tcPr>
          <w:tcW w:w="1382" w:type="dxa"/>
          <w:vAlign w:val="center"/>
        </w:tcPr>
        <w:p w14:paraId="1EC02336" w14:textId="77777777" w:rsidR="008A1A8F" w:rsidRPr="00F758DC" w:rsidRDefault="008A1A8F" w:rsidP="008A1A8F">
          <w:pPr>
            <w:tabs>
              <w:tab w:val="center" w:pos="4536"/>
              <w:tab w:val="right" w:pos="9072"/>
            </w:tabs>
            <w:spacing w:after="0" w:line="240" w:lineRule="auto"/>
            <w:rPr>
              <w:rFonts w:ascii="Arial" w:hAnsi="Arial" w:cs="Arial"/>
              <w:b/>
              <w:sz w:val="18"/>
              <w:szCs w:val="20"/>
              <w:lang w:eastAsia="tr-TR"/>
            </w:rPr>
          </w:pPr>
          <w:r>
            <w:rPr>
              <w:rFonts w:ascii="Arial" w:hAnsi="Arial" w:cs="Arial"/>
              <w:b/>
              <w:sz w:val="18"/>
              <w:szCs w:val="20"/>
              <w:lang w:eastAsia="tr-TR"/>
            </w:rPr>
            <w:t>30.09.2026</w:t>
          </w:r>
        </w:p>
      </w:tc>
    </w:tr>
    <w:tr w:rsidR="008A1A8F" w:rsidRPr="00F758DC" w14:paraId="05B0227C" w14:textId="77777777" w:rsidTr="009E2017">
      <w:trPr>
        <w:trHeight w:val="286"/>
      </w:trPr>
      <w:tc>
        <w:tcPr>
          <w:tcW w:w="1236" w:type="dxa"/>
          <w:vMerge/>
          <w:vAlign w:val="center"/>
        </w:tcPr>
        <w:p w14:paraId="2310E8CA"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5ABF596F"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79D6DF2C" w14:textId="77777777" w:rsidR="008A1A8F" w:rsidRPr="00F758DC" w:rsidRDefault="008A1A8F" w:rsidP="008A1A8F">
          <w:pPr>
            <w:tabs>
              <w:tab w:val="center" w:pos="4536"/>
              <w:tab w:val="right" w:pos="9072"/>
            </w:tabs>
            <w:spacing w:after="0" w:line="240" w:lineRule="auto"/>
            <w:rPr>
              <w:rFonts w:ascii="Arial" w:hAnsi="Arial" w:cs="Arial"/>
              <w:sz w:val="18"/>
              <w:szCs w:val="20"/>
              <w:lang w:eastAsia="tr-TR"/>
            </w:rPr>
          </w:pPr>
          <w:proofErr w:type="spellStart"/>
          <w:r w:rsidRPr="00F758DC">
            <w:rPr>
              <w:rFonts w:ascii="Arial" w:hAnsi="Arial" w:cs="Arial"/>
              <w:sz w:val="18"/>
              <w:szCs w:val="20"/>
              <w:lang w:eastAsia="tr-TR"/>
            </w:rPr>
            <w:t>Revizyon</w:t>
          </w:r>
          <w:proofErr w:type="spellEnd"/>
          <w:r w:rsidRPr="00F758DC">
            <w:rPr>
              <w:rFonts w:ascii="Arial" w:hAnsi="Arial" w:cs="Arial"/>
              <w:sz w:val="18"/>
              <w:szCs w:val="20"/>
              <w:lang w:eastAsia="tr-TR"/>
            </w:rPr>
            <w:t xml:space="preserve"> </w:t>
          </w:r>
          <w:proofErr w:type="spellStart"/>
          <w:r w:rsidRPr="00F758DC">
            <w:rPr>
              <w:rFonts w:ascii="Arial" w:hAnsi="Arial" w:cs="Arial"/>
              <w:sz w:val="18"/>
              <w:szCs w:val="20"/>
              <w:lang w:eastAsia="tr-TR"/>
            </w:rPr>
            <w:t>Tarihi</w:t>
          </w:r>
          <w:proofErr w:type="spellEnd"/>
        </w:p>
      </w:tc>
      <w:tc>
        <w:tcPr>
          <w:tcW w:w="1382" w:type="dxa"/>
          <w:vAlign w:val="center"/>
        </w:tcPr>
        <w:p w14:paraId="433C91BF" w14:textId="77777777" w:rsidR="008A1A8F" w:rsidRPr="00F758DC" w:rsidRDefault="008A1A8F" w:rsidP="008A1A8F">
          <w:pPr>
            <w:tabs>
              <w:tab w:val="center" w:pos="4536"/>
              <w:tab w:val="right" w:pos="9072"/>
            </w:tabs>
            <w:spacing w:after="0" w:line="240" w:lineRule="auto"/>
            <w:rPr>
              <w:rFonts w:ascii="Arial" w:hAnsi="Arial" w:cs="Arial"/>
              <w:b/>
              <w:sz w:val="18"/>
              <w:szCs w:val="20"/>
              <w:lang w:eastAsia="tr-TR"/>
            </w:rPr>
          </w:pPr>
        </w:p>
      </w:tc>
    </w:tr>
    <w:tr w:rsidR="008A1A8F" w:rsidRPr="00F758DC" w14:paraId="0EFA9F1F" w14:textId="77777777" w:rsidTr="009E2017">
      <w:trPr>
        <w:trHeight w:val="286"/>
      </w:trPr>
      <w:tc>
        <w:tcPr>
          <w:tcW w:w="1236" w:type="dxa"/>
          <w:vMerge/>
          <w:vAlign w:val="center"/>
        </w:tcPr>
        <w:p w14:paraId="51279735"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76E0B3E0"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2561A099" w14:textId="77777777" w:rsidR="008A1A8F" w:rsidRPr="00F758DC" w:rsidRDefault="008A1A8F" w:rsidP="008A1A8F">
          <w:pPr>
            <w:tabs>
              <w:tab w:val="center" w:pos="4536"/>
              <w:tab w:val="right" w:pos="9072"/>
            </w:tabs>
            <w:spacing w:after="0" w:line="240" w:lineRule="auto"/>
            <w:rPr>
              <w:rFonts w:ascii="Arial" w:hAnsi="Arial" w:cs="Arial"/>
              <w:sz w:val="18"/>
              <w:szCs w:val="20"/>
              <w:lang w:eastAsia="tr-TR"/>
            </w:rPr>
          </w:pPr>
          <w:proofErr w:type="spellStart"/>
          <w:r w:rsidRPr="00F758DC">
            <w:rPr>
              <w:rFonts w:ascii="Arial" w:hAnsi="Arial" w:cs="Arial"/>
              <w:sz w:val="18"/>
              <w:szCs w:val="20"/>
              <w:lang w:eastAsia="tr-TR"/>
            </w:rPr>
            <w:t>Revizyon</w:t>
          </w:r>
          <w:proofErr w:type="spellEnd"/>
          <w:r w:rsidRPr="00F758DC">
            <w:rPr>
              <w:rFonts w:ascii="Arial" w:hAnsi="Arial" w:cs="Arial"/>
              <w:sz w:val="18"/>
              <w:szCs w:val="20"/>
              <w:lang w:eastAsia="tr-TR"/>
            </w:rPr>
            <w:t xml:space="preserve"> No</w:t>
          </w:r>
        </w:p>
      </w:tc>
      <w:tc>
        <w:tcPr>
          <w:tcW w:w="1382" w:type="dxa"/>
          <w:vAlign w:val="center"/>
        </w:tcPr>
        <w:p w14:paraId="2D5AC9C0" w14:textId="77777777" w:rsidR="008A1A8F" w:rsidRPr="00F758DC" w:rsidRDefault="008A1A8F" w:rsidP="008A1A8F">
          <w:pPr>
            <w:tabs>
              <w:tab w:val="center" w:pos="4536"/>
              <w:tab w:val="right" w:pos="9072"/>
            </w:tabs>
            <w:spacing w:after="0" w:line="240" w:lineRule="auto"/>
            <w:rPr>
              <w:rFonts w:ascii="Arial" w:hAnsi="Arial" w:cs="Arial"/>
              <w:b/>
              <w:sz w:val="18"/>
              <w:szCs w:val="20"/>
              <w:lang w:eastAsia="tr-TR"/>
            </w:rPr>
          </w:pPr>
        </w:p>
      </w:tc>
    </w:tr>
    <w:tr w:rsidR="008A1A8F" w:rsidRPr="00F758DC" w14:paraId="5CC1047F" w14:textId="77777777" w:rsidTr="009E2017">
      <w:trPr>
        <w:trHeight w:val="286"/>
      </w:trPr>
      <w:tc>
        <w:tcPr>
          <w:tcW w:w="1236" w:type="dxa"/>
          <w:vMerge/>
          <w:vAlign w:val="center"/>
        </w:tcPr>
        <w:p w14:paraId="3FB72FF8"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71B81069" w14:textId="77777777" w:rsidR="008A1A8F" w:rsidRPr="00F758DC" w:rsidRDefault="008A1A8F" w:rsidP="008A1A8F">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3D5A8BBF" w14:textId="77777777" w:rsidR="008A1A8F" w:rsidRPr="00F758DC" w:rsidRDefault="008A1A8F" w:rsidP="008A1A8F">
          <w:pPr>
            <w:tabs>
              <w:tab w:val="center" w:pos="4536"/>
              <w:tab w:val="right" w:pos="9072"/>
            </w:tabs>
            <w:spacing w:after="0" w:line="240" w:lineRule="auto"/>
            <w:rPr>
              <w:rFonts w:ascii="Arial" w:hAnsi="Arial" w:cs="Arial"/>
              <w:sz w:val="18"/>
              <w:szCs w:val="20"/>
              <w:lang w:eastAsia="tr-TR"/>
            </w:rPr>
          </w:pPr>
          <w:proofErr w:type="spellStart"/>
          <w:r w:rsidRPr="00F758DC">
            <w:rPr>
              <w:rFonts w:ascii="Arial" w:hAnsi="Arial" w:cs="Arial"/>
              <w:sz w:val="18"/>
              <w:szCs w:val="20"/>
              <w:lang w:eastAsia="tr-TR"/>
            </w:rPr>
            <w:t>Sayfa</w:t>
          </w:r>
          <w:proofErr w:type="spellEnd"/>
        </w:p>
      </w:tc>
      <w:tc>
        <w:tcPr>
          <w:tcW w:w="1382" w:type="dxa"/>
          <w:vAlign w:val="center"/>
        </w:tcPr>
        <w:p w14:paraId="55B0051D" w14:textId="77777777" w:rsidR="008A1A8F" w:rsidRDefault="008A1A8F" w:rsidP="008A1A8F">
          <w:pPr>
            <w:spacing w:after="0"/>
            <w:jc w:val="center"/>
          </w:pPr>
          <w:r>
            <w:rPr>
              <w:rFonts w:ascii="Arial" w:hAnsi="Arial"/>
              <w:sz w:val="16"/>
            </w:rPr>
            <w:t>1/1</w:t>
          </w:r>
        </w:p>
      </w:tc>
    </w:tr>
  </w:tbl>
  <w:p w14:paraId="3ABF6B15" w14:textId="77777777" w:rsidR="008A1A8F" w:rsidRDefault="008A1A8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2103" w14:textId="77777777" w:rsidR="008A1A8F" w:rsidRDefault="008A1A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61838881">
    <w:abstractNumId w:val="8"/>
  </w:num>
  <w:num w:numId="2" w16cid:durableId="1423260932">
    <w:abstractNumId w:val="6"/>
  </w:num>
  <w:num w:numId="3" w16cid:durableId="786896450">
    <w:abstractNumId w:val="5"/>
  </w:num>
  <w:num w:numId="4" w16cid:durableId="1066344809">
    <w:abstractNumId w:val="4"/>
  </w:num>
  <w:num w:numId="5" w16cid:durableId="666519039">
    <w:abstractNumId w:val="7"/>
  </w:num>
  <w:num w:numId="6" w16cid:durableId="322665442">
    <w:abstractNumId w:val="3"/>
  </w:num>
  <w:num w:numId="7" w16cid:durableId="1126317086">
    <w:abstractNumId w:val="2"/>
  </w:num>
  <w:num w:numId="8" w16cid:durableId="1084643720">
    <w:abstractNumId w:val="1"/>
  </w:num>
  <w:num w:numId="9" w16cid:durableId="83017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002D9"/>
    <w:rsid w:val="0015074B"/>
    <w:rsid w:val="001D2AC3"/>
    <w:rsid w:val="0029639D"/>
    <w:rsid w:val="00326F90"/>
    <w:rsid w:val="004413FA"/>
    <w:rsid w:val="005829EA"/>
    <w:rsid w:val="005C517D"/>
    <w:rsid w:val="0085373B"/>
    <w:rsid w:val="008766B2"/>
    <w:rsid w:val="008A1A8F"/>
    <w:rsid w:val="00A36E93"/>
    <w:rsid w:val="00AA1D8D"/>
    <w:rsid w:val="00B47730"/>
    <w:rsid w:val="00BE3DD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2A22E4"/>
  <w14:defaultImageDpi w14:val="300"/>
  <w15:docId w15:val="{0EF71B4C-F9C9-4268-87C0-145AC74A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B7AED-AD3C-4540-9C03-981D28C8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336</Words>
  <Characters>1921</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7</cp:revision>
  <dcterms:created xsi:type="dcterms:W3CDTF">2026-09-30T12:02:00Z</dcterms:created>
  <dcterms:modified xsi:type="dcterms:W3CDTF">2026-09-30T14:06:00Z</dcterms:modified>
  <cp:category/>
</cp:coreProperties>
</file>