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01927"/>
          <w:sz w:val="22"/>
        </w:rPr>
        <w:t>KONYA GIDA VE TARIM ÜNİVERSİTESİ</w:t>
      </w:r>
    </w:p>
    <w:p>
      <w:pPr>
        <w:jc w:val="center"/>
      </w:pPr>
      <w:r>
        <w:rPr>
          <w:b/>
          <w:color w:val="701927"/>
          <w:sz w:val="30"/>
        </w:rPr>
        <w:t>EK-2 | STRATEJİK PLAN – KOP – BM SKA UYUM MATRİSİ</w:t>
      </w:r>
    </w:p>
    <w:p>
      <w:pPr>
        <w:jc w:val="center"/>
      </w:pPr>
      <w:r>
        <w:rPr>
          <w:i/>
        </w:rPr>
        <w:t>KGTÜ 2025–2029 Stratejik Planı ve KOP 2024–2028 Eylem Planı karşılaştırması</w:t>
      </w:r>
    </w:p>
    <w:p>
      <w:pPr>
        <w:pStyle w:val="Heading2"/>
      </w:pPr>
      <w:r>
        <w:t>Amaç ve değerlendirme yöntemi</w:t>
      </w:r>
    </w:p>
    <w:p>
      <w:r>
        <w:t>KGTÜ stratejik hedeflerinin KOP öncelikli dönüşüm programları ve BM SKA ile ilişkisi belge temelli nitel eşleştirmeyle değerlendirilmiştir. Güçlü: açık tematik ilişki; Dolaylı: uygulama kanıtına bağlı ilişki; Sınırlı: genel ilişki veya doğrudan KOP eşleşmesi bulunmaması. Uyum düzeyleri resmî performans puanı değildir.</w:t>
      </w:r>
    </w:p>
    <w:p>
      <w:pPr>
        <w:pStyle w:val="Heading2"/>
      </w:pPr>
      <w:r>
        <w:t>A. Stratejik hedeflerin eşleştirilmesi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/>
        <w:tc>
          <w:tcPr>
            <w:tcW w:type="dxa" w:w="199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Hedef</w:t>
            </w:r>
          </w:p>
        </w:tc>
        <w:tc>
          <w:tcPr>
            <w:tcW w:type="dxa" w:w="199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Stratejik hedefin özeti</w:t>
            </w:r>
          </w:p>
        </w:tc>
        <w:tc>
          <w:tcPr>
            <w:tcW w:type="dxa" w:w="199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KOP önceliği</w:t>
            </w:r>
          </w:p>
        </w:tc>
        <w:tc>
          <w:tcPr>
            <w:tcW w:type="dxa" w:w="199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SKA</w:t>
            </w:r>
          </w:p>
        </w:tc>
        <w:tc>
          <w:tcPr>
            <w:tcW w:type="dxa" w:w="199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Uyum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H1.1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Eğitim politikalarının güncellenmesi ve yenilikçi yaklaşımlar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Ö2 – Tarımda Verimlilik Artışı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4, 9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Dolaylı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H1.2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Genel kültür ve disiplinlerarası derslerin geliştirilmesi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Sınırlı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H1.3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Nitelikli ulusal ve uluslararası öğrenci katılımı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4, 10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Sınırlı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H1.4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Erasmus anlaşmaları, kapasite ve KA171 iş birlikleri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4, 17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Sınırlı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H2.1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Araştırma sonuçlarının görünürlüğünün artırılması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Ö2 – Tarımda Verimlilik Artışı; Ö3 – Tarımsal Sanayinin Güçlendirilmesi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8, 9, 17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Güçlü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H3.1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Nitelikli insan kaynağına sahip olmak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8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Dolaylı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H3.2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Personelin mesleki ve kişisel gelişimini desteklemek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4, 8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Dolaylı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H3.3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Personel memnuniyetine yönelik çalışmalar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3, 8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Sınırlı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H4.1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Gelir kaynaklarını artırmak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Ö3 – Tarımsal ve Tarıma Dayalı Sanayinin Güçlendirilmesi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8, 9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Dolaylı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H4.2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Bilişim altyapısını geliştirmek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Ö2/Ö3 – Dijital dönüşüm boyutları (dolaylı)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9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Dolaylı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H5.1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Topluma katkıyı artıracak faaliyetler planlamak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Ö4 – Kırsalda Dengeli Kalkınma; Ö2 – Tarımda Verimlilik Artışı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4, 10, 11, 17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Güçlü</w:t>
            </w:r>
          </w:p>
        </w:tc>
      </w:tr>
      <w:tr>
        <w:trPr/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H5.2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Uluslararasılaşma süreçlerini geliştirmek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4, 17</w:t>
            </w:r>
          </w:p>
        </w:tc>
        <w:tc>
          <w:tcPr>
            <w:tcW w:type="dxa" w:w="199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Sınırlı</w:t>
            </w:r>
          </w:p>
        </w:tc>
      </w:tr>
    </w:tbl>
    <w:p>
      <w:pPr>
        <w:pStyle w:val="Heading2"/>
      </w:pPr>
      <w:r>
        <w:t>B. Eşleştirme gerekçeleri ve doğrulama kaynakları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/>
        <w:tc>
          <w:tcPr>
            <w:tcW w:type="dxa" w:w="332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Hedef</w:t>
            </w:r>
          </w:p>
        </w:tc>
        <w:tc>
          <w:tcPr>
            <w:tcW w:type="dxa" w:w="332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Eşleştirme gerekçesi</w:t>
            </w:r>
          </w:p>
        </w:tc>
        <w:tc>
          <w:tcPr>
            <w:tcW w:type="dxa" w:w="3324"/>
            <w:vAlign w:val="center"/>
            <w:shd w:fill="701927"/>
          </w:tcPr>
          <w:p>
            <w:pPr>
              <w:spacing w:after="60" w:before="60"/>
            </w:pPr>
            <w:r>
              <w:rPr>
                <w:b/>
                <w:color w:val="FFFFFF"/>
                <w:sz w:val="16"/>
              </w:rPr>
              <w:t>İzleme / doğrulama için olası kanıt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H1.1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Yenilikçi ve dijital eğitim yaklaşımları tarımsal verimlilik alanında kullanılabilir.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Müfredat ve ders içerikleri; dijital tarım uygulamaları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H1.2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Disiplinlerarası eğitim insan kaynağını destekler; doğrudan kırsal kalkınma hedefi yoktur.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Ders katalogları; disiplinlerarası etkinlikler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H1.3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Eğitimde kapasite ve çeşitlilik; KOP dönüşüm programlarına doğrudan bağlanmıyor.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Kabul, kayıt, burs ve tanıtım verileri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H1.4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Uluslararası bilgi paylaşımı sağlanabilir; bölgesel etkisi ayrıca gösterilmelidir.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Erasmus anlaşmaları; hareketlilik; KA171 belgeleri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H2.1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Tarım ve dijital teknoloji araştırmaları üretim ve sanayi öncelikleriyle tematik olarak örtüşür.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Proje envanteri; yayınlar; sanayi iş birlikleri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H3.1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Akademik ve idari kapasite bölgesel bilgi üretimini destekleyebilir.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Personel ve uzmanlık verileri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H3.2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Mesleki gelişim beşerî kapasiteyi destekler; kırsal etkisi ayrıca doğrulanmalıdır.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Hizmet içi eğitim planları; katılım ve değerlendirmeler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H3.3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Çalışan refahıyla ilişkili; KOP programlarıyla doğrudan bağlantı yoktur.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Memnuniyet anketleri; iyileştirme kararları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H4.1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Ürün hedefli projeler ve teknoloji transferi tarımsal sanayiyi destekleyebilir.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TTO faaliyetleri; ürün geliştirme; protokoller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H4.2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Dijital altyapı eğitim ve araştırma kapasitesini destekler; tarımsal etkisi uygulamaya bağlıdır.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Bilişim altyapısı ve dijitalleşme raporları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H5.1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Tarımsal faaliyetlerin desteklenmesi ve genç çiftçi platformu ihtiyacı hedef kartında yer alır.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TAGSEM; çiftçi eğitimleri; toplumsal katkı raporları</w:t>
            </w:r>
          </w:p>
        </w:tc>
      </w:tr>
      <w:tr>
        <w:trPr/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H5.2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Uluslararası ortaklıklar bilgi paylaşımını destekler; bölgesel sonuç ayrıca gösterilmelidir.</w:t>
            </w:r>
          </w:p>
        </w:tc>
        <w:tc>
          <w:tcPr>
            <w:tcW w:type="dxa" w:w="3324"/>
            <w:vAlign w:val="center"/>
          </w:tcPr>
          <w:p>
            <w:pPr>
              <w:spacing w:after="60" w:before="60"/>
            </w:pPr>
            <w:r>
              <w:rPr>
                <w:sz w:val="16"/>
              </w:rPr>
              <w:t>Protokoller; ortak projeler; faaliyet raporları</w:t>
            </w:r>
          </w:p>
        </w:tc>
      </w:tr>
    </w:tbl>
    <w:p>
      <w:pPr>
        <w:pStyle w:val="Heading2"/>
      </w:pPr>
      <w:r>
        <w:t>C. Genel bulgular</w:t>
      </w:r>
    </w:p>
    <w:p>
      <w:r>
        <w:t>12 hedef kartından 2’si güçlü, 5’i dolaylı, 5’i sınırlı uyum düzeyinde değerlendirilmiştir. En belirgin tematik kesişimler H2.1 (araştırma-geliştirme) ve H5.1 (toplumsal katkı) hedefleridir. KOP Ö1 – Su Kaynaklarının Etkin Yönetimi ile doğrudan ilişkilendirilebilen stratejik hedef veya performans göstergesi belirlenmemiştir.</w:t>
      </w:r>
    </w:p>
    <w:p>
      <w:pPr>
        <w:pStyle w:val="Heading2"/>
      </w:pPr>
      <w:r>
        <w:t>D. İzleme ve iyileştirme önerileri</w:t>
      </w:r>
    </w:p>
    <w:p>
      <w:pPr>
        <w:pStyle w:val="ListBullet"/>
      </w:pPr>
      <w:r>
        <w:t>Bölgesel kalkınma ile ilişkili araştırma, eğitim ve toplumsal katkı faaliyetlerini stratejik hedef kodlarıyla birlikte izlemek.</w:t>
      </w:r>
    </w:p>
    <w:p>
      <w:pPr>
        <w:pStyle w:val="ListBullet"/>
      </w:pPr>
      <w:r>
        <w:t>Stratejik hedef–SKA–KOP bağlantılarını yıllık izleme çalışmalarında yeniden değerlendirmek.</w:t>
      </w:r>
    </w:p>
    <w:p>
      <w:pPr>
        <w:pStyle w:val="ListBullet"/>
      </w:pPr>
      <w:r>
        <w:t>Su verimliliği, kuraklık, sürdürülebilir tarım ve kırsal kalkınma faaliyetlerinin envanterini oluşturmak.</w:t>
      </w:r>
    </w:p>
    <w:p>
      <w:pPr>
        <w:pStyle w:val="ListBullet"/>
      </w:pPr>
      <w:r>
        <w:t>Faaliyet çıktıları ve sonuçlarını uygun göstergelerle izlemek.</w:t>
      </w:r>
    </w:p>
    <w:p>
      <w:pPr>
        <w:pStyle w:val="ListBullet"/>
      </w:pPr>
      <w:r>
        <w:t>İzleme sonuçlarını stratejik plan güncellemelerine ve iyileştirme kararlarına yansıtmak.</w:t>
      </w:r>
    </w:p>
    <w:p>
      <w:r>
        <w:t>Not: Doğrulama sütunundaki kayıtlar olası kanıt türleridir; tümünün mevcut olduğu veya hedeflerin gerçekleştiği iddia edilmemektedir. Hedef özetleri okunabilirlik için kısaltılmıştır. Stratejik Plan girişindeki hedef sayısı ile hedef kartlarının sayısı arasında kontrol edilmesi gereken farklılık vardır; H1.4 dâhil 12 kartın tamamı değerlendirilmiştir.</w:t>
      </w:r>
    </w:p>
    <w:p>
      <w:pPr>
        <w:pStyle w:val="Heading2"/>
      </w:pPr>
      <w:r>
        <w:t>Dayanak</w:t>
      </w:r>
    </w:p>
    <w:p>
      <w:r>
        <w:t>KGTÜ Stratejik Planı 2025–2029; KOP Eylem Planı 2024–2028; KGTÜ Kurumsal Politikalar–SKA Uyum Değerlendirme Raporu; BM 2030 Gündemi.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KGTÜ  |  Stratejik Planlama ve Kalite Güvencesi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